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ג'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משמעות הכפל: חיבור חוזר, קבוצות שוות ומערכים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מה זה כפל, ואיך רואים אותו בחיבור חוזר, בקבוצות ובמערך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3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כפל הוא חיבור חוזר</w:t>
      </w:r>
    </w:p>
    <w:p>
      <w:pPr>
        <w:bidi/>
        <w:spacing w:before="0" w:after="40"/>
        <w:jc w:val="both"/>
      </w:pPr>
      <w:r>
        <w:rPr>
          <w:rtl/>
        </w:rPr>
        <w:t>כשמחברים את אותו מספר כמה פעמים, כותבים תרגיל כפל.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‪6 + 6 + 6 = 18 · 3 × 6 = 18‬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שמות בתרגיל הכפל</w:t>
      </w:r>
    </w:p>
    <w:p>
      <w:pPr>
        <w:bidi/>
        <w:spacing w:before="0" w:after="40"/>
        <w:jc w:val="both"/>
      </w:pPr>
      <w:r>
        <w:rPr>
          <w:rtl/>
        </w:rPr>
        <w:t>4 קבוצות של 5 הן 20.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199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גורם</w:t>
            </w:r>
          </w:p>
        </w:tc>
        <w:tc>
          <w:tcPr>
            <w:tcW w:type="dxa" w:w="199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</w:t>
            </w:r>
          </w:p>
        </w:tc>
        <w:tc>
          <w:tcPr>
            <w:tcW w:type="dxa" w:w="199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גורם</w:t>
            </w:r>
          </w:p>
        </w:tc>
        <w:tc>
          <w:tcPr>
            <w:tcW w:type="dxa" w:w="199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=</w:t>
            </w:r>
          </w:p>
        </w:tc>
        <w:tc>
          <w:tcPr>
            <w:tcW w:type="dxa" w:w="199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מכפלה</w:t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×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=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שלוש דרכים לראות כפל</w:t>
      </w:r>
    </w:p>
    <w:p>
      <w:pPr>
        <w:bidi/>
        <w:spacing w:before="0" w:after="20"/>
        <w:jc w:val="both"/>
      </w:pPr>
      <w:r>
        <w:rPr>
          <w:rtl/>
        </w:rPr>
        <w:t>1. קבוצות שוות: 3 שקיות, בכל שקית 5 תפוחים: ‪3 × 5‬.</w:t>
      </w:r>
    </w:p>
    <w:p>
      <w:pPr>
        <w:bidi/>
        <w:spacing w:before="0" w:after="20"/>
        <w:jc w:val="both"/>
      </w:pPr>
      <w:r>
        <w:rPr>
          <w:rtl/>
        </w:rPr>
        <w:t>2. מערך: 3 שורות של ‪5: 3 × 5‬.</w:t>
      </w:r>
    </w:p>
    <w:p>
      <w:pPr>
        <w:bidi/>
        <w:spacing w:before="0" w:after="20"/>
        <w:jc w:val="both"/>
      </w:pPr>
      <w:r>
        <w:rPr>
          <w:rtl/>
        </w:rPr>
        <w:t>3. ישר המספרים: 3 קפיצות של 5 מגיעות ל-15.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בתרגיל כפל שואלים: כמה קבוצות יש, וכמה יש בכל קבוצה? אפשר לכתוב ‪3 × 5‬ במקום ‪5 + 5 + 5‬.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‪7 + 7 + 7 + 7 = ___‬</w:t>
      </w:r>
    </w:p>
    <w:p>
      <w:pPr>
        <w:bidi/>
        <w:spacing w:before="0" w:after="20"/>
        <w:jc w:val="both"/>
      </w:pPr>
      <w:r>
        <w:rPr>
          <w:rtl/>
        </w:rPr>
        <w:t>1. מחברים 4 פעמים את 7, ולכן התרגיל הוא ‪4 × 7‬.</w:t>
      </w:r>
    </w:p>
    <w:p>
      <w:pPr>
        <w:bidi/>
        <w:spacing w:before="0" w:after="20"/>
        <w:jc w:val="both"/>
      </w:pPr>
      <w:r>
        <w:rPr>
          <w:rtl/>
        </w:rPr>
        <w:t>2. קופצים: 7, 14, 21, 28.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28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  <w:jc w:val="both"/>
      </w:pPr>
      <w:r>
        <w:rPr>
          <w:rtl/>
        </w:rPr>
        <w:t>א. ‪5 + 5 + 5 + 5 = __________‬</w:t>
      </w:r>
    </w:p>
    <w:p>
      <w:pPr>
        <w:bidi/>
        <w:spacing w:before="0" w:after="60"/>
        <w:jc w:val="both"/>
      </w:pPr>
      <w:r>
        <w:rPr>
          <w:rtl/>
        </w:rPr>
        <w:t>ב. ‪4 + 4 + 4 = __________ × 4‬</w:t>
      </w:r>
    </w:p>
    <w:p>
      <w:pPr>
        <w:bidi/>
        <w:spacing w:before="0" w:after="60"/>
        <w:jc w:val="both"/>
      </w:pPr>
      <w:r>
        <w:rPr>
          <w:rtl/>
        </w:rPr>
        <w:t>ג. מערך של 3 שורות ו-5 עמודות: __________ משבצות.</w:t>
      </w:r>
    </w:p>
    <w:p>
      <w:pPr>
        <w:bidi/>
        <w:spacing w:before="0" w:after="60"/>
        <w:jc w:val="both"/>
      </w:pPr>
      <w:r>
        <w:rPr>
          <w:rtl/>
        </w:rPr>
        <w:t>ד. 6 קבוצות של 2 הן __________ פריטים.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20 · ב. 3 · ג. 15 · ד. 12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