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משמעות הכפל: חיבור חוזר, קבוצות שוות ומערכים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מוצאים כמה קבוצות שוות יש.</w:t>
      </w:r>
    </w:p>
    <w:p>
      <w:pPr>
        <w:bidi/>
        <w:spacing w:before="0" w:after="20"/>
        <w:jc w:val="both"/>
      </w:pPr>
      <w:r>
        <w:rPr>
          <w:rtl/>
        </w:rPr>
        <w:t>2. שלב 2: מוצאים כמה פריטים יש בכל קבוצה.</w:t>
      </w:r>
    </w:p>
    <w:p>
      <w:pPr>
        <w:bidi/>
        <w:spacing w:before="0" w:after="20"/>
        <w:jc w:val="both"/>
      </w:pPr>
      <w:r>
        <w:rPr>
          <w:rtl/>
        </w:rPr>
        <w:t>3. שלב 3: כותבים חיבור חוזר, ואחר כך תרגיל כפל: מספר הקבוצות × מספר הפריטים בכל קבוצה.</w:t>
      </w:r>
    </w:p>
    <w:p>
      <w:pPr>
        <w:bidi/>
        <w:spacing w:before="0" w:after="20"/>
        <w:jc w:val="both"/>
      </w:pPr>
      <w:r>
        <w:rPr>
          <w:rtl/>
        </w:rPr>
        <w:t>4. שלב 4: בודקים שהתוצאה של החיבור ושל הכפל זהה.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בכל אחת מ-3 קופסאות יש 4 עפרונות. כמה עפרונות יש בסך הכול?</w:t>
      </w:r>
    </w:p>
    <w:p>
      <w:pPr>
        <w:bidi/>
        <w:spacing w:before="0" w:after="20"/>
        <w:jc w:val="both"/>
      </w:pPr>
      <w:r>
        <w:rPr>
          <w:rtl/>
        </w:rPr>
        <w:t>1. יש 3 קבוצות שוות, ובכל קבוצה 4 עפרונות.</w:t>
      </w:r>
    </w:p>
    <w:p>
      <w:pPr>
        <w:bidi/>
        <w:spacing w:before="0" w:after="20"/>
        <w:jc w:val="both"/>
      </w:pPr>
      <w:r>
        <w:rPr>
          <w:rtl/>
        </w:rPr>
        <w:t>2. חיבור חוזר: ‪4 + 4 + 4 = 12‬</w:t>
      </w:r>
    </w:p>
    <w:p>
      <w:pPr>
        <w:bidi/>
        <w:spacing w:before="0" w:after="20"/>
        <w:jc w:val="both"/>
      </w:pPr>
      <w:r>
        <w:rPr>
          <w:rtl/>
        </w:rPr>
        <w:t>3. תרגיל כפל: ‪3 × 4 = 12‬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12 עפרונות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החיבור החוזר כתרגיל כפל. השלימו את מספר הפעמים.</w:t>
      </w:r>
    </w:p>
    <w:p>
      <w:pPr>
        <w:bidi/>
        <w:spacing w:before="0" w:after="60"/>
        <w:jc w:val="both"/>
      </w:pPr>
      <w:r>
        <w:rPr>
          <w:rtl/>
        </w:rPr>
        <w:t>א. ‪2 + 2 + 2 + 2 = __________ × 2‬</w:t>
      </w:r>
    </w:p>
    <w:p>
      <w:pPr>
        <w:bidi/>
        <w:spacing w:before="0" w:after="60"/>
        <w:jc w:val="both"/>
      </w:pPr>
      <w:r>
        <w:rPr>
          <w:rtl/>
        </w:rPr>
        <w:t>ב. ‪5 + 5 + 5 = __________ × 5‬</w:t>
      </w:r>
    </w:p>
    <w:p>
      <w:pPr>
        <w:bidi/>
        <w:spacing w:before="0" w:after="60"/>
        <w:jc w:val="both"/>
      </w:pPr>
      <w:r>
        <w:rPr>
          <w:rtl/>
        </w:rPr>
        <w:t>ג. ‪7 + 7 = __________ × 7‬</w:t>
      </w:r>
    </w:p>
    <w:p>
      <w:pPr>
        <w:bidi/>
        <w:spacing w:before="0" w:after="60"/>
        <w:jc w:val="both"/>
      </w:pPr>
      <w:r>
        <w:rPr>
          <w:rtl/>
        </w:rPr>
        <w:t>ד. ‪3 + 3 + 3 + 3 + 3 = __________ ×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‪3 + 3 + 3 + 3 = __________‬</w:t>
      </w:r>
    </w:p>
    <w:p>
      <w:pPr>
        <w:bidi/>
        <w:spacing w:before="0" w:after="60"/>
        <w:jc w:val="both"/>
      </w:pPr>
      <w:r>
        <w:rPr>
          <w:rtl/>
        </w:rPr>
        <w:t>ב. ‪4 × 3 = __________‬</w:t>
      </w:r>
    </w:p>
    <w:p>
      <w:pPr>
        <w:bidi/>
        <w:spacing w:before="0" w:after="60"/>
        <w:jc w:val="both"/>
      </w:pPr>
      <w:r>
        <w:rPr>
          <w:rtl/>
        </w:rPr>
        <w:t>ג. ‪6 + 6 + 6 = __________‬</w:t>
      </w:r>
    </w:p>
    <w:p>
      <w:pPr>
        <w:bidi/>
        <w:spacing w:before="0" w:after="60"/>
        <w:jc w:val="both"/>
      </w:pPr>
      <w:r>
        <w:rPr>
          <w:rtl/>
        </w:rPr>
        <w:t>ד. ‪3 × 6 = __________‬</w:t>
      </w:r>
    </w:p>
    <w:p>
      <w:pPr>
        <w:bidi/>
        <w:spacing w:before="0" w:after="60"/>
        <w:jc w:val="both"/>
      </w:pPr>
      <w:r>
        <w:rPr>
          <w:rtl/>
        </w:rPr>
        <w:t>ה. ‪10 + 10 + 10 + 10 = __________‬</w:t>
      </w:r>
    </w:p>
    <w:p>
      <w:pPr>
        <w:bidi/>
        <w:spacing w:before="0" w:after="60"/>
        <w:jc w:val="both"/>
      </w:pPr>
      <w:r>
        <w:rPr>
          <w:rtl/>
        </w:rPr>
        <w:t>ו. ‪4 ×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קבוצות?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בכל קבוצה?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כפל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בסך הכול?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חיבור חוזר את תרגיל הכפל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‪8 + 8 + 8‬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‪6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‪2 × 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+ 9 + 9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‪5 ×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+ 2 + 2 + 2 + 2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 × 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 + 5 + 5 + 5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‪4 ×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‪6 + 6 + 6 + 6‬ הוא ‪4 × 6‬.      נכון / לא נכון</w:t>
      </w:r>
    </w:p>
    <w:p>
      <w:pPr>
        <w:bidi/>
        <w:spacing w:before="0" w:after="60"/>
        <w:jc w:val="both"/>
      </w:pPr>
      <w:r>
        <w:rPr>
          <w:rtl/>
        </w:rPr>
        <w:t>ב. ‪3 × 5‬ הוא ‪3 + 5‬.      נכון / לא נכון</w:t>
      </w:r>
    </w:p>
    <w:p>
      <w:pPr>
        <w:bidi/>
        <w:spacing w:before="0" w:after="60"/>
        <w:jc w:val="both"/>
      </w:pPr>
      <w:r>
        <w:rPr>
          <w:rtl/>
        </w:rPr>
        <w:t>ג. מערך של 2 שורות ו-8 עמודות הוא ‪2 × 8‬.      נכון / לא נכון</w:t>
      </w:r>
    </w:p>
    <w:p>
      <w:pPr>
        <w:bidi/>
        <w:spacing w:before="0" w:after="60"/>
        <w:jc w:val="both"/>
      </w:pPr>
      <w:r>
        <w:rPr>
          <w:rtl/>
        </w:rPr>
        <w:t>ד. ‪7 + 7 + 7 = 3 × 7 = 24‬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קפצו על ישר המספרים והשלימו.</w:t>
      </w:r>
    </w:p>
    <w:p>
      <w:pPr>
        <w:bidi/>
        <w:spacing w:before="0" w:after="60"/>
        <w:jc w:val="both"/>
      </w:pPr>
      <w:r>
        <w:rPr>
          <w:rtl/>
        </w:rPr>
        <w:t>א. קפיצות של ‪3: 0‬, 3, 6, __________, 12, 15</w:t>
      </w:r>
    </w:p>
    <w:p>
      <w:pPr>
        <w:bidi/>
        <w:spacing w:before="0" w:after="60"/>
        <w:jc w:val="both"/>
      </w:pPr>
      <w:r>
        <w:rPr>
          <w:rtl/>
        </w:rPr>
        <w:t>ב. קפיצות של ‪5: 0‬, 5, 10, 15, __________, 25</w:t>
      </w:r>
    </w:p>
    <w:p>
      <w:pPr>
        <w:bidi/>
        <w:spacing w:before="0" w:after="60"/>
        <w:jc w:val="both"/>
      </w:pPr>
      <w:r>
        <w:rPr>
          <w:rtl/>
        </w:rPr>
        <w:t>ג. 6 קפיצות של 4 מגיעות ל-__________.</w:t>
      </w:r>
    </w:p>
    <w:p>
      <w:pPr>
        <w:bidi/>
        <w:spacing w:before="0" w:after="60"/>
        <w:jc w:val="both"/>
      </w:pPr>
      <w:r>
        <w:rPr>
          <w:rtl/>
        </w:rPr>
        <w:t>ד. 7 קפיצות של 2 מגיעות ל-__________.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איזה תרגיל מתאים?</w:t>
      </w:r>
    </w:p>
    <w:p>
      <w:pPr>
        <w:bidi/>
        <w:spacing w:before="0" w:after="20"/>
        <w:jc w:val="both"/>
      </w:pPr>
      <w:r>
        <w:rPr>
          <w:rtl/>
        </w:rPr>
        <w:t>א. בכל אחד מ-4 עציצים יש 3 פרחים.</w:t>
      </w:r>
    </w:p>
    <w:p>
      <w:pPr>
        <w:bidi/>
        <w:spacing w:before="0" w:after="80"/>
        <w:jc w:val="both"/>
      </w:pPr>
      <w:r>
        <w:rPr>
          <w:rtl/>
        </w:rPr>
        <w:t xml:space="preserve">   ○ ‪4 + 3‬      ○ ‪4 × 3‬      ○ ‪3 + 3‬</w:t>
      </w:r>
    </w:p>
    <w:p>
      <w:pPr>
        <w:bidi/>
        <w:spacing w:before="0" w:after="20"/>
        <w:jc w:val="both"/>
      </w:pPr>
      <w:r>
        <w:rPr>
          <w:rtl/>
        </w:rPr>
        <w:t>ב. בשורה יש 6 כסאות, ויש 5 שורות.</w:t>
      </w:r>
    </w:p>
    <w:p>
      <w:pPr>
        <w:bidi/>
        <w:spacing w:before="0" w:after="80"/>
        <w:jc w:val="both"/>
      </w:pPr>
      <w:r>
        <w:rPr>
          <w:rtl/>
        </w:rPr>
        <w:t xml:space="preserve">   ○ ‪5 × 6‬      ○ ‪6 + 5‬      ○ ‪6 + 6‬</w:t>
      </w:r>
    </w:p>
    <w:p>
      <w:pPr>
        <w:bidi/>
        <w:spacing w:before="0" w:after="20"/>
        <w:jc w:val="both"/>
      </w:pPr>
      <w:r>
        <w:rPr>
          <w:rtl/>
        </w:rPr>
        <w:t>ג. ל-3 חתולים יש רגליים.</w:t>
      </w:r>
    </w:p>
    <w:p>
      <w:pPr>
        <w:bidi/>
        <w:spacing w:before="0" w:after="80"/>
        <w:jc w:val="both"/>
      </w:pPr>
      <w:r>
        <w:rPr>
          <w:rtl/>
        </w:rPr>
        <w:t xml:space="preserve">   ○ ‪3 + 4‬      ○ ‪3 × 3‬      ○ ‪3 ×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 את התרגילים לפי התוצאה.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‪2 × 6‬  |  ‪3 × 4‬  |  ‪6 + 6‬  |  ‪4 × 4‬  |  ‪2 × 8‬  |  ‪8 + 8‬  |  ‪4 + 4 + 4‬  |  ‪4 × 3‬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שרטטו מערך של נקודות: 4 שורות ו-6 עמודות. כתבו תרגיל כפל מתאים ואת התוצאה.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חישבתם: יואב אמר ש-‪5 × 4 = 20‬. איך אפשר לבדוק בעזרת חיבור חוזר?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לנועה יש 12 מדבקות. היא רוצה לסדר אותן במערך עם שורות שוות. כתבו שלוש דרכים שונות (מספר שורות × מספר בכל שורה).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בכיתה של יואב יש 4 שולחנות, וסביב כל שולחן יושבים 5 תלמידים. כמה תלמידים יושבים בכיתה?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בגינת בית הספר יש 3 ערוגות, ובכל ערוגה 6 שתילים. כמה שתילים יש בכל הערוגות?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באולם סידרו את הכסאות במערך: 7 שורות, ובכל שורה 4 כסאות. כמה כסאות יש באולם?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נועם קנה 5 חבילות מדבקות, ובכל חבילה 8 מדבקות. כמה מדבקות יש לנועם? כתבו חיבור חוזר וגם תרגיל כפל.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איתי בנה 3 שורות של 6 קוביות, ואחר כך הוסיף עוד 2 שורות של 6 קוביות. כמה קוביות יש לו עכשיו?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על המגש של אריאל יש 4 שורות של 5 עוגיות. אריאל ואחיו אכלו 3 עוגיות. כמה עוגיות נשארו על המגש?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גזרו את כרטיסי הכפל, והדביקו ליד כל חיבור חוזר את תרגיל הכפל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 + 4 + 4‬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 + 6 + 6 + 6 + 6‬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‪7 + 7‬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 + 3 + 3 + 3‬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 + 9 + 9‬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התאימו תמונה לתרגיל: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🍩🍩🍩🍩 🍩🍩🍩🍩 🍩🍩🍩🍩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🚲🚲🚲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🐞🐞🐞🐞🐞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🍀🍀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5 חיפושיות, לכל אחת 6 רגליים: ‪5 × 6 = 30‬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2 תלתנים, לכל אחד 4 עלים: ‪2 × 4 = 8‬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‪3 × 4 = 12‬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3 אופניים, לכל אחד 2 גלגלים: ‪3 × 2 = 6‬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משמעות הכפל: חיבור חוזר, קבוצות שוות ומערכים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5, משימה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‪5 × 6‬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‪4 × 3‬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‪3 × 4‬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‪3 × 9‬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‪2 × 7‬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משמעות הכפל: חיבור חוזר, קבוצות שוות ומערכים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החיבור החוזר כתרגיל כפל. השלימו את מספר הפעמים.</w:t>
      </w:r>
    </w:p>
    <w:p>
      <w:pPr>
        <w:bidi/>
        <w:spacing w:before="0" w:after="40"/>
        <w:jc w:val="both"/>
      </w:pPr>
      <w:r>
        <w:rPr>
          <w:rtl/>
        </w:rPr>
        <w:t>א. ‪2 + 2 + 2 + 2 = 4 × 2‬</w:t>
      </w:r>
    </w:p>
    <w:p>
      <w:pPr>
        <w:bidi/>
        <w:spacing w:before="0" w:after="40"/>
        <w:jc w:val="both"/>
      </w:pPr>
      <w:r>
        <w:rPr>
          <w:rtl/>
        </w:rPr>
        <w:t>ב. ‪5 + 5 + 5 = 3 × 5‬</w:t>
      </w:r>
    </w:p>
    <w:p>
      <w:pPr>
        <w:bidi/>
        <w:spacing w:before="0" w:after="40"/>
        <w:jc w:val="both"/>
      </w:pPr>
      <w:r>
        <w:rPr>
          <w:rtl/>
        </w:rPr>
        <w:t>ג. ‪7 + 7 = 2 × 7‬</w:t>
      </w:r>
    </w:p>
    <w:p>
      <w:pPr>
        <w:bidi/>
        <w:spacing w:before="0" w:after="40"/>
        <w:jc w:val="both"/>
      </w:pPr>
      <w:r>
        <w:rPr>
          <w:rtl/>
        </w:rPr>
        <w:t>ד. ‪3 + 3 + 3 + 3 + 3 = 5 ×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‪3 + 3 + 3 + 3 = 12‬</w:t>
      </w:r>
    </w:p>
    <w:p>
      <w:pPr>
        <w:bidi/>
        <w:spacing w:before="0" w:after="40"/>
        <w:jc w:val="both"/>
      </w:pPr>
      <w:r>
        <w:rPr>
          <w:rtl/>
        </w:rPr>
        <w:t>ב. ‪4 × 3 = 12‬</w:t>
      </w:r>
    </w:p>
    <w:p>
      <w:pPr>
        <w:bidi/>
        <w:spacing w:before="0" w:after="40"/>
        <w:jc w:val="both"/>
      </w:pPr>
      <w:r>
        <w:rPr>
          <w:rtl/>
        </w:rPr>
        <w:t>ג. ‪6 + 6 + 6 = 18‬</w:t>
      </w:r>
    </w:p>
    <w:p>
      <w:pPr>
        <w:bidi/>
        <w:spacing w:before="0" w:after="40"/>
        <w:jc w:val="both"/>
      </w:pPr>
      <w:r>
        <w:rPr>
          <w:rtl/>
        </w:rPr>
        <w:t>ד. ‪3 × 6 = 18‬</w:t>
      </w:r>
    </w:p>
    <w:p>
      <w:pPr>
        <w:bidi/>
        <w:spacing w:before="0" w:after="40"/>
        <w:jc w:val="both"/>
      </w:pPr>
      <w:r>
        <w:rPr>
          <w:rtl/>
        </w:rPr>
        <w:t>ה. ‪10 + 10 + 10 + 10 = 40‬</w:t>
      </w:r>
    </w:p>
    <w:p>
      <w:pPr>
        <w:bidi/>
        <w:spacing w:before="0" w:after="40"/>
        <w:jc w:val="both"/>
      </w:pPr>
      <w:r>
        <w:rPr>
          <w:rtl/>
        </w:rPr>
        <w:t>ו. ‪4 × 10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קבוצות?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בכל קבוצה?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כפל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בסך הכול?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 ×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 ×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 × 9‬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 × 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חיבור חוזר את תרגיל הכפל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‪8 + 8 + 8‬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‪6 × 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‪2 × 4‬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+ 9 + 9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‪5 × 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+ 2 + 2 + 2 + 2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‪3 × 8‬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 + 5 + 5 + 5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‪4 ×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‪6 + 6 + 6 + 6‬ הוא ‪4 × 6‬. – נכון</w:t>
      </w:r>
    </w:p>
    <w:p>
      <w:pPr>
        <w:bidi/>
        <w:spacing w:before="0" w:after="40"/>
        <w:jc w:val="both"/>
      </w:pPr>
      <w:r>
        <w:rPr>
          <w:rtl/>
        </w:rPr>
        <w:t>ב. ‪3 × 5‬ הוא ‪3 + 5‬. – לא נכון – ‪3 × 5‬ הוא ‪5 + 5 + 5 = 15‬</w:t>
      </w:r>
    </w:p>
    <w:p>
      <w:pPr>
        <w:bidi/>
        <w:spacing w:before="0" w:after="40"/>
        <w:jc w:val="both"/>
      </w:pPr>
      <w:r>
        <w:rPr>
          <w:rtl/>
        </w:rPr>
        <w:t>ג. מערך של 2 שורות ו-8 עמודות הוא ‪2 × 8‬. – נכון</w:t>
      </w:r>
    </w:p>
    <w:p>
      <w:pPr>
        <w:bidi/>
        <w:spacing w:before="0" w:after="40"/>
        <w:jc w:val="both"/>
      </w:pPr>
      <w:r>
        <w:rPr>
          <w:rtl/>
        </w:rPr>
        <w:t>ד. ‪7 + 7 + 7 = 3 × 7 = 24‬ – לא נכון – ‪3 × 7 = 21‬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קפצו על ישר המספרים והשלימו.</w:t>
      </w:r>
    </w:p>
    <w:p>
      <w:pPr>
        <w:bidi/>
        <w:spacing w:before="0" w:after="40"/>
        <w:jc w:val="both"/>
      </w:pPr>
      <w:r>
        <w:rPr>
          <w:rtl/>
        </w:rPr>
        <w:t>א. קפיצות של ‪3: 0‬, 3, 6, 9, 12, 15</w:t>
      </w:r>
    </w:p>
    <w:p>
      <w:pPr>
        <w:bidi/>
        <w:spacing w:before="0" w:after="40"/>
        <w:jc w:val="both"/>
      </w:pPr>
      <w:r>
        <w:rPr>
          <w:rtl/>
        </w:rPr>
        <w:t>ב. קפיצות של ‪5: 0‬, 5, 10, 15, 20, 25</w:t>
      </w:r>
    </w:p>
    <w:p>
      <w:pPr>
        <w:bidi/>
        <w:spacing w:before="0" w:after="40"/>
        <w:jc w:val="both"/>
      </w:pPr>
      <w:r>
        <w:rPr>
          <w:rtl/>
        </w:rPr>
        <w:t>ג. 6 קפיצות של 4 מגיעות ל-24.</w:t>
      </w:r>
    </w:p>
    <w:p>
      <w:pPr>
        <w:bidi/>
        <w:spacing w:before="0" w:after="40"/>
        <w:jc w:val="both"/>
      </w:pPr>
      <w:r>
        <w:rPr>
          <w:rtl/>
        </w:rPr>
        <w:t>ד. 7 קפיצות של 2 מגיעות ל-14.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איזה תרגיל מתאים?</w:t>
      </w:r>
    </w:p>
    <w:p>
      <w:pPr>
        <w:bidi/>
        <w:spacing w:before="0" w:after="20"/>
        <w:jc w:val="both"/>
      </w:pPr>
      <w:r>
        <w:rPr>
          <w:rtl/>
        </w:rPr>
        <w:t>א. בכל אחד מ-4 עציצים יש 3 פרחים.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‪4 × 3‬</w:t>
      </w:r>
    </w:p>
    <w:p>
      <w:pPr>
        <w:bidi/>
        <w:spacing w:before="0" w:after="20"/>
        <w:jc w:val="both"/>
      </w:pPr>
      <w:r>
        <w:rPr>
          <w:rtl/>
        </w:rPr>
        <w:t>ב. בשורה יש 6 כסאות, ויש 5 שורות.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‪5 × 6‬</w:t>
      </w:r>
    </w:p>
    <w:p>
      <w:pPr>
        <w:bidi/>
        <w:spacing w:before="0" w:after="20"/>
        <w:jc w:val="both"/>
      </w:pPr>
      <w:r>
        <w:rPr>
          <w:rtl/>
        </w:rPr>
        <w:t>ג. ל-3 חתולים יש רגליים.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‪3 ×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 את התרגילים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6‬, ‪3 × 4‬, ‪6 + 6‬, ‪4 + 4 + 4‬, ‪4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4‬, ‪2 × 8‬, ‪8 + 8‬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שרטטו מערך של נקודות: 4 שורות ו-6 עמודות. כתבו תרגיל כפל מתאים ואת התוצאה.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 שורות של 6 נקודות: ‪4 × 6 = 24‬ נקודות.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חישבתם: יואב אמר ש-‪5 × 4 = 20‬. איך אפשר לבדוק בעזרת חיבור חוזר?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 × 4‬ הוא ‪4 + 4 + 4 + 4 + 4‬. מחברים: 4, 8, 12, 16, 20. התוצאה 20.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לנועה יש 12 מדבקות. היא רוצה לסדר אותן במערך עם שורות שוות. כתבו שלוש דרכים שונות (מספר שורות × מספר בכל שורה).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‪2 × 6‬, ‪3 × 4‬, ‪4 × 3‬, ‪6 × 2‬, ‪1 × 12‬, ‪12 × 1‬ – כולן נותנות 12.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בכיתה של יואב יש 4 שולחנות, וסביב כל שולחן יושבים 5 תלמידים. כמה תלמידים יושבים בכיתה?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+ 5 + 5 + 5 = 20‬ ; בכפל: ‪4 × 5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בכיתה יושבים 20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בגינת בית הספר יש 3 ערוגות, ובכל ערוגה 6 שתילים. כמה שתילים יש בכל הערוגות?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+ 6 + 6 = 18‬ ; בכפל: ‪3 × 6 = 18‬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הערוגות יש 18 שתילים.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באולם סידרו את הכסאות במערך: 7 שורות, ובכל שורה 4 כסאות. כמה כסאות יש באולם?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7 שורות של 4 כסאות: ‪7 × 4 = 28‬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באולם יש 28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נועם קנה 5 חבילות מדבקות, ובכל חבילה 8 מדבקות. כמה מדבקות יש לנועם? כתבו חיבור חוזר וגם תרגיל כפל.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+ 8 + 8 + 8 + 8 = 40‬ ; ‪5 × 8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לנועם יש 40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איתי בנה 3 שורות של 6 קוביות, ואחר כך הוסיף עוד 2 שורות של 6 קוביות. כמה קוביות יש לו עכשיו?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6 = 18‬ ; ‪2 × 6 = 12‬ ; ‪18 + 12 = 30‬ ; דרך נוספת: יש 5 שורות של 6, ‪5 × 6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לאיתי יש עכשיו 30 קוביות.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על המגש של אריאל יש 4 שורות של 5 עוגיות. אריאל ואחיו אכלו 3 עוגיות. כמה עוגיות נשארו על המגש?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5 = 20‬ ; ‪20 − 3 = 17‬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על המגש 17 עוגיות.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גזרו את כרטיסי הכפל, והדביקו ליד כל חיבור חוזר את תרגיל הכפל המתאים.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 + 4 + 4‬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‪3 × 4‬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 + 6 + 6 + 6 + 6‬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‪5 × 6‬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‪7 + 7‬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‪2 × 7‬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 + 3 + 3 + 3‬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‪4 × 3‬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 + 9 + 9‬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‪3 ×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התאימו תמונה לתרגיל: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🍩🍩🍩🍩 🍩🍩🍩🍩 🍩🍩🍩🍩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🚲🚲🚲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🐞🐞🐞🐞🐞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🍀🍀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5 חיפושיות, לכל אחת 6 רגליים: ‪5 × 6 = 30‬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2 תלתנים, לכל אחד 4 עלים: ‪2 × 4 = 8‬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‪3 × 4 = 12‬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3 אופניים, לכל אחד 2 גלגלים: ‪3 × 2 = 6‬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