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לוח הכפל עד ‪10×10‬, חוק החילוף ותכונות 0 ו-1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לוח הכפל, חוק החילוף וכפל ב-0 וב-1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3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מכפלות שכדאי לזכור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מכפלה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מכפלה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 × 7‬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× 8‬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56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 × 8‬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 × 9‬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72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 × 9‬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 × 9‬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חוק החילוף</w:t>
      </w:r>
    </w:p>
    <w:p>
      <w:pPr>
        <w:bidi/>
        <w:spacing w:before="0" w:after="40"/>
        <w:jc w:val="both"/>
      </w:pPr>
      <w:r>
        <w:rPr>
          <w:rtl/>
        </w:rPr>
        <w:t>אפשר להחליף את מקומות הגורמים, והמכפלה לא משתנה.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‪4 × 9 = 36 · 9 × 4 = 36‬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כפל ב-0 וב-1</w:t>
      </w:r>
    </w:p>
    <w:p>
      <w:pPr>
        <w:bidi/>
        <w:spacing w:before="0" w:after="20"/>
        <w:jc w:val="both"/>
      </w:pPr>
      <w:r>
        <w:rPr>
          <w:rtl/>
        </w:rPr>
        <w:t>1. כל מספר כפול 1 שווה למספר עצמו: ‪8 × 1 = 8‬.</w:t>
      </w:r>
    </w:p>
    <w:p>
      <w:pPr>
        <w:bidi/>
        <w:spacing w:before="0" w:after="20"/>
        <w:jc w:val="both"/>
      </w:pPr>
      <w:r>
        <w:rPr>
          <w:rtl/>
        </w:rPr>
        <w:t>2. כל מספר כפול 0 שווה ‪0: 8 × 0 = 0‬.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טריקים</w:t>
      </w:r>
    </w:p>
    <w:p>
      <w:pPr>
        <w:bidi/>
        <w:spacing w:before="0" w:after="20"/>
        <w:jc w:val="both"/>
      </w:pPr>
      <w:r>
        <w:rPr>
          <w:rtl/>
        </w:rPr>
        <w:t>1. כפול 5: חצי מכפול 10. ‪8 × 5 = 80 : 2 = 40‬.</w:t>
      </w:r>
    </w:p>
    <w:p>
      <w:pPr>
        <w:bidi/>
        <w:spacing w:before="0" w:after="20"/>
        <w:jc w:val="both"/>
      </w:pPr>
      <w:r>
        <w:rPr>
          <w:rtl/>
        </w:rPr>
        <w:t>2. כפול 9: כפול 10 פחות פעם אחת. ‪9 × 7 = 70 − 7 = 63‬.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מכירים את ‪4 × 7‬? אז אתם מכירים גם את ‪7 × 4‬. כל מספר כפול 0 – אפס, וכל מספר כפול 1 – הוא עצמו.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‪8 × 9 = ___‬</w:t>
      </w:r>
    </w:p>
    <w:p>
      <w:pPr>
        <w:bidi/>
        <w:spacing w:before="0" w:after="20"/>
        <w:jc w:val="both"/>
      </w:pPr>
      <w:r>
        <w:rPr>
          <w:rtl/>
        </w:rPr>
        <w:t>1. מחשבים ‪10 × 8 = 80‬.</w:t>
      </w:r>
    </w:p>
    <w:p>
      <w:pPr>
        <w:bidi/>
        <w:spacing w:before="0" w:after="20"/>
        <w:jc w:val="both"/>
      </w:pPr>
      <w:r>
        <w:rPr>
          <w:rtl/>
        </w:rPr>
        <w:t>2. ‪9 × 8‬ הוא פעם אחת 8 פחות: ‪80 − 8 = 72‬.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72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חשבו:</w:t>
      </w:r>
    </w:p>
    <w:p>
      <w:pPr>
        <w:bidi/>
        <w:spacing w:before="0" w:after="60"/>
        <w:jc w:val="both"/>
      </w:pPr>
      <w:r>
        <w:rPr>
          <w:rtl/>
        </w:rPr>
        <w:t>א. ‪7 × 8 = __________‬</w:t>
      </w:r>
    </w:p>
    <w:p>
      <w:pPr>
        <w:bidi/>
        <w:spacing w:before="0" w:after="60"/>
        <w:jc w:val="both"/>
      </w:pPr>
      <w:r>
        <w:rPr>
          <w:rtl/>
        </w:rPr>
        <w:t>ב. ‪6 × 0 = __________‬</w:t>
      </w:r>
    </w:p>
    <w:p>
      <w:pPr>
        <w:bidi/>
        <w:spacing w:before="0" w:after="60"/>
        <w:jc w:val="both"/>
      </w:pPr>
      <w:r>
        <w:rPr>
          <w:rtl/>
        </w:rPr>
        <w:t>ג. ‪9 × 4 = 4 × __________‬</w:t>
      </w:r>
    </w:p>
    <w:p>
      <w:pPr>
        <w:bidi/>
        <w:spacing w:before="0" w:after="60"/>
        <w:jc w:val="both"/>
      </w:pPr>
      <w:r>
        <w:rPr>
          <w:rtl/>
        </w:rPr>
        <w:t>ד. ‪1 × 57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56 · ב. 0 · ג. 9 · ד. 57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