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לוח הכפל עד ‪10×10‬, חוק החילוף ותכונות 0 ו-1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מזהים את שני הגורמים בתרגיל.</w:t>
      </w:r>
    </w:p>
    <w:p>
      <w:pPr>
        <w:bidi/>
        <w:spacing w:before="0" w:after="20"/>
        <w:jc w:val="both"/>
      </w:pPr>
      <w:r>
        <w:rPr>
          <w:rtl/>
        </w:rPr>
        <w:t>2. שלב 2: אם לא זוכרים את התוצאה, נעזרים בתרגיל קרוב שיודעים. למשל: ‪9 × 7‬ הוא ‪10 × 7‬ פחות 7.</w:t>
      </w:r>
    </w:p>
    <w:p>
      <w:pPr>
        <w:bidi/>
        <w:spacing w:before="0" w:after="20"/>
        <w:jc w:val="both"/>
      </w:pPr>
      <w:r>
        <w:rPr>
          <w:rtl/>
        </w:rPr>
        <w:t>3. שלב 3: מותר להחליף את סדר הגורמים (חוק החילוף), התוצאה לא משתנה.</w:t>
      </w:r>
    </w:p>
    <w:p>
      <w:pPr>
        <w:bidi/>
        <w:spacing w:before="0" w:after="20"/>
        <w:jc w:val="both"/>
      </w:pPr>
      <w:r>
        <w:rPr>
          <w:rtl/>
        </w:rPr>
        <w:t>4. שלב 4: זוכרים: מספר כפול 1 שווה לעצמו, ומספר כפול 0 שווה 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‪9 × 7‬ בעזרת ‪10 × 7‬.</w:t>
      </w:r>
    </w:p>
    <w:p>
      <w:pPr>
        <w:bidi/>
        <w:spacing w:before="0" w:after="20"/>
        <w:jc w:val="both"/>
      </w:pPr>
      <w:r>
        <w:rPr>
          <w:rtl/>
        </w:rPr>
        <w:t>1. ‪10 × 7 = 70‬</w:t>
      </w:r>
    </w:p>
    <w:p>
      <w:pPr>
        <w:bidi/>
        <w:spacing w:before="0" w:after="20"/>
        <w:jc w:val="both"/>
      </w:pPr>
      <w:r>
        <w:rPr>
          <w:rtl/>
        </w:rPr>
        <w:t>2. 9 פעמים 7 הם 7 פחות מ-10 פעמים 7</w:t>
      </w:r>
    </w:p>
    <w:p>
      <w:pPr>
        <w:bidi/>
        <w:spacing w:before="0" w:after="20"/>
        <w:jc w:val="both"/>
      </w:pPr>
      <w:r>
        <w:rPr>
          <w:rtl/>
        </w:rPr>
        <w:t>3. ‪70 − 7 = 63‬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‪9 × 7 = 63‬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60"/>
        <w:jc w:val="both"/>
      </w:pPr>
      <w:r>
        <w:rPr>
          <w:rtl/>
        </w:rPr>
        <w:t>א. ‪2 × 6 = __________‬</w:t>
      </w:r>
    </w:p>
    <w:p>
      <w:pPr>
        <w:bidi/>
        <w:spacing w:before="0" w:after="60"/>
        <w:jc w:val="both"/>
      </w:pPr>
      <w:r>
        <w:rPr>
          <w:rtl/>
        </w:rPr>
        <w:t>ב. ‪5 × 7 = __________‬</w:t>
      </w:r>
    </w:p>
    <w:p>
      <w:pPr>
        <w:bidi/>
        <w:spacing w:before="0" w:after="60"/>
        <w:jc w:val="both"/>
      </w:pPr>
      <w:r>
        <w:rPr>
          <w:rtl/>
        </w:rPr>
        <w:t>ג. ‪3 × 9 = __________‬</w:t>
      </w:r>
    </w:p>
    <w:p>
      <w:pPr>
        <w:bidi/>
        <w:spacing w:before="0" w:after="60"/>
        <w:jc w:val="both"/>
      </w:pPr>
      <w:r>
        <w:rPr>
          <w:rtl/>
        </w:rPr>
        <w:t>ד. ‪4 × 8 = __________‬</w:t>
      </w:r>
    </w:p>
    <w:p>
      <w:pPr>
        <w:bidi/>
        <w:spacing w:before="0" w:after="60"/>
        <w:jc w:val="both"/>
      </w:pPr>
      <w:r>
        <w:rPr>
          <w:rtl/>
        </w:rPr>
        <w:t>ה. ‪10 × 6 = __________‬</w:t>
      </w:r>
    </w:p>
    <w:p>
      <w:pPr>
        <w:bidi/>
        <w:spacing w:before="0" w:after="60"/>
        <w:jc w:val="both"/>
      </w:pPr>
      <w:r>
        <w:rPr>
          <w:rtl/>
        </w:rPr>
        <w:t>ו. ‪6 × 6 = __________‬</w:t>
      </w:r>
    </w:p>
    <w:p>
      <w:pPr>
        <w:bidi/>
        <w:spacing w:before="0" w:after="60"/>
        <w:jc w:val="both"/>
      </w:pPr>
      <w:r>
        <w:rPr>
          <w:rtl/>
        </w:rPr>
        <w:t>ז. ‪7 × 7 = __________‬</w:t>
      </w:r>
    </w:p>
    <w:p>
      <w:pPr>
        <w:bidi/>
        <w:spacing w:before="0" w:after="60"/>
        <w:jc w:val="both"/>
      </w:pPr>
      <w:r>
        <w:rPr>
          <w:rtl/>
        </w:rPr>
        <w:t>ח. ‪9 ×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קטע לוח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8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9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הגורם החסר.</w:t>
      </w:r>
    </w:p>
    <w:p>
      <w:pPr>
        <w:bidi/>
        <w:spacing w:before="0" w:after="60"/>
        <w:jc w:val="both"/>
      </w:pPr>
      <w:r>
        <w:rPr>
          <w:rtl/>
        </w:rPr>
        <w:t>א. ‪__________ × 6 = 30‬</w:t>
      </w:r>
    </w:p>
    <w:p>
      <w:pPr>
        <w:bidi/>
        <w:spacing w:before="0" w:after="60"/>
        <w:jc w:val="both"/>
      </w:pPr>
      <w:r>
        <w:rPr>
          <w:rtl/>
        </w:rPr>
        <w:t>ב. ‪7 × __________ = 56‬</w:t>
      </w:r>
    </w:p>
    <w:p>
      <w:pPr>
        <w:bidi/>
        <w:spacing w:before="0" w:after="60"/>
        <w:jc w:val="both"/>
      </w:pPr>
      <w:r>
        <w:rPr>
          <w:rtl/>
        </w:rPr>
        <w:t>ג. ‪__________ × 9 = 81‬</w:t>
      </w:r>
    </w:p>
    <w:p>
      <w:pPr>
        <w:bidi/>
        <w:spacing w:before="0" w:after="60"/>
        <w:jc w:val="both"/>
      </w:pPr>
      <w:r>
        <w:rPr>
          <w:rtl/>
        </w:rPr>
        <w:t>ד. ‪4 × __________ = 28‬</w:t>
      </w:r>
    </w:p>
    <w:p>
      <w:pPr>
        <w:bidi/>
        <w:spacing w:before="0" w:after="60"/>
        <w:jc w:val="both"/>
      </w:pPr>
      <w:r>
        <w:rPr>
          <w:rtl/>
        </w:rPr>
        <w:t>ה. ‪__________ × 8 = 48‬</w:t>
      </w:r>
    </w:p>
    <w:p>
      <w:pPr>
        <w:bidi/>
        <w:spacing w:before="0" w:after="60"/>
        <w:jc w:val="both"/>
      </w:pPr>
      <w:r>
        <w:rPr>
          <w:rtl/>
        </w:rPr>
        <w:t>ו. ‪9 × __________ = 63‬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כפל ב-0 וב-1. חשבו.</w:t>
      </w:r>
    </w:p>
    <w:p>
      <w:pPr>
        <w:bidi/>
        <w:spacing w:before="0" w:after="60"/>
        <w:jc w:val="both"/>
      </w:pPr>
      <w:r>
        <w:rPr>
          <w:rtl/>
        </w:rPr>
        <w:t>א. ‪8 × 1 = __________‬</w:t>
      </w:r>
    </w:p>
    <w:p>
      <w:pPr>
        <w:bidi/>
        <w:spacing w:before="0" w:after="60"/>
        <w:jc w:val="both"/>
      </w:pPr>
      <w:r>
        <w:rPr>
          <w:rtl/>
        </w:rPr>
        <w:t>ב. ‪8 × 0 = __________‬</w:t>
      </w:r>
    </w:p>
    <w:p>
      <w:pPr>
        <w:bidi/>
        <w:spacing w:before="0" w:after="60"/>
        <w:jc w:val="both"/>
      </w:pPr>
      <w:r>
        <w:rPr>
          <w:rtl/>
        </w:rPr>
        <w:t>ג. ‪1 × 6 = __________‬</w:t>
      </w:r>
    </w:p>
    <w:p>
      <w:pPr>
        <w:bidi/>
        <w:spacing w:before="0" w:after="60"/>
        <w:jc w:val="both"/>
      </w:pPr>
      <w:r>
        <w:rPr>
          <w:rtl/>
        </w:rPr>
        <w:t>ד. ‪0 × 10 = __________‬</w:t>
      </w:r>
    </w:p>
    <w:p>
      <w:pPr>
        <w:bidi/>
        <w:spacing w:before="0" w:after="60"/>
        <w:jc w:val="both"/>
      </w:pPr>
      <w:r>
        <w:rPr>
          <w:rtl/>
        </w:rPr>
        <w:t>ה. ‪345 × 1 = __________‬</w:t>
      </w:r>
    </w:p>
    <w:p>
      <w:pPr>
        <w:bidi/>
        <w:spacing w:before="0" w:after="60"/>
        <w:jc w:val="both"/>
      </w:pPr>
      <w:r>
        <w:rPr>
          <w:rtl/>
        </w:rPr>
        <w:t>ו. ‪0 × 999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התרגיל השווה לו לפי חוק החילוף.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 ×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‪6 × 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‪8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 ×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 ×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×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×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‪9 × 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‪6 × 4 = 4 × 6‬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‪7 × 0 = 7‬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‪1 × 9 = 9‬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‪8 × 7 = 54‬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התרגילים לפי המכפלה.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‪3 × 8‬  |  ‪4 × 6‬  |  ‪6 × 4‬  |  ‪2 × 12‬  |  ‪4 × 9‬  |  ‪6 × 6‬  |  ‪9 × 4‬  |  ‪3 × 12‬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‪7 × 6‬ =</w:t>
      </w:r>
    </w:p>
    <w:p>
      <w:pPr>
        <w:bidi/>
        <w:spacing w:before="0" w:after="80"/>
        <w:jc w:val="both"/>
      </w:pPr>
      <w:r>
        <w:rPr>
          <w:rtl/>
        </w:rPr>
        <w:t xml:space="preserve">   ○ 42      ○ 48      ○ 36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ל-‪5 × 9‬?</w:t>
      </w:r>
    </w:p>
    <w:p>
      <w:pPr>
        <w:bidi/>
        <w:spacing w:before="0" w:after="80"/>
        <w:jc w:val="both"/>
      </w:pPr>
      <w:r>
        <w:rPr>
          <w:rtl/>
        </w:rPr>
        <w:t xml:space="preserve">   ○ ‪5 + 9‬      ○ ‪9 × 5‬      ○ ‪9 × 9‬</w:t>
      </w:r>
    </w:p>
    <w:p>
      <w:pPr>
        <w:bidi/>
        <w:spacing w:before="0" w:after="20"/>
        <w:jc w:val="both"/>
      </w:pPr>
      <w:r>
        <w:rPr>
          <w:rtl/>
        </w:rPr>
        <w:t>ג. ‪0 × 8‬ =</w:t>
      </w:r>
    </w:p>
    <w:p>
      <w:pPr>
        <w:bidi/>
        <w:spacing w:before="0" w:after="80"/>
        <w:jc w:val="both"/>
      </w:pPr>
      <w:r>
        <w:rPr>
          <w:rtl/>
        </w:rPr>
        <w:t xml:space="preserve">   ○ 8      ○ 1      ○ 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חישבתם: איך אפשר לחשב ‪9 × 7‬ בעזרת ‪10 × 7‬?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בטבלה את כל עמודת ה-6 בלוח הכפל, מ-‪1 × 6‬ עד ‪10 × 6‬.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שני מספרים מלוח הכפל שהמכפלה שלהם 24 והסכום שלהם 10.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קופסת ביצים יש 6 ביצים. אבא של עומר קנה 7 קופסאות. כמה ביצים קנה?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בשבוע יש 7 ימים. כמה ימים יש ב-8 שבועות?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דוד סידר לטקס 6 שורות, ובכל שורה 9 כסאות. כמה כסאות סידר? בדקו גם בעזרת חוק החילוף.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במכולת יש 4 מדפים של מיץ. בסוף היום נמכר הכול, ועל כל מדף נשארו 0 בקבוקים. כמה בקבוקי מיץ נשארו על כל המדפים?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יהונתן קנה 3 חבילות ובכל אחת 8 קלפים. אליה קנה 4 חבילות ובכל אחת 6 קלפים. כמה קלפים קנו שניהם יחד?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בכל שורה במחברת החשבון של נועה יש 10 משבצות. נועה צבעה 7 שורות שלמות ועוד 4 משבצות. כמה משבצות צבעה?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פתרו. גזרו את כרטיסי התרגילים, והדביקו כל תרגיל מתחת לתוצאה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12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24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36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מתחו קו מכל תרגיל אל התוצאה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‪7 × 8‬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64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‪6 × 9‬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56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‪9 × 1‬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54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‪5 × 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0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‪8 × 8‬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לוח הכפל עד ‪10×10‬, חוק החילוף ותכונות 0 ו-1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5,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8‬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‪2 × 6‬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‪4 × 9‬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‪6 × 6‬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‪4 × 6‬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4‬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לוח הכפל עד ‪10×10‬, חוק החילוף ותכונות 0 ו-1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40"/>
        <w:jc w:val="both"/>
      </w:pPr>
      <w:r>
        <w:rPr>
          <w:rtl/>
        </w:rPr>
        <w:t>א. ‪2 × 6 = 12‬</w:t>
      </w:r>
    </w:p>
    <w:p>
      <w:pPr>
        <w:bidi/>
        <w:spacing w:before="0" w:after="40"/>
        <w:jc w:val="both"/>
      </w:pPr>
      <w:r>
        <w:rPr>
          <w:rtl/>
        </w:rPr>
        <w:t>ב. ‪5 × 7 = 35‬</w:t>
      </w:r>
    </w:p>
    <w:p>
      <w:pPr>
        <w:bidi/>
        <w:spacing w:before="0" w:after="40"/>
        <w:jc w:val="both"/>
      </w:pPr>
      <w:r>
        <w:rPr>
          <w:rtl/>
        </w:rPr>
        <w:t>ג. ‪3 × 9 = 27‬</w:t>
      </w:r>
    </w:p>
    <w:p>
      <w:pPr>
        <w:bidi/>
        <w:spacing w:before="0" w:after="40"/>
        <w:jc w:val="both"/>
      </w:pPr>
      <w:r>
        <w:rPr>
          <w:rtl/>
        </w:rPr>
        <w:t>ד. ‪4 × 8 = 32‬</w:t>
      </w:r>
    </w:p>
    <w:p>
      <w:pPr>
        <w:bidi/>
        <w:spacing w:before="0" w:after="40"/>
        <w:jc w:val="both"/>
      </w:pPr>
      <w:r>
        <w:rPr>
          <w:rtl/>
        </w:rPr>
        <w:t>ה. ‪10 × 6 = 60‬</w:t>
      </w:r>
    </w:p>
    <w:p>
      <w:pPr>
        <w:bidi/>
        <w:spacing w:before="0" w:after="40"/>
        <w:jc w:val="both"/>
      </w:pPr>
      <w:r>
        <w:rPr>
          <w:rtl/>
        </w:rPr>
        <w:t>ו. ‪6 × 6 = 36‬</w:t>
      </w:r>
    </w:p>
    <w:p>
      <w:pPr>
        <w:bidi/>
        <w:spacing w:before="0" w:after="40"/>
        <w:jc w:val="both"/>
      </w:pPr>
      <w:r>
        <w:rPr>
          <w:rtl/>
        </w:rPr>
        <w:t>ז. ‪7 × 7 = 49‬</w:t>
      </w:r>
    </w:p>
    <w:p>
      <w:pPr>
        <w:bidi/>
        <w:spacing w:before="0" w:after="40"/>
        <w:jc w:val="both"/>
      </w:pPr>
      <w:r>
        <w:rPr>
          <w:rtl/>
        </w:rPr>
        <w:t>ח. ‪9 × 8 = 72‬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קטע לוח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8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9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21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27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32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42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54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56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הגורם החסר.</w:t>
      </w:r>
    </w:p>
    <w:p>
      <w:pPr>
        <w:bidi/>
        <w:spacing w:before="0" w:after="40"/>
        <w:jc w:val="both"/>
      </w:pPr>
      <w:r>
        <w:rPr>
          <w:rtl/>
        </w:rPr>
        <w:t>א. ‪5 × 6 = 30‬</w:t>
      </w:r>
    </w:p>
    <w:p>
      <w:pPr>
        <w:bidi/>
        <w:spacing w:before="0" w:after="40"/>
        <w:jc w:val="both"/>
      </w:pPr>
      <w:r>
        <w:rPr>
          <w:rtl/>
        </w:rPr>
        <w:t>ב. ‪7 × 8 = 56‬</w:t>
      </w:r>
    </w:p>
    <w:p>
      <w:pPr>
        <w:bidi/>
        <w:spacing w:before="0" w:after="40"/>
        <w:jc w:val="both"/>
      </w:pPr>
      <w:r>
        <w:rPr>
          <w:rtl/>
        </w:rPr>
        <w:t>ג. ‪9 × 9 = 81‬</w:t>
      </w:r>
    </w:p>
    <w:p>
      <w:pPr>
        <w:bidi/>
        <w:spacing w:before="0" w:after="40"/>
        <w:jc w:val="both"/>
      </w:pPr>
      <w:r>
        <w:rPr>
          <w:rtl/>
        </w:rPr>
        <w:t>ד. ‪4 × 7 = 28‬</w:t>
      </w:r>
    </w:p>
    <w:p>
      <w:pPr>
        <w:bidi/>
        <w:spacing w:before="0" w:after="40"/>
        <w:jc w:val="both"/>
      </w:pPr>
      <w:r>
        <w:rPr>
          <w:rtl/>
        </w:rPr>
        <w:t>ה. ‪6 × 8 = 48‬</w:t>
      </w:r>
    </w:p>
    <w:p>
      <w:pPr>
        <w:bidi/>
        <w:spacing w:before="0" w:after="40"/>
        <w:jc w:val="both"/>
      </w:pPr>
      <w:r>
        <w:rPr>
          <w:rtl/>
        </w:rPr>
        <w:t>ו. ‪9 × 7 = 63‬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כפל ב-0 וב-1. חשבו.</w:t>
      </w:r>
    </w:p>
    <w:p>
      <w:pPr>
        <w:bidi/>
        <w:spacing w:before="0" w:after="40"/>
        <w:jc w:val="both"/>
      </w:pPr>
      <w:r>
        <w:rPr>
          <w:rtl/>
        </w:rPr>
        <w:t>א. ‪8 × 1 = 8‬</w:t>
      </w:r>
    </w:p>
    <w:p>
      <w:pPr>
        <w:bidi/>
        <w:spacing w:before="0" w:after="40"/>
        <w:jc w:val="both"/>
      </w:pPr>
      <w:r>
        <w:rPr>
          <w:rtl/>
        </w:rPr>
        <w:t>ב. ‪8 × 0 = 0‬</w:t>
      </w:r>
    </w:p>
    <w:p>
      <w:pPr>
        <w:bidi/>
        <w:spacing w:before="0" w:after="40"/>
        <w:jc w:val="both"/>
      </w:pPr>
      <w:r>
        <w:rPr>
          <w:rtl/>
        </w:rPr>
        <w:t>ג. ‪1 × 6 = 6‬</w:t>
      </w:r>
    </w:p>
    <w:p>
      <w:pPr>
        <w:bidi/>
        <w:spacing w:before="0" w:after="40"/>
        <w:jc w:val="both"/>
      </w:pPr>
      <w:r>
        <w:rPr>
          <w:rtl/>
        </w:rPr>
        <w:t>ד. ‪0 × 10 = 0‬</w:t>
      </w:r>
    </w:p>
    <w:p>
      <w:pPr>
        <w:bidi/>
        <w:spacing w:before="0" w:after="40"/>
        <w:jc w:val="both"/>
      </w:pPr>
      <w:r>
        <w:rPr>
          <w:rtl/>
        </w:rPr>
        <w:t>ה. ‪345 × 1 = 345‬</w:t>
      </w:r>
    </w:p>
    <w:p>
      <w:pPr>
        <w:bidi/>
        <w:spacing w:before="0" w:after="40"/>
        <w:jc w:val="both"/>
      </w:pPr>
      <w:r>
        <w:rPr>
          <w:rtl/>
        </w:rPr>
        <w:t>ו. ‪0 × 999 =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התרגיל השווה לו לפי חוק החילוף.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 ×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‪6 × 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‪8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 ×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‪3 ×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×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‪10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×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‪9 × 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‪6 × 4 = 4 × 6‬ – נכון</w:t>
      </w:r>
    </w:p>
    <w:p>
      <w:pPr>
        <w:bidi/>
        <w:spacing w:before="0" w:after="40"/>
        <w:jc w:val="both"/>
      </w:pPr>
      <w:r>
        <w:rPr>
          <w:rtl/>
        </w:rPr>
        <w:t>ב. ‪7 × 0 = 7‬ – לא נכון – ‪7 × 0 = 0‬</w:t>
      </w:r>
    </w:p>
    <w:p>
      <w:pPr>
        <w:bidi/>
        <w:spacing w:before="0" w:after="40"/>
        <w:jc w:val="both"/>
      </w:pPr>
      <w:r>
        <w:rPr>
          <w:rtl/>
        </w:rPr>
        <w:t>ג. ‪1 × 9 = 9‬ – נכון</w:t>
      </w:r>
    </w:p>
    <w:p>
      <w:pPr>
        <w:bidi/>
        <w:spacing w:before="0" w:after="40"/>
        <w:jc w:val="both"/>
      </w:pPr>
      <w:r>
        <w:rPr>
          <w:rtl/>
        </w:rPr>
        <w:t>ד. ‪8 × 7 = 54‬ – לא נכון – ‪8 × 7 = 56‬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התרגילים לפי המכפלה.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8‬, ‪4 × 6‬, ‪6 × 4‬, ‪2 × 12‬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9‬, ‪6 × 6‬, ‪9 × 4‬, ‪3 × 12‬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‪7 × 6‬ =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42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ל-‪5 × 9‬?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‪9 × 5‬</w:t>
      </w:r>
    </w:p>
    <w:p>
      <w:pPr>
        <w:bidi/>
        <w:spacing w:before="0" w:after="20"/>
        <w:jc w:val="both"/>
      </w:pPr>
      <w:r>
        <w:rPr>
          <w:rtl/>
        </w:rPr>
        <w:t>ג. ‪0 × 8‬ =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חישבתם: איך אפשר לחשב ‪9 × 7‬ בעזרת ‪10 × 7‬?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‪10 × 7 = 70‬. ‪9 × 7‬ הוא פעם אחת 7 פחות: ‪70 − 7 = 63‬.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בטבלה את כל עמודת ה-6 בלוח הכפל, מ-‪1 × 6‬ עד ‪10 × 6‬.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6, 12, 18, 24, 30, 36, 42, 48, 54,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שני מספרים מלוח הכפל שהמכפלה שלהם 24 והסכום שלהם 10.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 ו-‪6: 4 × 6 = 24‬, ‪4 + 6 = 10‬.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קופסת ביצים יש 6 ביצים. אבא של עומר קנה 7 קופסאות. כמה ביצים קנה?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6 = 42‬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אבא של עומר קנה 42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בשבוע יש 7 ימים. כמה ימים יש ב-8 שבועות?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7 = 56‬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ב-8 שבועות יש 56 ימים.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דוד סידר לטקס 6 שורות, ובכל שורה 9 כסאות. כמה כסאות סידר? בדקו גם בעזרת חוק החילוף.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9 = 54‬ ; בדיקה: ‪9 × 6 = 54‬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סידר 54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במכולת יש 4 מדפים של מיץ. בסוף היום נמכר הכול, ועל כל מדף נשארו 0 בקבוקים. כמה בקבוקי מיץ נשארו על כל המדפים?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0 = 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המדפים נשארו 0 בקבוקים, לא נשאר אף בקבוק.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יהונתן קנה 3 חבילות ובכל אחת 8 קלפים. אליה קנה 4 חבילות ובכל אחת 6 קלפים. כמה קלפים קנו שניהם יחד?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יהונתן: ‪3 × 8 = 24‬ ; אליה: ‪4 × 6 = 24‬ ; ‪24 + 24 = 48‬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אחד קנה 24 קלפים, ויחד קנו 48 קלפים.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בכל שורה במחברת החשבון של נועה יש 10 משבצות. נועה צבעה 7 שורות שלמות ועוד 4 משבצות. כמה משבצות צבעה?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10 = 70‬ ; ‪70 + 4 = 74‬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נועה צבעה 74 משבצות.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פתרו. גזרו את כרטיסי התרגילים, והדביקו כל תרגיל מתחת לתוצאה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12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24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36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4‬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‪4 × 6‬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‪6 × 6‬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‪2 × 6‬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8‬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‪4 ×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מתחו קו מכל תרגיל אל התוצאה שלו.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‪7 × 8‬  ←  ב. 56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‪6 × 9‬  ←  ג. 54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‪9 × 1‬  ←  ה. 9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‪5 × 0‬  ←  ד. 0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‪8 × 8‬  ←  א. 64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