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החילוק: חלוקה שווה והקשר בין כפל לחילוק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מה זה חילוק, ואיך כפל עוזר לחלק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שני סוגים של שאלות חילוק</w:t>
      </w:r>
    </w:p>
    <w:p>
      <w:pPr>
        <w:bidi/>
        <w:spacing w:before="0" w:after="20"/>
        <w:jc w:val="both"/>
      </w:pPr>
      <w:r>
        <w:rPr>
          <w:rtl/>
        </w:rPr>
        <w:t>1. חלוקה שווה: 12 עוגיות ל-3 ילדים. כמה לכל ילד? ‪12 : 3 = 4‬.</w:t>
      </w:r>
    </w:p>
    <w:p>
      <w:pPr>
        <w:bidi/>
        <w:spacing w:before="0" w:after="20"/>
        <w:jc w:val="both"/>
      </w:pPr>
      <w:r>
        <w:rPr>
          <w:rtl/>
        </w:rPr>
        <w:t>2. כמה קבוצות: 12 עוגיות, 4 בכל שקית. כמה שקיות? ‪12 : 4 = 3‬.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שמות בתרגיל החילוק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=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=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משפחת תרגילים</w:t>
      </w:r>
    </w:p>
    <w:p>
      <w:pPr>
        <w:bidi/>
        <w:spacing w:before="0" w:after="40"/>
        <w:jc w:val="both"/>
      </w:pPr>
      <w:r>
        <w:rPr>
          <w:rtl/>
        </w:rPr>
        <w:t>כפל וחילוק הן פעולות הפוכות.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‪6 × 8 = 48 · 48 : 6 = 8 · 48 : 8 = 6‬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לבדוק תרגיל חילוק, כופלים את המנה במחלק. אם יוצא המחולק – צדקתם! ‪24 : 4 = 6‬, כי ‪6 × 4 = 24‬.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‪54 : 9 = ___‬</w:t>
      </w:r>
    </w:p>
    <w:p>
      <w:pPr>
        <w:bidi/>
        <w:spacing w:before="0" w:after="20"/>
        <w:jc w:val="both"/>
      </w:pPr>
      <w:r>
        <w:rPr>
          <w:rtl/>
        </w:rPr>
        <w:t>1. שואלים: מה כפול 9 שווה 54?</w:t>
      </w:r>
    </w:p>
    <w:p>
      <w:pPr>
        <w:bidi/>
        <w:spacing w:before="0" w:after="20"/>
        <w:jc w:val="both"/>
      </w:pPr>
      <w:r>
        <w:rPr>
          <w:rtl/>
        </w:rPr>
        <w:t>2. מלוח הכפל: ‪6 × 9 = 54‬, ולכן המנה היא 6.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חשבו:</w:t>
      </w:r>
    </w:p>
    <w:p>
      <w:pPr>
        <w:bidi/>
        <w:spacing w:before="0" w:after="60"/>
        <w:jc w:val="both"/>
      </w:pPr>
      <w:r>
        <w:rPr>
          <w:rtl/>
        </w:rPr>
        <w:t>א. ‪18 : 3 = __________‬</w:t>
      </w:r>
    </w:p>
    <w:p>
      <w:pPr>
        <w:bidi/>
        <w:spacing w:before="0" w:after="60"/>
        <w:jc w:val="both"/>
      </w:pPr>
      <w:r>
        <w:rPr>
          <w:rtl/>
        </w:rPr>
        <w:t>ב. ‪56 : 8 = __________‬</w:t>
      </w:r>
    </w:p>
    <w:p>
      <w:pPr>
        <w:bidi/>
        <w:spacing w:before="0" w:after="60"/>
        <w:jc w:val="both"/>
      </w:pPr>
      <w:r>
        <w:rPr>
          <w:rtl/>
        </w:rPr>
        <w:t>ג. ‪5 × 9 = 45‬, ולכן ‪45 : 9 = __________‬</w:t>
      </w:r>
    </w:p>
    <w:p>
      <w:pPr>
        <w:bidi/>
        <w:spacing w:before="0" w:after="60"/>
        <w:jc w:val="both"/>
      </w:pPr>
      <w:r>
        <w:rPr>
          <w:rtl/>
        </w:rPr>
        <w:t>ד. ‪__________ : 6 = 7‬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6 · ב. 7 · ג. 5 · ד. 42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