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החילוק: חלוקה שווה והקשר בין כפל לחילוק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קוראים ומבינים: מחלקים לחלקים שווים (כמה בכל חלק?) או לקבוצות בגודל ידוע (כמה קבוצות?).</w:t>
      </w:r>
    </w:p>
    <w:p>
      <w:pPr>
        <w:bidi/>
        <w:spacing w:before="0" w:after="20"/>
        <w:jc w:val="both"/>
      </w:pPr>
      <w:r>
        <w:rPr>
          <w:rtl/>
        </w:rPr>
        <w:t>2. שלב 2: כותבים תרגיל חילוק: הכמות הכוללת : מספר החלקים, או הכמות הכוללת : גודל הקבוצה.</w:t>
      </w:r>
    </w:p>
    <w:p>
      <w:pPr>
        <w:bidi/>
        <w:spacing w:before="0" w:after="20"/>
        <w:jc w:val="both"/>
      </w:pPr>
      <w:r>
        <w:rPr>
          <w:rtl/>
        </w:rPr>
        <w:t>3. שלב 3: מוצאים את התוצאה בעזרת הכפל: איזה מספר כפול המחלק נותן את הכמות?</w:t>
      </w:r>
    </w:p>
    <w:p>
      <w:pPr>
        <w:bidi/>
        <w:spacing w:before="0" w:after="20"/>
        <w:jc w:val="both"/>
      </w:pPr>
      <w:r>
        <w:rPr>
          <w:rtl/>
        </w:rPr>
        <w:t>4. שלב 4: בודקים בכפל: התוצאה × המחלק = הכמות הכוללת.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28 תפוחים חולקו שווה בשווה ל-4 סלים. כמה תפוחים יש בכל סל?</w:t>
      </w:r>
    </w:p>
    <w:p>
      <w:pPr>
        <w:bidi/>
        <w:spacing w:before="0" w:after="20"/>
        <w:jc w:val="both"/>
      </w:pPr>
      <w:r>
        <w:rPr>
          <w:rtl/>
        </w:rPr>
        <w:t>1. מחלקים לחלקים שווים, לכן כותבים חילוק: ‪28 : 4‬</w:t>
      </w:r>
    </w:p>
    <w:p>
      <w:pPr>
        <w:bidi/>
        <w:spacing w:before="0" w:after="20"/>
        <w:jc w:val="both"/>
      </w:pPr>
      <w:r>
        <w:rPr>
          <w:rtl/>
        </w:rPr>
        <w:t>2. חושבים: איזה מספר כפול 4 נותן 28? ‪7 × 4 = 28‬</w:t>
      </w:r>
    </w:p>
    <w:p>
      <w:pPr>
        <w:bidi/>
        <w:spacing w:before="0" w:after="20"/>
        <w:jc w:val="both"/>
      </w:pPr>
      <w:r>
        <w:rPr>
          <w:rtl/>
        </w:rPr>
        <w:t>3. לכן ‪28 : 4 = 7‬</w:t>
      </w:r>
    </w:p>
    <w:p>
      <w:pPr>
        <w:bidi/>
        <w:spacing w:before="0" w:after="20"/>
        <w:jc w:val="both"/>
      </w:pPr>
      <w:r>
        <w:rPr>
          <w:rtl/>
        </w:rPr>
        <w:t>4. בדיקה: ‪4 × 7 = 28‬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בכל סל 7 תפוחים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‪10 : 2 = __________‬</w:t>
      </w:r>
    </w:p>
    <w:p>
      <w:pPr>
        <w:bidi/>
        <w:spacing w:before="0" w:after="60"/>
        <w:jc w:val="both"/>
      </w:pPr>
      <w:r>
        <w:rPr>
          <w:rtl/>
        </w:rPr>
        <w:t>ב. ‪15 : 5 = __________‬</w:t>
      </w:r>
    </w:p>
    <w:p>
      <w:pPr>
        <w:bidi/>
        <w:spacing w:before="0" w:after="60"/>
        <w:jc w:val="both"/>
      </w:pPr>
      <w:r>
        <w:rPr>
          <w:rtl/>
        </w:rPr>
        <w:t>ג. ‪21 : 3 = __________‬</w:t>
      </w:r>
    </w:p>
    <w:p>
      <w:pPr>
        <w:bidi/>
        <w:spacing w:before="0" w:after="60"/>
        <w:jc w:val="both"/>
      </w:pPr>
      <w:r>
        <w:rPr>
          <w:rtl/>
        </w:rPr>
        <w:t>ד. ‪32 : 4 = __________‬</w:t>
      </w:r>
    </w:p>
    <w:p>
      <w:pPr>
        <w:bidi/>
        <w:spacing w:before="0" w:after="60"/>
        <w:jc w:val="both"/>
      </w:pPr>
      <w:r>
        <w:rPr>
          <w:rtl/>
        </w:rPr>
        <w:t>ה. ‪36 : 6 = __________‬</w:t>
      </w:r>
    </w:p>
    <w:p>
      <w:pPr>
        <w:bidi/>
        <w:spacing w:before="0" w:after="60"/>
        <w:jc w:val="both"/>
      </w:pPr>
      <w:r>
        <w:rPr>
          <w:rtl/>
        </w:rPr>
        <w:t>ו. ‪49 : 7 = __________‬</w:t>
      </w:r>
    </w:p>
    <w:p>
      <w:pPr>
        <w:bidi/>
        <w:spacing w:before="0" w:after="60"/>
        <w:jc w:val="both"/>
      </w:pPr>
      <w:r>
        <w:rPr>
          <w:rtl/>
        </w:rPr>
        <w:t>ז. ‪64 : 8 = __________‬</w:t>
      </w:r>
    </w:p>
    <w:p>
      <w:pPr>
        <w:bidi/>
        <w:spacing w:before="0" w:after="60"/>
        <w:jc w:val="both"/>
      </w:pPr>
      <w:r>
        <w:rPr>
          <w:rtl/>
        </w:rPr>
        <w:t>ח. ‪90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משפחות התרגילים.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כפל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חילוק ראשון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חילוק שני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6 = 24‬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8 = 56‬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9 = 27‬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× 7 = 35‬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השתמשו בכפל כדי לחשב את החילוק.</w:t>
      </w:r>
    </w:p>
    <w:p>
      <w:pPr>
        <w:bidi/>
        <w:spacing w:before="0" w:after="60"/>
        <w:jc w:val="both"/>
      </w:pPr>
      <w:r>
        <w:rPr>
          <w:rtl/>
        </w:rPr>
        <w:t>א. ‪6 × 8 = 48‬ ← ‪48 : 6 = __________‬</w:t>
      </w:r>
    </w:p>
    <w:p>
      <w:pPr>
        <w:bidi/>
        <w:spacing w:before="0" w:after="60"/>
        <w:jc w:val="both"/>
      </w:pPr>
      <w:r>
        <w:rPr>
          <w:rtl/>
        </w:rPr>
        <w:t>ב. ‪9 × 7 = 63‬ ← ‪63 : 9 = __________‬</w:t>
      </w:r>
    </w:p>
    <w:p>
      <w:pPr>
        <w:bidi/>
        <w:spacing w:before="0" w:after="60"/>
        <w:jc w:val="both"/>
      </w:pPr>
      <w:r>
        <w:rPr>
          <w:rtl/>
        </w:rPr>
        <w:t>ג. ‪4 × 9 = 36‬ ← ‪36 : 4 = __________‬</w:t>
      </w:r>
    </w:p>
    <w:p>
      <w:pPr>
        <w:bidi/>
        <w:spacing w:before="0" w:after="60"/>
        <w:jc w:val="both"/>
      </w:pPr>
      <w:r>
        <w:rPr>
          <w:rtl/>
        </w:rPr>
        <w:t>ד. ‪8 × 5 = 40‬ ← ‪40 :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תרגיל חילוק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‪27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‪54 :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‪40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‪14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‪30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‪16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‪28 : 4 = 7‬, כי ‪7 × 4 = 28‬.      נכון / לא נכון</w:t>
      </w:r>
    </w:p>
    <w:p>
      <w:pPr>
        <w:bidi/>
        <w:spacing w:before="0" w:after="60"/>
        <w:jc w:val="both"/>
      </w:pPr>
      <w:r>
        <w:rPr>
          <w:rtl/>
        </w:rPr>
        <w:t>ב. בתרגיל ‪30 : 5 = 6‬, המספר 5 נקרא מנה.      נכון / לא נכון</w:t>
      </w:r>
    </w:p>
    <w:p>
      <w:pPr>
        <w:bidi/>
        <w:spacing w:before="0" w:after="60"/>
        <w:jc w:val="both"/>
      </w:pPr>
      <w:r>
        <w:rPr>
          <w:rtl/>
        </w:rPr>
        <w:t>ג. ‪8 : 8 = 1‬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‪36 : 9 = 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איזה תרגיל מתאים לסיפור?</w:t>
      </w:r>
    </w:p>
    <w:p>
      <w:pPr>
        <w:bidi/>
        <w:spacing w:before="0" w:after="20"/>
        <w:jc w:val="both"/>
      </w:pPr>
      <w:r>
        <w:rPr>
          <w:rtl/>
        </w:rPr>
        <w:t>א. 24 מדבקות חולקו שווה בשווה ל-6 ילדים. כמה קיבל כל ילד?</w:t>
      </w:r>
    </w:p>
    <w:p>
      <w:pPr>
        <w:bidi/>
        <w:spacing w:before="0" w:after="80"/>
        <w:jc w:val="both"/>
      </w:pPr>
      <w:r>
        <w:rPr>
          <w:rtl/>
        </w:rPr>
        <w:t xml:space="preserve">   ○ ‪24 × 6‬      ○ ‪24 : 6‬      ○ ‪24 − 6‬</w:t>
      </w:r>
    </w:p>
    <w:p>
      <w:pPr>
        <w:bidi/>
        <w:spacing w:before="0" w:after="20"/>
        <w:jc w:val="both"/>
      </w:pPr>
      <w:r>
        <w:rPr>
          <w:rtl/>
        </w:rPr>
        <w:t>ב. בכל שקית 5 תפוזים. כמה שקיות צריך ל-35 תפוזים?</w:t>
      </w:r>
    </w:p>
    <w:p>
      <w:pPr>
        <w:bidi/>
        <w:spacing w:before="0" w:after="80"/>
        <w:jc w:val="both"/>
      </w:pPr>
      <w:r>
        <w:rPr>
          <w:rtl/>
        </w:rPr>
        <w:t xml:space="preserve">   ○ ‪35 : 5‬      ○ ‪35 × 5‬      ○ ‪35 + 5‬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את התרגילים לפי המנה.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‪18 : 3‬  |  ‪42 : 7‬  |  ‪35 : 5‬  |  ‪56 : 8‬  |  ‪24 : 4‬  |  ‪49 : 7‬  |  ‪63 : 9‬  |  ‪12 : 2‬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השלימו את המחולק או את המחלק.</w:t>
      </w:r>
    </w:p>
    <w:p>
      <w:pPr>
        <w:bidi/>
        <w:spacing w:before="0" w:after="60"/>
        <w:jc w:val="both"/>
      </w:pPr>
      <w:r>
        <w:rPr>
          <w:rtl/>
        </w:rPr>
        <w:t>א. ‪__________ : 4 = 5‬</w:t>
      </w:r>
    </w:p>
    <w:p>
      <w:pPr>
        <w:bidi/>
        <w:spacing w:before="0" w:after="60"/>
        <w:jc w:val="both"/>
      </w:pPr>
      <w:r>
        <w:rPr>
          <w:rtl/>
        </w:rPr>
        <w:t>ב. ‪__________ : 7 = 6‬</w:t>
      </w:r>
    </w:p>
    <w:p>
      <w:pPr>
        <w:bidi/>
        <w:spacing w:before="0" w:after="60"/>
        <w:jc w:val="both"/>
      </w:pPr>
      <w:r>
        <w:rPr>
          <w:rtl/>
        </w:rPr>
        <w:t>ג. ‪45 : __________ = 9‬</w:t>
      </w:r>
    </w:p>
    <w:p>
      <w:pPr>
        <w:bidi/>
        <w:spacing w:before="0" w:after="60"/>
        <w:jc w:val="both"/>
      </w:pPr>
      <w:r>
        <w:rPr>
          <w:rtl/>
        </w:rPr>
        <w:t>ד. ‪72 : __________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שרטטו 18 עיגולים וחלקו אותם ל-3 קבוצות שוות. כתבו תרגיל חילוק ותרגיל כפל מתאימים.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חישבתם: אורי חישב ‪54 : 6 = 9‬. איך אפשר לבדוק שהוא צדק?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חשבתי על מספר. חילקתי אותו ב-6 וקיבלתי 7. על איזה מספר חשבתי? איך בדקתם?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יואב חילק 24 מדבקות שווה בשווה בין 4 חברים. כמה מדבקות קיבל כל חבר?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בטיול לכנרת עלו 35 תלמידים לסירות, 5 תלמידים בכל סירה. כמה סירות היו?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בגינת הירק קטפו 42 עגבניות וסידרו אותן שווה בשווה ב-6 סלים. כמה עגבניות יש בכל סל?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המורה הכין 72 כרטיסיות משחק ונתן 8 כרטיסיות לכל קבוצה. לכמה קבוצות הספיקו הכרטיסיות?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אורי אסף בחוף 18 צדפים, ועידו אסף 27 צדפים. הם חילקו את כל הצדפים שווה בשווה ל-5 קופסאות. כמה צדפים יש בכל קופסה?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בכיתה יש 32 תלמידים. 4 תלמידים נשארו בבית, והשאר התחלקו ל-7 קבוצות שוות. כמה תלמידים יש בכל קבוצה?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פתרו. גזרו את כרטיסי המנות, והדביקו כל מנה ליד תרגיל החילוק.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‪24 : 6‬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‪35 :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‪72 : 8‬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‪18 : 3‬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‪40 :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19.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מחולק – </w:t>
            </w:r>
            <w:r>
              <w:rPr>
                <w:sz w:val="24"/>
                <w:szCs w:val="24"/>
                <w:rtl/>
              </w:rPr>
              <w:t>המספר שמחלקים: ב-‪24 : 6‬ הוא 24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מחלק – </w:t>
            </w:r>
            <w:r>
              <w:rPr>
                <w:sz w:val="24"/>
                <w:szCs w:val="24"/>
                <w:rtl/>
              </w:rPr>
              <w:t>המספר שמחלקים בו: ב-‪24 : 6‬ הוא 6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מנה – </w:t>
            </w:r>
            <w:r>
              <w:rPr>
                <w:sz w:val="24"/>
                <w:szCs w:val="24"/>
                <w:rtl/>
              </w:rPr>
              <w:t>התוצאה של החילוק: ‪24 : 6 = 4‬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תרגיל הפוך – </w:t>
            </w:r>
            <w:r>
              <w:rPr>
                <w:sz w:val="24"/>
                <w:szCs w:val="24"/>
                <w:rtl/>
              </w:rPr>
              <w:t>כפל שבודק חילוק: ‪4 × 6 = 24‬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כתבו תרגיל חילוק, ובדקו אותו בתרגיל כפל.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החילוק: חלוקה שווה והקשר בין כפל לחילוק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6, משימה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9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8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4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6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החילוק: חלוקה שווה והקשר בין כפל לחילוק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‪10 : 2 = 5‬</w:t>
      </w:r>
    </w:p>
    <w:p>
      <w:pPr>
        <w:bidi/>
        <w:spacing w:before="0" w:after="40"/>
        <w:jc w:val="both"/>
      </w:pPr>
      <w:r>
        <w:rPr>
          <w:rtl/>
        </w:rPr>
        <w:t>ב. ‪15 : 5 = 3‬</w:t>
      </w:r>
    </w:p>
    <w:p>
      <w:pPr>
        <w:bidi/>
        <w:spacing w:before="0" w:after="40"/>
        <w:jc w:val="both"/>
      </w:pPr>
      <w:r>
        <w:rPr>
          <w:rtl/>
        </w:rPr>
        <w:t>ג. ‪21 : 3 = 7‬</w:t>
      </w:r>
    </w:p>
    <w:p>
      <w:pPr>
        <w:bidi/>
        <w:spacing w:before="0" w:after="40"/>
        <w:jc w:val="both"/>
      </w:pPr>
      <w:r>
        <w:rPr>
          <w:rtl/>
        </w:rPr>
        <w:t>ד. ‪32 : 4 = 8‬</w:t>
      </w:r>
    </w:p>
    <w:p>
      <w:pPr>
        <w:bidi/>
        <w:spacing w:before="0" w:after="40"/>
        <w:jc w:val="both"/>
      </w:pPr>
      <w:r>
        <w:rPr>
          <w:rtl/>
        </w:rPr>
        <w:t>ה. ‪36 : 6 = 6‬</w:t>
      </w:r>
    </w:p>
    <w:p>
      <w:pPr>
        <w:bidi/>
        <w:spacing w:before="0" w:after="40"/>
        <w:jc w:val="both"/>
      </w:pPr>
      <w:r>
        <w:rPr>
          <w:rtl/>
        </w:rPr>
        <w:t>ו. ‪49 : 7 = 7‬</w:t>
      </w:r>
    </w:p>
    <w:p>
      <w:pPr>
        <w:bidi/>
        <w:spacing w:before="0" w:after="40"/>
        <w:jc w:val="both"/>
      </w:pPr>
      <w:r>
        <w:rPr>
          <w:rtl/>
        </w:rPr>
        <w:t>ז. ‪64 : 8 = 8‬</w:t>
      </w:r>
    </w:p>
    <w:p>
      <w:pPr>
        <w:bidi/>
        <w:spacing w:before="0" w:after="40"/>
        <w:jc w:val="both"/>
      </w:pPr>
      <w:r>
        <w:rPr>
          <w:rtl/>
        </w:rPr>
        <w:t>ח. ‪90 : 10 =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משפחות התרגילים.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כפל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חילוק ראשון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חילוק שני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6 = 24‬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‪24 : 4 =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‪24 : 6 = 4‬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8 = 56‬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‪56 : 7 =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‪56 : 8 = 7‬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9 = 27‬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‪27 : 3 =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‪27 : 9 = 3‬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× 7 = 35‬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‪35 : 5 =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‪35 : 7 =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השתמשו בכפל כדי לחשב את החילוק.</w:t>
      </w:r>
    </w:p>
    <w:p>
      <w:pPr>
        <w:bidi/>
        <w:spacing w:before="0" w:after="40"/>
        <w:jc w:val="both"/>
      </w:pPr>
      <w:r>
        <w:rPr>
          <w:rtl/>
        </w:rPr>
        <w:t>א. ‪6 × 8 = 48‬ ← ‪48 : 6 = 8‬</w:t>
      </w:r>
    </w:p>
    <w:p>
      <w:pPr>
        <w:bidi/>
        <w:spacing w:before="0" w:after="40"/>
        <w:jc w:val="both"/>
      </w:pPr>
      <w:r>
        <w:rPr>
          <w:rtl/>
        </w:rPr>
        <w:t>ב. ‪9 × 7 = 63‬ ← ‪63 : 9 = 7‬</w:t>
      </w:r>
    </w:p>
    <w:p>
      <w:pPr>
        <w:bidi/>
        <w:spacing w:before="0" w:after="40"/>
        <w:jc w:val="both"/>
      </w:pPr>
      <w:r>
        <w:rPr>
          <w:rtl/>
        </w:rPr>
        <w:t>ג. ‪4 × 9 = 36‬ ← ‪36 : 4 = 9‬</w:t>
      </w:r>
    </w:p>
    <w:p>
      <w:pPr>
        <w:bidi/>
        <w:spacing w:before="0" w:after="40"/>
        <w:jc w:val="both"/>
      </w:pPr>
      <w:r>
        <w:rPr>
          <w:rtl/>
        </w:rPr>
        <w:t>ד. ‪8 × 5 = 40‬ ← ‪40 : 8 =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תרגיל חילוק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‪27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‪54 :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‪40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‪14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‪30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‪16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‪28 : 4 = 7‬, כי ‪7 × 4 = 28‬. – נכון</w:t>
      </w:r>
    </w:p>
    <w:p>
      <w:pPr>
        <w:bidi/>
        <w:spacing w:before="0" w:after="40"/>
        <w:jc w:val="both"/>
      </w:pPr>
      <w:r>
        <w:rPr>
          <w:rtl/>
        </w:rPr>
        <w:t>ב. בתרגיל ‪30 : 5 = 6‬, המספר 5 נקרא מנה. – לא נכון – 5 הוא המחלק; 6 היא המנה</w:t>
      </w:r>
    </w:p>
    <w:p>
      <w:pPr>
        <w:bidi/>
        <w:spacing w:before="0" w:after="40"/>
        <w:jc w:val="both"/>
      </w:pPr>
      <w:r>
        <w:rPr>
          <w:rtl/>
        </w:rPr>
        <w:t>ג. ‪8 : 8 = 1‬ – נכון</w:t>
      </w:r>
    </w:p>
    <w:p>
      <w:pPr>
        <w:bidi/>
        <w:spacing w:before="0" w:after="40"/>
        <w:jc w:val="both"/>
      </w:pPr>
      <w:r>
        <w:rPr>
          <w:rtl/>
        </w:rPr>
        <w:t>ד. ‪36 : 9 = 5‬ – לא נכון – ‪36 : 9 =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איזה תרגיל מתאים לסיפור?</w:t>
      </w:r>
    </w:p>
    <w:p>
      <w:pPr>
        <w:bidi/>
        <w:spacing w:before="0" w:after="20"/>
        <w:jc w:val="both"/>
      </w:pPr>
      <w:r>
        <w:rPr>
          <w:rtl/>
        </w:rPr>
        <w:t>א. 24 מדבקות חולקו שווה בשווה ל-6 ילדים. כמה קיבל כל ילד?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‪24 : 6‬</w:t>
      </w:r>
    </w:p>
    <w:p>
      <w:pPr>
        <w:bidi/>
        <w:spacing w:before="0" w:after="20"/>
        <w:jc w:val="both"/>
      </w:pPr>
      <w:r>
        <w:rPr>
          <w:rtl/>
        </w:rPr>
        <w:t>ב. בכל שקית 5 תפוזים. כמה שקיות צריך ל-35 תפוזים?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‪35 :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את התרגילים לפי המנה.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‪18 : 3‬, ‪42 : 7‬, ‪24 : 4‬, ‪12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‪35 : 5‬, ‪56 : 8‬, ‪49 : 7‬, ‪63 :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השלימו את המחולק או את המחלק.</w:t>
      </w:r>
    </w:p>
    <w:p>
      <w:pPr>
        <w:bidi/>
        <w:spacing w:before="0" w:after="40"/>
        <w:jc w:val="both"/>
      </w:pPr>
      <w:r>
        <w:rPr>
          <w:rtl/>
        </w:rPr>
        <w:t>א. ‪20 : 4 = 5‬</w:t>
      </w:r>
    </w:p>
    <w:p>
      <w:pPr>
        <w:bidi/>
        <w:spacing w:before="0" w:after="40"/>
        <w:jc w:val="both"/>
      </w:pPr>
      <w:r>
        <w:rPr>
          <w:rtl/>
        </w:rPr>
        <w:t>ב. ‪42 : 7 = 6‬</w:t>
      </w:r>
    </w:p>
    <w:p>
      <w:pPr>
        <w:bidi/>
        <w:spacing w:before="0" w:after="40"/>
        <w:jc w:val="both"/>
      </w:pPr>
      <w:r>
        <w:rPr>
          <w:rtl/>
        </w:rPr>
        <w:t>ג. ‪45 : 5 = 9‬</w:t>
      </w:r>
    </w:p>
    <w:p>
      <w:pPr>
        <w:bidi/>
        <w:spacing w:before="0" w:after="40"/>
        <w:jc w:val="both"/>
      </w:pPr>
      <w:r>
        <w:rPr>
          <w:rtl/>
        </w:rPr>
        <w:t>ד. ‪72 : 9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שרטטו 18 עיגולים וחלקו אותם ל-3 קבוצות שוות. כתבו תרגיל חילוק ותרגיל כפל מתאימים.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בכל קבוצה 6 עיגולים: ‪18 : 3 = 6‬, ‪3 × 6 = 18‬.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חישבתם: אורי חישב ‪54 : 6 = 9‬. איך אפשר לבדוק שהוא צדק?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כופלים את המנה במחלק: ‪9 × 6 = 54‬. יצא המחולק, ולכן ‪54 : 6 = 9‬ נכון.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חשבתי על מספר. חילקתי אותו ב-6 וקיבלתי 7. על איזה מספר חשבתי? איך בדקתם?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42. בודקים בכפל: ‪7 × 6 = 42‬, ואכן ‪42 : 6 = 7‬.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יואב חילק 24 מדבקות שווה בשווה בין 4 חברים. כמה מדבקות קיבל כל חבר?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‪24 : 4 = 6‬ ; בדיקה: ‪4 × 6 = 24‬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חבר קיבל 6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בטיול לכנרת עלו 35 תלמידים לסירות, 5 תלמידים בכל סירה. כמה סירות 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‪35 : 5 = 7‬ ; בדיקה: ‪7 × 5 = 35‬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היו 7 סירות.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בגינת הירק קטפו 42 עגבניות וסידרו אותן שווה בשווה ב-6 סלים. כמה עגבניות יש בכל סל?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‪42 : 6 = 7‬ ; בדיקה: ‪6 × 7 = 42‬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סל יש 7 עגבניות.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המורה הכין 72 כרטיסיות משחק ונתן 8 כרטיסיות לכל קבוצה. לכמה קבוצות הספיקו הכרטיסיות?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‪72 : 8 = 9‬ ; בדיקה: ‪9 × 8 = 72‬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הכרטיסיות הספיקו ל-9 קבוצות.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אורי אסף בחוף 18 צדפים, ועידו אסף 27 צדפים. הם חילקו את כל הצדפים שווה בשווה ל-5 קופסאות. כמה צדפים יש בכל קופסה?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‪18 + 27 = 45‬ ; ‪45 : 5 = 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קופסה יש 9 צדפים.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בכיתה יש 32 תלמידים. 4 תלמידים נשארו בבית, והשאר התחלקו ל-7 קבוצות שוות. כמה תלמידים יש בכל קבוצה?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‪32 − 4 = 28‬ ; ‪28 : 7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קבוצה יש 4 תלמידים.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פתרו. גזרו את כרטיסי המנות, והדביקו כל מנה ליד תרגיל החילוק.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‪24 : 6‬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4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‪35 :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‪72 : 8‬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9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‪18 : 3‬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6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‪40 :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19.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מחולק – </w:t>
            </w:r>
            <w:r>
              <w:rPr>
                <w:sz w:val="24"/>
                <w:szCs w:val="24"/>
                <w:rtl/>
              </w:rPr>
              <w:t>המספר שמחלקים: ב-‪24 : 6‬ הוא 24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מחלק – </w:t>
            </w:r>
            <w:r>
              <w:rPr>
                <w:sz w:val="24"/>
                <w:szCs w:val="24"/>
                <w:rtl/>
              </w:rPr>
              <w:t>המספר שמחלקים בו: ב-‪24 : 6‬ הוא 6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מנה – </w:t>
            </w:r>
            <w:r>
              <w:rPr>
                <w:sz w:val="24"/>
                <w:szCs w:val="24"/>
                <w:rtl/>
              </w:rPr>
              <w:t>התוצאה של החילוק: ‪24 : 6 = 4‬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תרגיל הפוך – </w:t>
            </w:r>
            <w:r>
              <w:rPr>
                <w:sz w:val="24"/>
                <w:szCs w:val="24"/>
                <w:rtl/>
              </w:rPr>
              <w:t>כפל שבודק חילוק: ‪4 × 6 = 24‬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כתבו תרגיל חילוק, ובדקו אותו בתרגיל כפל.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