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ג'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כפל בעשרות שלמות ובמאות שלמות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0F766E"/>
          <w:sz w:val="24"/>
          <w:szCs w:val="24"/>
          <w:rtl/>
        </w:rPr>
        <w:t>דף סיכום: כפל ב-10, ב-100, בעשרות שלמות ובמאות שלמות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3_t0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כפל ב-10 וב-100</w:t>
      </w:r>
    </w:p>
    <w:p>
      <w:pPr>
        <w:bidi/>
        <w:spacing w:before="0" w:after="20"/>
        <w:jc w:val="both"/>
      </w:pPr>
      <w:r>
        <w:rPr>
          <w:rtl/>
        </w:rPr>
        <w:t>1. כפל ב-10: מוסיפים 0 בסוף. ‪34 × 10 = 340‬.</w:t>
      </w:r>
    </w:p>
    <w:p>
      <w:pPr>
        <w:bidi/>
        <w:spacing w:before="0" w:after="20"/>
        <w:jc w:val="both"/>
      </w:pPr>
      <w:r>
        <w:rPr>
          <w:rtl/>
        </w:rPr>
        <w:t>2. כפל ב-100: מוסיפים 00 בסוף. ‪6 × 100 = 600‬.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כפל בעשרות ובמאות שלמות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מלוח הכפל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התוצאה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 × 40‬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 × 4 = 12‬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120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 × 70‬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 × 7 = 42‬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420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 × 300‬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 × 3 = 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600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זהירות, אפסים!</w:t>
      </w:r>
    </w:p>
    <w:p>
      <w:pPr>
        <w:bidi/>
        <w:spacing w:before="0" w:after="40"/>
        <w:jc w:val="both"/>
      </w:pPr>
      <w:r>
        <w:rPr>
          <w:rtl/>
        </w:rPr>
        <w:t>כשבתוצאה של לוח הכפל כבר יש 0, מוסיפים עוד 0.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‪4 × 5 = 20 · 4 × 50 = 200‬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כפל בעשרות: מחשבים בלוח הכפל ומוסיפים 0. כפל במאות: מחשבים בלוח הכפל ומוסיפים 00. ‪6 × 70: 6 × 7 = 42‬, ולכן 420.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‪8 × 60 = ___‬</w:t>
      </w:r>
    </w:p>
    <w:p>
      <w:pPr>
        <w:bidi/>
        <w:spacing w:before="0" w:after="20"/>
        <w:jc w:val="both"/>
      </w:pPr>
      <w:r>
        <w:rPr>
          <w:rtl/>
        </w:rPr>
        <w:t>1. מלוח הכפל: ‪8 × 6 = 48‬.</w:t>
      </w:r>
    </w:p>
    <w:p>
      <w:pPr>
        <w:bidi/>
        <w:spacing w:before="0" w:after="20"/>
        <w:jc w:val="both"/>
      </w:pPr>
      <w:r>
        <w:rPr>
          <w:rtl/>
        </w:rPr>
        <w:t>2. 60 הן 6 עשרות, ולכן מוסיפים ‪0: 480‬.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480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בודקים את עצמנו – חשבו:</w:t>
      </w:r>
    </w:p>
    <w:p>
      <w:pPr>
        <w:bidi/>
        <w:spacing w:before="0" w:after="60"/>
        <w:jc w:val="both"/>
      </w:pPr>
      <w:r>
        <w:rPr>
          <w:rtl/>
        </w:rPr>
        <w:t>א. ‪4 × 30 = __________‬</w:t>
      </w:r>
    </w:p>
    <w:p>
      <w:pPr>
        <w:bidi/>
        <w:spacing w:before="0" w:after="60"/>
        <w:jc w:val="both"/>
      </w:pPr>
      <w:r>
        <w:rPr>
          <w:rtl/>
        </w:rPr>
        <w:t>ב. ‪3 × 200 = __________‬</w:t>
      </w:r>
    </w:p>
    <w:p>
      <w:pPr>
        <w:bidi/>
        <w:spacing w:before="0" w:after="60"/>
        <w:jc w:val="both"/>
      </w:pPr>
      <w:r>
        <w:rPr>
          <w:rtl/>
        </w:rPr>
        <w:t>ג. ‪8 × 50 = __________‬</w:t>
      </w:r>
    </w:p>
    <w:p>
      <w:pPr>
        <w:bidi/>
        <w:spacing w:before="0" w:after="60"/>
        <w:jc w:val="both"/>
      </w:pPr>
      <w:r>
        <w:rPr>
          <w:rtl/>
        </w:rPr>
        <w:t>ד. ‪7 × 90 = __________‬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120 · ב. 600 · ג. 400 · ד. 630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