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כפל בעשרות שלמות ובמאות שלמות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מפרקים: 40 הן 4 עשרות, 300 הן 3 מאות.</w:t>
      </w:r>
    </w:p>
    <w:p>
      <w:pPr>
        <w:bidi/>
        <w:spacing w:before="0" w:after="20"/>
        <w:jc w:val="both"/>
      </w:pPr>
      <w:r>
        <w:rPr>
          <w:rtl/>
        </w:rPr>
        <w:t>2. שלב 2: כופלים את המספרים בלי האפסים, לפי לוח הכפל: ‪3 × 4 = 12‬.</w:t>
      </w:r>
    </w:p>
    <w:p>
      <w:pPr>
        <w:bidi/>
        <w:spacing w:before="0" w:after="20"/>
        <w:jc w:val="both"/>
      </w:pPr>
      <w:r>
        <w:rPr>
          <w:rtl/>
        </w:rPr>
        <w:t>3. שלב 3: מוסיפים את האפסים: אפס אחד לעשרות, שני אפסים למאות. ‪3 × 40 = 120‬, ‪3 × 300 = 900‬.</w:t>
      </w:r>
    </w:p>
    <w:p>
      <w:pPr>
        <w:bidi/>
        <w:spacing w:before="0" w:after="20"/>
        <w:jc w:val="both"/>
      </w:pPr>
      <w:r>
        <w:rPr>
          <w:rtl/>
        </w:rPr>
        <w:t>4. שלב 4: בודקים שהתוצאה הגיונית.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חשבו ‪6 × 30‬.</w:t>
      </w:r>
    </w:p>
    <w:p>
      <w:pPr>
        <w:bidi/>
        <w:spacing w:before="0" w:after="20"/>
        <w:jc w:val="both"/>
      </w:pPr>
      <w:r>
        <w:rPr>
          <w:rtl/>
        </w:rPr>
        <w:t>1. 30 הן 3 עשרות.</w:t>
      </w:r>
    </w:p>
    <w:p>
      <w:pPr>
        <w:bidi/>
        <w:spacing w:before="0" w:after="20"/>
        <w:jc w:val="both"/>
      </w:pPr>
      <w:r>
        <w:rPr>
          <w:rtl/>
        </w:rPr>
        <w:t>2. ‪6 × 3 = 18‬, כלומר 18 עשרות.</w:t>
      </w:r>
    </w:p>
    <w:p>
      <w:pPr>
        <w:bidi/>
        <w:spacing w:before="0" w:after="20"/>
        <w:jc w:val="both"/>
      </w:pPr>
      <w:r>
        <w:rPr>
          <w:rtl/>
        </w:rPr>
        <w:t>3. 18 עשרות הן 180, לכן ‪6 × 30 = 180‬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180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כפלו ב-10 וב-100.</w:t>
      </w:r>
    </w:p>
    <w:p>
      <w:pPr>
        <w:bidi/>
        <w:spacing w:before="0" w:after="60"/>
        <w:jc w:val="both"/>
      </w:pPr>
      <w:r>
        <w:rPr>
          <w:rtl/>
        </w:rPr>
        <w:t>א. ‪6 × 10 = __________‬</w:t>
      </w:r>
    </w:p>
    <w:p>
      <w:pPr>
        <w:bidi/>
        <w:spacing w:before="0" w:after="60"/>
        <w:jc w:val="both"/>
      </w:pPr>
      <w:r>
        <w:rPr>
          <w:rtl/>
        </w:rPr>
        <w:t>ב. ‪10 × 9 = __________‬</w:t>
      </w:r>
    </w:p>
    <w:p>
      <w:pPr>
        <w:bidi/>
        <w:spacing w:before="0" w:after="60"/>
        <w:jc w:val="both"/>
      </w:pPr>
      <w:r>
        <w:rPr>
          <w:rtl/>
        </w:rPr>
        <w:t>ג. ‪23 × 10 = __________‬</w:t>
      </w:r>
    </w:p>
    <w:p>
      <w:pPr>
        <w:bidi/>
        <w:spacing w:before="0" w:after="60"/>
        <w:jc w:val="both"/>
      </w:pPr>
      <w:r>
        <w:rPr>
          <w:rtl/>
        </w:rPr>
        <w:t>ד. ‪4 × 100 = __________‬</w:t>
      </w:r>
    </w:p>
    <w:p>
      <w:pPr>
        <w:bidi/>
        <w:spacing w:before="0" w:after="60"/>
        <w:jc w:val="both"/>
      </w:pPr>
      <w:r>
        <w:rPr>
          <w:rtl/>
        </w:rPr>
        <w:t>ה. ‪100 × 8 = __________‬</w:t>
      </w:r>
    </w:p>
    <w:p>
      <w:pPr>
        <w:bidi/>
        <w:spacing w:before="0" w:after="60"/>
        <w:jc w:val="both"/>
      </w:pPr>
      <w:r>
        <w:rPr>
          <w:rtl/>
        </w:rPr>
        <w:t>ו. ‪70 × 10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בעזרת לוח הכפל.</w:t>
      </w:r>
    </w:p>
    <w:p>
      <w:pPr>
        <w:bidi/>
        <w:spacing w:before="0" w:after="60"/>
        <w:jc w:val="both"/>
      </w:pPr>
      <w:r>
        <w:rPr>
          <w:rtl/>
        </w:rPr>
        <w:t>א. ‪2 × 30 = __________‬</w:t>
      </w:r>
    </w:p>
    <w:p>
      <w:pPr>
        <w:bidi/>
        <w:spacing w:before="0" w:after="60"/>
        <w:jc w:val="both"/>
      </w:pPr>
      <w:r>
        <w:rPr>
          <w:rtl/>
        </w:rPr>
        <w:t>ב. ‪4 × 20 = __________‬</w:t>
      </w:r>
    </w:p>
    <w:p>
      <w:pPr>
        <w:bidi/>
        <w:spacing w:before="0" w:after="60"/>
        <w:jc w:val="both"/>
      </w:pPr>
      <w:r>
        <w:rPr>
          <w:rtl/>
        </w:rPr>
        <w:t>ג. ‪3 × 50 = __________‬</w:t>
      </w:r>
    </w:p>
    <w:p>
      <w:pPr>
        <w:bidi/>
        <w:spacing w:before="0" w:after="60"/>
        <w:jc w:val="both"/>
      </w:pPr>
      <w:r>
        <w:rPr>
          <w:rtl/>
        </w:rPr>
        <w:t>ד. ‪6 × 40 = __________‬</w:t>
      </w:r>
    </w:p>
    <w:p>
      <w:pPr>
        <w:bidi/>
        <w:spacing w:before="0" w:after="60"/>
        <w:jc w:val="both"/>
      </w:pPr>
      <w:r>
        <w:rPr>
          <w:rtl/>
        </w:rPr>
        <w:t>ה. ‪7 × 30 = __________‬</w:t>
      </w:r>
    </w:p>
    <w:p>
      <w:pPr>
        <w:bidi/>
        <w:spacing w:before="0" w:after="60"/>
        <w:jc w:val="both"/>
      </w:pPr>
      <w:r>
        <w:rPr>
          <w:rtl/>
        </w:rPr>
        <w:t>ו. ‪9 × 20 = __________‬</w:t>
      </w:r>
    </w:p>
    <w:p>
      <w:pPr>
        <w:bidi/>
        <w:spacing w:before="0" w:after="60"/>
        <w:jc w:val="both"/>
      </w:pPr>
      <w:r>
        <w:rPr>
          <w:rtl/>
        </w:rPr>
        <w:t>ז. ‪8 × 60 = __________‬</w:t>
      </w:r>
    </w:p>
    <w:p>
      <w:pPr>
        <w:bidi/>
        <w:spacing w:before="0" w:after="60"/>
        <w:jc w:val="both"/>
      </w:pPr>
      <w:r>
        <w:rPr>
          <w:rtl/>
        </w:rPr>
        <w:t>ח. ‪5 × 90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30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כפל במאות שלמות.</w:t>
      </w:r>
    </w:p>
    <w:p>
      <w:pPr>
        <w:bidi/>
        <w:spacing w:before="0" w:after="60"/>
        <w:jc w:val="both"/>
      </w:pPr>
      <w:r>
        <w:rPr>
          <w:rtl/>
        </w:rPr>
        <w:t>א. ‪2 × 200 = __________‬</w:t>
      </w:r>
    </w:p>
    <w:p>
      <w:pPr>
        <w:bidi/>
        <w:spacing w:before="0" w:after="60"/>
        <w:jc w:val="both"/>
      </w:pPr>
      <w:r>
        <w:rPr>
          <w:rtl/>
        </w:rPr>
        <w:t>ב. ‪3 × 300 = __________‬</w:t>
      </w:r>
    </w:p>
    <w:p>
      <w:pPr>
        <w:bidi/>
        <w:spacing w:before="0" w:after="60"/>
        <w:jc w:val="both"/>
      </w:pPr>
      <w:r>
        <w:rPr>
          <w:rtl/>
        </w:rPr>
        <w:t>ג. ‪4 × 200 = __________‬</w:t>
      </w:r>
    </w:p>
    <w:p>
      <w:pPr>
        <w:bidi/>
        <w:spacing w:before="0" w:after="60"/>
        <w:jc w:val="both"/>
      </w:pPr>
      <w:r>
        <w:rPr>
          <w:rtl/>
        </w:rPr>
        <w:t>ד. ‪2 × 400 = __________‬</w:t>
      </w:r>
    </w:p>
    <w:p>
      <w:pPr>
        <w:bidi/>
        <w:spacing w:before="0" w:after="60"/>
        <w:jc w:val="both"/>
      </w:pPr>
      <w:r>
        <w:rPr>
          <w:rtl/>
        </w:rPr>
        <w:t>ה. ‪5 × 100 = __________‬</w:t>
      </w:r>
    </w:p>
    <w:p>
      <w:pPr>
        <w:bidi/>
        <w:spacing w:before="0" w:after="60"/>
        <w:jc w:val="both"/>
      </w:pPr>
      <w:r>
        <w:rPr>
          <w:rtl/>
        </w:rPr>
        <w:t>ו. ‪2 × 500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‪4 × 50‬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‪6 × 50‬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360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‪5 × 80‬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‪8 × 70‬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‪9 × 40‬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560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‪3 × 30‬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‪6 × 30 = 180‬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‪4 × 50 = 20‬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‪3 × 200 = 2 × 300‬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‪7 × 80 = 5,600‬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‪8 × 40‬ =</w:t>
      </w:r>
    </w:p>
    <w:p>
      <w:pPr>
        <w:bidi/>
        <w:spacing w:before="0" w:after="80"/>
        <w:jc w:val="both"/>
      </w:pPr>
      <w:r>
        <w:rPr>
          <w:rtl/>
        </w:rPr>
        <w:t xml:space="preserve">   ○ 32      ○ 320      ○ 3,200</w:t>
      </w:r>
    </w:p>
    <w:p>
      <w:pPr>
        <w:bidi/>
        <w:spacing w:before="0" w:after="20"/>
        <w:jc w:val="both"/>
      </w:pPr>
      <w:r>
        <w:rPr>
          <w:rtl/>
        </w:rPr>
        <w:t>ב. איזה תרגיל שווה ל-600?</w:t>
      </w:r>
    </w:p>
    <w:p>
      <w:pPr>
        <w:bidi/>
        <w:spacing w:before="0" w:after="80"/>
        <w:jc w:val="both"/>
      </w:pPr>
      <w:r>
        <w:rPr>
          <w:rtl/>
        </w:rPr>
        <w:t xml:space="preserve">   ○ ‪3 × 20‬      ○ ‪6 × 10‬      ○ ‪2 × 300‬</w:t>
      </w:r>
    </w:p>
    <w:p>
      <w:pPr>
        <w:bidi/>
        <w:spacing w:before="0" w:after="20"/>
        <w:jc w:val="both"/>
      </w:pPr>
      <w:r>
        <w:rPr>
          <w:rtl/>
        </w:rPr>
        <w:t>ג. ‪5 × 60‬ =</w:t>
      </w:r>
    </w:p>
    <w:p>
      <w:pPr>
        <w:bidi/>
        <w:spacing w:before="0" w:after="80"/>
        <w:jc w:val="both"/>
      </w:pPr>
      <w:r>
        <w:rPr>
          <w:rtl/>
        </w:rPr>
        <w:t xml:space="preserve">   ○ 300      ○ 30      ○ 350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מיינו את התרגילים לפי התוצאה.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‪4 × 60‬  |  ‪3 × 80‬  |  ‪8 × 30‬  |  ‪6 × 40‬  |  ‪2 × 200‬  |  ‪5 × 80‬  |  ‪8 × 50‬  |  ‪4 × 100‬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240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‪3 × __________ = 210‬</w:t>
      </w:r>
    </w:p>
    <w:p>
      <w:pPr>
        <w:bidi/>
        <w:spacing w:before="0" w:after="60"/>
        <w:jc w:val="both"/>
      </w:pPr>
      <w:r>
        <w:rPr>
          <w:rtl/>
        </w:rPr>
        <w:t>ב. ‪__________ × 40 = 160‬</w:t>
      </w:r>
    </w:p>
    <w:p>
      <w:pPr>
        <w:bidi/>
        <w:spacing w:before="0" w:after="60"/>
        <w:jc w:val="both"/>
      </w:pPr>
      <w:r>
        <w:rPr>
          <w:rtl/>
        </w:rPr>
        <w:t>ג. ‪5 × __________ = 350‬</w:t>
      </w:r>
    </w:p>
    <w:p>
      <w:pPr>
        <w:bidi/>
        <w:spacing w:before="0" w:after="60"/>
        <w:jc w:val="both"/>
      </w:pPr>
      <w:r>
        <w:rPr>
          <w:rtl/>
        </w:rPr>
        <w:t>ד. ‪__________ × 200 = 600‬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הסבירו איך חישבתם ‪6 × 50‬. למה יש בתוצאה שני אפסים, אף שב-50 יש רק אפס אחד?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כתבו במשבצות את הקפיצות של 40 מ-0 עד 400. כמה קפיצות היו?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מצאו שלושה תרגילי כפל שונים של מספר חד-ספרתי בעשרות שלמות, שהתוצאה של כל אחד מהם היא 240.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9F1239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בכל ארגז יש 20 בקבוקי מים. כמה בקבוקים יש ב-4 ארגזים?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כרטיס להצגה עולה 30 ₪. כמה ישלמו 3 חברים?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בכל חבילה במחסן של בית הספר יש 100 דפים. המזכירות לקחה 6 חבילות. כמה דפים לקחה?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אוטובוס נוסע 50 קילומטרים בכל שעה. כמה קילומטרים ייסע ב-7 שעות?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בית הספר קנה 3 חבילות של 200 מדבקות ו-5 חבילות של 40 מדבקות. כמה מדבקות קנה בית הספר?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לנועם היו 500 ₪. הוא קנה 4 משחקי קופסה, וכל משחק עלה 60 ₪. כמה כסף נשאר לנועם?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19. פתרו. גזרו את כרטיסי התרגילים, והדביקו כל תרגיל מתחת לתוצאה שלו.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120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200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240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20. מתחו קו מכל תרגיל אל התוצאה שלו.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‪7 × 10‬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70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‪7 × 100‬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90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‪3 × 30‬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800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‪4 × 200‬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700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5. ‪9 × 50‬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ה. 450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כפל בעשרות שלמות ובמאות שלמות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5, משימה 19.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‪8 × 30‬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‪6 × 20‬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‪2 × 100‬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‪4 × 30‬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‪5 × 40‬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‪3 × 80‬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כפל בעשרות שלמות ובמאות שלמות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כפלו ב-10 וב-100.</w:t>
      </w:r>
    </w:p>
    <w:p>
      <w:pPr>
        <w:bidi/>
        <w:spacing w:before="0" w:after="40"/>
        <w:jc w:val="both"/>
      </w:pPr>
      <w:r>
        <w:rPr>
          <w:rtl/>
        </w:rPr>
        <w:t>א. ‪6 × 10 = 60‬</w:t>
      </w:r>
    </w:p>
    <w:p>
      <w:pPr>
        <w:bidi/>
        <w:spacing w:before="0" w:after="40"/>
        <w:jc w:val="both"/>
      </w:pPr>
      <w:r>
        <w:rPr>
          <w:rtl/>
        </w:rPr>
        <w:t>ב. ‪10 × 9 = 90‬</w:t>
      </w:r>
    </w:p>
    <w:p>
      <w:pPr>
        <w:bidi/>
        <w:spacing w:before="0" w:after="40"/>
        <w:jc w:val="both"/>
      </w:pPr>
      <w:r>
        <w:rPr>
          <w:rtl/>
        </w:rPr>
        <w:t>ג. ‪23 × 10 = 230‬</w:t>
      </w:r>
    </w:p>
    <w:p>
      <w:pPr>
        <w:bidi/>
        <w:spacing w:before="0" w:after="40"/>
        <w:jc w:val="both"/>
      </w:pPr>
      <w:r>
        <w:rPr>
          <w:rtl/>
        </w:rPr>
        <w:t>ד. ‪4 × 100 = 400‬</w:t>
      </w:r>
    </w:p>
    <w:p>
      <w:pPr>
        <w:bidi/>
        <w:spacing w:before="0" w:after="40"/>
        <w:jc w:val="both"/>
      </w:pPr>
      <w:r>
        <w:rPr>
          <w:rtl/>
        </w:rPr>
        <w:t>ה. ‪100 × 8 = 800‬</w:t>
      </w:r>
    </w:p>
    <w:p>
      <w:pPr>
        <w:bidi/>
        <w:spacing w:before="0" w:after="40"/>
        <w:jc w:val="both"/>
      </w:pPr>
      <w:r>
        <w:rPr>
          <w:rtl/>
        </w:rPr>
        <w:t>ו. ‪70 × 10 = 700‬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בעזרת לוח הכפל.</w:t>
      </w:r>
    </w:p>
    <w:p>
      <w:pPr>
        <w:bidi/>
        <w:spacing w:before="0" w:after="40"/>
        <w:jc w:val="both"/>
      </w:pPr>
      <w:r>
        <w:rPr>
          <w:rtl/>
        </w:rPr>
        <w:t>א. ‪2 × 30 = 60‬</w:t>
      </w:r>
    </w:p>
    <w:p>
      <w:pPr>
        <w:bidi/>
        <w:spacing w:before="0" w:after="40"/>
        <w:jc w:val="both"/>
      </w:pPr>
      <w:r>
        <w:rPr>
          <w:rtl/>
        </w:rPr>
        <w:t>ב. ‪4 × 20 = 80‬</w:t>
      </w:r>
    </w:p>
    <w:p>
      <w:pPr>
        <w:bidi/>
        <w:spacing w:before="0" w:after="40"/>
        <w:jc w:val="both"/>
      </w:pPr>
      <w:r>
        <w:rPr>
          <w:rtl/>
        </w:rPr>
        <w:t>ג. ‪3 × 50 = 150‬</w:t>
      </w:r>
    </w:p>
    <w:p>
      <w:pPr>
        <w:bidi/>
        <w:spacing w:before="0" w:after="40"/>
        <w:jc w:val="both"/>
      </w:pPr>
      <w:r>
        <w:rPr>
          <w:rtl/>
        </w:rPr>
        <w:t>ד. ‪6 × 40 = 240‬</w:t>
      </w:r>
    </w:p>
    <w:p>
      <w:pPr>
        <w:bidi/>
        <w:spacing w:before="0" w:after="40"/>
        <w:jc w:val="both"/>
      </w:pPr>
      <w:r>
        <w:rPr>
          <w:rtl/>
        </w:rPr>
        <w:t>ה. ‪7 × 30 = 210‬</w:t>
      </w:r>
    </w:p>
    <w:p>
      <w:pPr>
        <w:bidi/>
        <w:spacing w:before="0" w:after="40"/>
        <w:jc w:val="both"/>
      </w:pPr>
      <w:r>
        <w:rPr>
          <w:rtl/>
        </w:rPr>
        <w:t>ו. ‪9 × 20 = 180‬</w:t>
      </w:r>
    </w:p>
    <w:p>
      <w:pPr>
        <w:bidi/>
        <w:spacing w:before="0" w:after="40"/>
        <w:jc w:val="both"/>
      </w:pPr>
      <w:r>
        <w:rPr>
          <w:rtl/>
        </w:rPr>
        <w:t>ז. ‪8 × 60 = 480‬</w:t>
      </w:r>
    </w:p>
    <w:p>
      <w:pPr>
        <w:bidi/>
        <w:spacing w:before="0" w:after="40"/>
        <w:jc w:val="both"/>
      </w:pPr>
      <w:r>
        <w:rPr>
          <w:rtl/>
        </w:rPr>
        <w:t>ח. ‪5 × 90 = 450‬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30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כפל במאות שלמות.</w:t>
      </w:r>
    </w:p>
    <w:p>
      <w:pPr>
        <w:bidi/>
        <w:spacing w:before="0" w:after="40"/>
        <w:jc w:val="both"/>
      </w:pPr>
      <w:r>
        <w:rPr>
          <w:rtl/>
        </w:rPr>
        <w:t>א. ‪2 × 200 = 400‬</w:t>
      </w:r>
    </w:p>
    <w:p>
      <w:pPr>
        <w:bidi/>
        <w:spacing w:before="0" w:after="40"/>
        <w:jc w:val="both"/>
      </w:pPr>
      <w:r>
        <w:rPr>
          <w:rtl/>
        </w:rPr>
        <w:t>ב. ‪3 × 300 = 900‬</w:t>
      </w:r>
    </w:p>
    <w:p>
      <w:pPr>
        <w:bidi/>
        <w:spacing w:before="0" w:after="40"/>
        <w:jc w:val="both"/>
      </w:pPr>
      <w:r>
        <w:rPr>
          <w:rtl/>
        </w:rPr>
        <w:t>ג. ‪4 × 200 = 800‬</w:t>
      </w:r>
    </w:p>
    <w:p>
      <w:pPr>
        <w:bidi/>
        <w:spacing w:before="0" w:after="40"/>
        <w:jc w:val="both"/>
      </w:pPr>
      <w:r>
        <w:rPr>
          <w:rtl/>
        </w:rPr>
        <w:t>ד. ‪2 × 400 = 800‬</w:t>
      </w:r>
    </w:p>
    <w:p>
      <w:pPr>
        <w:bidi/>
        <w:spacing w:before="0" w:after="40"/>
        <w:jc w:val="both"/>
      </w:pPr>
      <w:r>
        <w:rPr>
          <w:rtl/>
        </w:rPr>
        <w:t>ה. ‪5 × 100 = 500‬</w:t>
      </w:r>
    </w:p>
    <w:p>
      <w:pPr>
        <w:bidi/>
        <w:spacing w:before="0" w:after="40"/>
        <w:jc w:val="both"/>
      </w:pPr>
      <w:r>
        <w:rPr>
          <w:rtl/>
        </w:rPr>
        <w:t>ו. ‪2 × 500 = 1,000‬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‪4 × 50‬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300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‪6 × 50‬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360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‪5 × 80‬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90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‪8 × 70‬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400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‪9 × 40‬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560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‪3 × 30‬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200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‪6 × 30 = 180‬ – נכון</w:t>
      </w:r>
    </w:p>
    <w:p>
      <w:pPr>
        <w:bidi/>
        <w:spacing w:before="0" w:after="40"/>
        <w:jc w:val="both"/>
      </w:pPr>
      <w:r>
        <w:rPr>
          <w:rtl/>
        </w:rPr>
        <w:t>ב. ‪4 × 50 = 20‬ – לא נכון – ‪4 × 50 = 200‬</w:t>
      </w:r>
    </w:p>
    <w:p>
      <w:pPr>
        <w:bidi/>
        <w:spacing w:before="0" w:after="40"/>
        <w:jc w:val="both"/>
      </w:pPr>
      <w:r>
        <w:rPr>
          <w:rtl/>
        </w:rPr>
        <w:t>ג. ‪3 × 200 = 2 × 300‬ – נכון</w:t>
      </w:r>
    </w:p>
    <w:p>
      <w:pPr>
        <w:bidi/>
        <w:spacing w:before="0" w:after="40"/>
        <w:jc w:val="both"/>
      </w:pPr>
      <w:r>
        <w:rPr>
          <w:rtl/>
        </w:rPr>
        <w:t>ד. ‪7 × 80 = 5,600‬ – לא נכון – ‪7 × 80 = 560‬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‪8 × 40‬ =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320</w:t>
      </w:r>
    </w:p>
    <w:p>
      <w:pPr>
        <w:bidi/>
        <w:spacing w:before="0" w:after="20"/>
        <w:jc w:val="both"/>
      </w:pPr>
      <w:r>
        <w:rPr>
          <w:rtl/>
        </w:rPr>
        <w:t>ב. איזה תרגיל שווה ל-600?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‪2 × 300‬</w:t>
      </w:r>
    </w:p>
    <w:p>
      <w:pPr>
        <w:bidi/>
        <w:spacing w:before="0" w:after="20"/>
        <w:jc w:val="both"/>
      </w:pPr>
      <w:r>
        <w:rPr>
          <w:rtl/>
        </w:rPr>
        <w:t>ג. ‪5 × 60‬ =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300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מיינו את התרגילים לפי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240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60‬, ‪3 × 80‬, ‪8 × 30‬, ‪6 × 40‬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 × 200‬, ‪5 × 80‬, ‪8 × 50‬, ‪4 × 100‬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‪3 × 70 = 210‬</w:t>
      </w:r>
    </w:p>
    <w:p>
      <w:pPr>
        <w:bidi/>
        <w:spacing w:before="0" w:after="40"/>
        <w:jc w:val="both"/>
      </w:pPr>
      <w:r>
        <w:rPr>
          <w:rtl/>
        </w:rPr>
        <w:t>ב. ‪4 × 40 = 160‬</w:t>
      </w:r>
    </w:p>
    <w:p>
      <w:pPr>
        <w:bidi/>
        <w:spacing w:before="0" w:after="40"/>
        <w:jc w:val="both"/>
      </w:pPr>
      <w:r>
        <w:rPr>
          <w:rtl/>
        </w:rPr>
        <w:t>ג. ‪5 × 70 = 350‬</w:t>
      </w:r>
    </w:p>
    <w:p>
      <w:pPr>
        <w:bidi/>
        <w:spacing w:before="0" w:after="40"/>
        <w:jc w:val="both"/>
      </w:pPr>
      <w:r>
        <w:rPr>
          <w:rtl/>
        </w:rPr>
        <w:t>ד. ‪3 × 200 = 600‬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הסבירו איך חישבתם ‪6 × 50‬. למה יש בתוצאה שני אפסים, אף שב-50 יש רק אפס אחד?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‪6 × 5 = 30‬, ומוסיפים ‪0: 300‬. אפס אחד בא מה-30 שבלוח הכפל, והשני מהעשרות.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כתבו במשבצות את הקפיצות של 40 מ-0 עד 400. כמה קפיצות היו?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0, 40, 80, 120, 160, 200, 240, 280, 320, 360, 400. היו 10 קפיצות ‪(10 × 40 = 400)‬.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מצאו שלושה תרגילי כפל שונים של מספר חד-ספרתי בעשרות שלמות, שהתוצאה של כל אחד מהם היא 240.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 × 80‬, ‪4 × 60‬, ‪6 × 40‬, ‪8 × 30‬ (כל שלושה מהם).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9F1239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בכל ארגז יש 20 בקבוקי מים. כמה בקבוקים יש ב-4 ארגזים?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2 = 8‬, ולכן ‪4 × 20 = 80‬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ב-4 ארגזים יש 80 בקבוקים.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כרטיס להצגה עולה 30 ₪. כמה ישלמו 3 חברים?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30 = 90‬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שלושת החברים ישלמו 90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בכל חבילה במחסן של בית הספר יש 100 דפים. המזכירות לקחה 6 חבילות. כמה דפים לקחה?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× 100 = 600‬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המזכירות לקחה 600 דפים.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אוטובוס נוסע 50 קילומטרים בכל שעה. כמה קילומטרים ייסע ב-7 שעות?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× 5 = 35‬, ולכן ‪7 × 50 = 350‬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האוטובוס ייסע 350 קילומטרים.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בית הספר קנה 3 חבילות של 200 מדבקות ו-5 חבילות של 40 מדבקות. כמה מדבקות קנה בית הספר?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200 = 600‬ ; ‪5 × 40 = 200‬ ; ‪600 + 200 = 800‬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בית הספר קנה 800 מדבקות.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לנועם היו 500 ₪. הוא קנה 4 משחקי קופסה, וכל משחק עלה 60 ₪. כמה כסף נשאר לנועם?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60 = 240‬ ; ‪500 − 240 = 260‬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לנועם נשארו 260 ₪.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19. פתרו. גזרו את כרטיסי התרגילים, והדביקו כל תרגיל מתחת לתוצאה שלו.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120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200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240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‪6 × 20‬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‪2 × 100‬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‪8 × 30‬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‪4 × 30‬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‪5 × 40‬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‪3 × 80‬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20. מתחו קו מכל תרגיל אל התוצאה שלו.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‪7 × 10‬  ←  א. 70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‪7 × 100‬  ←  ד. 700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‪3 × 30‬  ←  ב. 90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‪4 × 200‬  ←  ג. 800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5. ‪9 × 50‬  ←  ה. 450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