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כפל במאונך בגורם חד-ספרתי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איך כופלים מספר דו-ספרתי או תלת-ספרתי במספר חד-ספרתי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3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מפרקים ומחברים (חוק הפילוג)</w:t>
      </w:r>
    </w:p>
    <w:p>
      <w:pPr>
        <w:bidi/>
        <w:spacing w:before="0" w:after="40"/>
        <w:jc w:val="both"/>
      </w:pPr>
      <w:r>
        <w:rPr>
          <w:rtl/>
        </w:rPr>
        <w:t>מפרקים את המספר לעשרות ולאחדות, כופלים כל חלק ומחברים.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 × 23 = 4 × 20 + 4 × 3 · 80 + 12 = 92‬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כפל במאונך: ‪36 × 4‬</w:t>
      </w:r>
    </w:p>
    <w:p>
      <w:pPr>
        <w:bidi/>
        <w:spacing w:before="0" w:after="20"/>
        <w:jc w:val="both"/>
      </w:pPr>
      <w:r>
        <w:rPr>
          <w:rtl/>
        </w:rPr>
        <w:t>1. אחדות: ‪6 × 4 = 24‬. כותבים 4 וזוכרים 2.</w:t>
      </w:r>
    </w:p>
    <w:p>
      <w:pPr>
        <w:bidi/>
        <w:spacing w:before="0" w:after="20"/>
        <w:jc w:val="both"/>
      </w:pPr>
      <w:r>
        <w:rPr>
          <w:rtl/>
        </w:rPr>
        <w:t>2. עשרות: ‪3 × 4 = 12‬, ועוד ‪2 = 14‬. כותבים 14.</w:t>
      </w:r>
    </w:p>
    <w:p>
      <w:pPr>
        <w:bidi/>
        <w:spacing w:before="0" w:after="20"/>
        <w:jc w:val="both"/>
      </w:pPr>
      <w:r>
        <w:rPr>
          <w:rtl/>
        </w:rPr>
        <w:t>3. התוצאה: 144.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בודקים באומדן</w:t>
      </w:r>
    </w:p>
    <w:p>
      <w:pPr>
        <w:bidi/>
        <w:spacing w:before="0" w:after="40"/>
        <w:jc w:val="both"/>
      </w:pPr>
      <w:r>
        <w:rPr>
          <w:rtl/>
        </w:rPr>
        <w:t>מעגלים לפני החישוב: ‪7 × 48‬ קרוב ל-‪7 × 50 = 350‬. התוצאה 336 קרובה, ולכן הגיונית.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בכפל במאונך מתחילים תמיד מהאחדות, ולא שוכחים להוסיף את מה שזכרנו! בסוף בודקים בעזרת אומדן.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‪5 × 147 = ___‬</w:t>
      </w:r>
    </w:p>
    <w:p>
      <w:pPr>
        <w:bidi/>
        <w:spacing w:before="0" w:after="20"/>
        <w:jc w:val="both"/>
      </w:pPr>
      <w:r>
        <w:rPr>
          <w:rtl/>
        </w:rPr>
        <w:t>1. אחדות: ‪5 × 7 = 35‬. כותבים 5, זוכרים 3.</w:t>
      </w:r>
    </w:p>
    <w:p>
      <w:pPr>
        <w:bidi/>
        <w:spacing w:before="0" w:after="20"/>
        <w:jc w:val="both"/>
      </w:pPr>
      <w:r>
        <w:rPr>
          <w:rtl/>
        </w:rPr>
        <w:t>2. עשרות: ‪5 × 4 = 20‬, ועוד ‪3 = 23‬. כותבים 3, זוכרים 2.</w:t>
      </w:r>
    </w:p>
    <w:p>
      <w:pPr>
        <w:bidi/>
        <w:spacing w:before="0" w:after="20"/>
        <w:jc w:val="both"/>
      </w:pPr>
      <w:r>
        <w:rPr>
          <w:rtl/>
        </w:rPr>
        <w:t>3. מאות: ‪5 × 1 = 5‬, ועוד ‪2 = 7‬.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735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חשבו (אפשר במאונך):</w:t>
      </w:r>
    </w:p>
    <w:p>
      <w:pPr>
        <w:bidi/>
        <w:spacing w:before="0" w:after="60"/>
        <w:jc w:val="both"/>
      </w:pPr>
      <w:r>
        <w:rPr>
          <w:rtl/>
        </w:rPr>
        <w:t>א. ‪3 × 24 = __________‬</w:t>
      </w:r>
    </w:p>
    <w:p>
      <w:pPr>
        <w:bidi/>
        <w:spacing w:before="0" w:after="60"/>
        <w:jc w:val="both"/>
      </w:pPr>
      <w:r>
        <w:rPr>
          <w:rtl/>
        </w:rPr>
        <w:t>ב. ‪5 × 47 = __________‬</w:t>
      </w:r>
    </w:p>
    <w:p>
      <w:pPr>
        <w:bidi/>
        <w:spacing w:before="0" w:after="60"/>
        <w:jc w:val="both"/>
      </w:pPr>
      <w:r>
        <w:rPr>
          <w:rtl/>
        </w:rPr>
        <w:t>ג. ‪4 × 123 = __________‬</w:t>
      </w:r>
    </w:p>
    <w:p>
      <w:pPr>
        <w:bidi/>
        <w:spacing w:before="0" w:after="60"/>
        <w:jc w:val="both"/>
      </w:pPr>
      <w:r>
        <w:rPr>
          <w:rtl/>
        </w:rPr>
        <w:t>ד. ‪6 × 38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72 · ב. 235 · ג. 492 · ד. 228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