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כפל במאונך בגורם חד-ספרתי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כותבים את המספר הגדול למעלה, ואת הגורם החד-ספרתי מתחת לספרת האחדות.</w:t>
      </w:r>
    </w:p>
    <w:p>
      <w:pPr>
        <w:bidi/>
        <w:spacing w:before="0" w:after="20"/>
        <w:jc w:val="both"/>
      </w:pPr>
      <w:r>
        <w:rPr>
          <w:rtl/>
        </w:rPr>
        <w:t>2. שלב 2: כופלים את האחדות. אם יצא 10 או יותר, כותבים את ספרת האחדות ומעבירים את העשרות («זוכרים») מעל עמודת העשרות.</w:t>
      </w:r>
    </w:p>
    <w:p>
      <w:pPr>
        <w:bidi/>
        <w:spacing w:before="0" w:after="20"/>
        <w:jc w:val="both"/>
      </w:pPr>
      <w:r>
        <w:rPr>
          <w:rtl/>
        </w:rPr>
        <w:t>3. שלב 3: כופלים את העשרות ומוסיפים את מה שזכרנו. ממשיכים כך גם במאות.</w:t>
      </w:r>
    </w:p>
    <w:p>
      <w:pPr>
        <w:bidi/>
        <w:spacing w:before="0" w:after="20"/>
        <w:jc w:val="both"/>
      </w:pPr>
      <w:r>
        <w:rPr>
          <w:rtl/>
        </w:rPr>
        <w:t>4. שלב 4: בודקים באומדן: ‪48 × 6‬ קרוב ל-‪50 × 6 = 300‬.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פתרו במאונך: ‪47 × 6‬</w:t>
      </w:r>
    </w:p>
    <w:p>
      <w:pPr>
        <w:bidi/>
        <w:spacing w:before="0" w:after="20"/>
        <w:jc w:val="both"/>
      </w:pPr>
      <w:r>
        <w:rPr>
          <w:rtl/>
        </w:rPr>
        <w:t>1. אחדות: ‪7 × 6 = 42‬, כותבים 2 וזוכרים 4</w:t>
      </w:r>
    </w:p>
    <w:p>
      <w:pPr>
        <w:bidi/>
        <w:spacing w:before="0" w:after="20"/>
        <w:jc w:val="both"/>
      </w:pPr>
      <w:r>
        <w:rPr>
          <w:rtl/>
        </w:rPr>
        <w:t>2. עשרות: ‪4 × 6 = 24‬, ועוד 4 שזכרנו: ‪24 + 4 = 28‬</w:t>
      </w:r>
    </w:p>
    <w:p>
      <w:pPr>
        <w:bidi/>
        <w:spacing w:before="0" w:after="20"/>
        <w:jc w:val="both"/>
      </w:pPr>
      <w:r>
        <w:rPr>
          <w:rtl/>
        </w:rPr>
        <w:t>3. כותבים 28 משמאל לספרה 2</w:t>
      </w:r>
    </w:p>
    <w:p>
      <w:pPr>
        <w:bidi/>
        <w:spacing w:before="0" w:after="20"/>
        <w:jc w:val="both"/>
      </w:pPr>
      <w:r>
        <w:rPr>
          <w:rtl/>
        </w:rPr>
        <w:t>4. אומדן: ‪50 × 6 = 300‬, והתוצאה קרובה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‪47 × 6 = 282‬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פירוק לעשרות ולאחדות.</w:t>
      </w:r>
    </w:p>
    <w:p>
      <w:pPr>
        <w:bidi/>
        <w:spacing w:before="0" w:after="60"/>
        <w:jc w:val="both"/>
      </w:pPr>
      <w:r>
        <w:rPr>
          <w:rtl/>
        </w:rPr>
        <w:t>א. ‪3 × 12 = 30 + 6 = __________‬</w:t>
      </w:r>
    </w:p>
    <w:p>
      <w:pPr>
        <w:bidi/>
        <w:spacing w:before="0" w:after="60"/>
        <w:jc w:val="both"/>
      </w:pPr>
      <w:r>
        <w:rPr>
          <w:rtl/>
        </w:rPr>
        <w:t>ב. ‪2 × 34 = 60 + 8 = __________‬</w:t>
      </w:r>
    </w:p>
    <w:p>
      <w:pPr>
        <w:bidi/>
        <w:spacing w:before="0" w:after="60"/>
        <w:jc w:val="both"/>
      </w:pPr>
      <w:r>
        <w:rPr>
          <w:rtl/>
        </w:rPr>
        <w:t>ג. ‪4 × 21 = 80 + 4 = __________‬</w:t>
      </w:r>
    </w:p>
    <w:p>
      <w:pPr>
        <w:bidi/>
        <w:spacing w:before="0" w:after="60"/>
        <w:jc w:val="both"/>
      </w:pPr>
      <w:r>
        <w:rPr>
          <w:rtl/>
        </w:rPr>
        <w:t>ד. ‪5 × 13 = 50 + 15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טבלת הפירוק.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העשרות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האחדות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20 = 60‬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18‬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42‬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במאונך: ‪23 × 3‬   |   ‪42 × 4‬   |   ‪31 × 2‬   (בלי העברה)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פתרו במאונך (עם העברה): ‪27 × 3‬   |   ‪46 × 5‬   |   ‪58 × 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פתרו במאונך מספר תלת-ספרתי: ‪213 × 3‬   |   ‪124 × 4‬   |   ‪152 × 5‬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 ×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258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 × 35‬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× 27‬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 × 64‬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 × 43‬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152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‪8 ×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אומדן: בחרו את התוצאה הקרובה ביותר, בלי לחשב בדיוק.</w:t>
      </w:r>
    </w:p>
    <w:p>
      <w:pPr>
        <w:bidi/>
        <w:spacing w:before="0" w:after="20"/>
        <w:jc w:val="both"/>
      </w:pPr>
      <w:r>
        <w:rPr>
          <w:rtl/>
        </w:rPr>
        <w:t>א. ‪6 × 49‬ קרוב ל:</w:t>
      </w:r>
    </w:p>
    <w:p>
      <w:pPr>
        <w:bidi/>
        <w:spacing w:before="0" w:after="80"/>
        <w:jc w:val="both"/>
      </w:pPr>
      <w:r>
        <w:rPr>
          <w:rtl/>
        </w:rPr>
        <w:t xml:space="preserve">   ○ 30      ○ 300      ○ 3,000</w:t>
      </w:r>
    </w:p>
    <w:p>
      <w:pPr>
        <w:bidi/>
        <w:spacing w:before="0" w:after="20"/>
        <w:jc w:val="both"/>
      </w:pPr>
      <w:r>
        <w:rPr>
          <w:rtl/>
        </w:rPr>
        <w:t>ב. ‪4 × 198‬ קרוב ל:</w:t>
      </w:r>
    </w:p>
    <w:p>
      <w:pPr>
        <w:bidi/>
        <w:spacing w:before="0" w:after="80"/>
        <w:jc w:val="both"/>
      </w:pPr>
      <w:r>
        <w:rPr>
          <w:rtl/>
        </w:rPr>
        <w:t xml:space="preserve">   ○ 800      ○ 80      ○ 200</w:t>
      </w:r>
    </w:p>
    <w:p>
      <w:pPr>
        <w:bidi/>
        <w:spacing w:before="0" w:after="20"/>
        <w:jc w:val="both"/>
      </w:pPr>
      <w:r>
        <w:rPr>
          <w:rtl/>
        </w:rPr>
        <w:t>ג. ‪9 × 31‬ קרוב ל:</w:t>
      </w:r>
    </w:p>
    <w:p>
      <w:pPr>
        <w:bidi/>
        <w:spacing w:before="0" w:after="80"/>
        <w:jc w:val="both"/>
      </w:pPr>
      <w:r>
        <w:rPr>
          <w:rtl/>
        </w:rPr>
        <w:t xml:space="preserve">   ○ 90      ○ 2,700      ○ 270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בדקו בחישוב.</w:t>
      </w:r>
    </w:p>
    <w:p>
      <w:pPr>
        <w:bidi/>
        <w:spacing w:before="0" w:after="60"/>
        <w:jc w:val="both"/>
      </w:pPr>
      <w:r>
        <w:rPr>
          <w:rtl/>
        </w:rPr>
        <w:t>א. ‪3 × 26 = 78‬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‪4 × 35 = 120‬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‪5 × 107 = 535‬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‪6 × 54 = 304‬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חשבו ומיינו את התרגילים לפי התוצאה.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‪2 × 75‬  |  ‪3 × 50‬  |  ‪5 × 30‬  |  ‪6 × 25‬  |  ‪4 × 45‬  |  ‪9 × 20‬  |  ‪3 × 60‬  |  ‪2 × 90‬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150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‪4 × 37‬ בדרך שלכם. אפשר לפרק, לצייר מודל שטח או לכפול במאונך.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השלימו את הספרה החסרה ב-▢ והסבירו: ‪4 × 2‬▢ = 108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קופסה יש 24 עפרונות. כמה עפרונות יש ב-3 קופסאות?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אוטובוס יש 52 מקומות ישיבה. כמה מקומות יש ב-4 אוטובוסים?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ספר הרפתקאות עולה 38 ₪. כמה יעלו 6 ספרים כאלה?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בחנות הספורט כדורגל עולה 145 ₪. בית הספר קנה 5 כדורים. כמה שילם בית הספר?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בחווה יש 7 לולים, ובכל לול 46 תרנגולות. 50 תרנגולות הועברו לחווה אחרת. כמה תרנגולות נשארו בחווה?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עידו קנה 3 חולצות במחיר 59 ₪ כל אחת, ושילם בשטר של 200 ₪. כמה עודף קיבל?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פתרו במאונך במחברת. גזרו את כרטיסי התוצאות, והדביקו כל תוצאה ליד התרגיל.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× 3‬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‪14 ×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‪32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‪27 ×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×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התאימו תמונה לתרגיל: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📦📦📦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🚌🚌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📚📚📚📚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בכל תבנית 12 ביצים. בחמש תבניות: ‪5 × 12 = 60‬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בכל ארגז 24 בקבוקים. בשלושה ארגזים: ‪3 × 24 = 72‬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בכל אוטובוס 45 נוסעים. בשני אוטובוסים: ‪2 × 45 = 90‬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בכל מדף 16 ספרים. בארבעה מדפים: ‪4 × 16 = 64‬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כפל במאונך בגורם חד-ספרתי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6,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128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70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270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כפל במאונך בגורם חד-ספרתי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פירוק לעשרות ולאחדות.</w:t>
      </w:r>
    </w:p>
    <w:p>
      <w:pPr>
        <w:bidi/>
        <w:spacing w:before="0" w:after="40"/>
        <w:jc w:val="both"/>
      </w:pPr>
      <w:r>
        <w:rPr>
          <w:rtl/>
        </w:rPr>
        <w:t>א. ‪3 × 12 = 30 + 6 = 36‬</w:t>
      </w:r>
    </w:p>
    <w:p>
      <w:pPr>
        <w:bidi/>
        <w:spacing w:before="0" w:after="40"/>
        <w:jc w:val="both"/>
      </w:pPr>
      <w:r>
        <w:rPr>
          <w:rtl/>
        </w:rPr>
        <w:t>ב. ‪2 × 34 = 60 + 8 = 68‬</w:t>
      </w:r>
    </w:p>
    <w:p>
      <w:pPr>
        <w:bidi/>
        <w:spacing w:before="0" w:after="40"/>
        <w:jc w:val="both"/>
      </w:pPr>
      <w:r>
        <w:rPr>
          <w:rtl/>
        </w:rPr>
        <w:t>ג. ‪4 × 21 = 80 + 4 = 84‬</w:t>
      </w:r>
    </w:p>
    <w:p>
      <w:pPr>
        <w:bidi/>
        <w:spacing w:before="0" w:after="40"/>
        <w:jc w:val="both"/>
      </w:pPr>
      <w:r>
        <w:rPr>
          <w:rtl/>
        </w:rPr>
        <w:t>ד. ‪5 × 13 = 50 + 15 = 65‬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טבלת הפירוק.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העשרות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האחדות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20 = 60‬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× 30 = 120‬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× 6 = 24‬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18‬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 × 10 = 60‬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 × 8 = 48‬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42‬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‪7 × 40 = 280‬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‪7 × 2 = 14‬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294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במאונך: ‪23 × 3‬   |   ‪42 × 4‬   |   ‪31 × 2‬   (בלי העברה)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‪23 × 3 = 69‬; ‪42 × 4 = 168‬; ‪31 × 2 = 62‬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פתרו במאונך (עם העברה): ‪27 × 3‬   |   ‪46 × 5‬   |   ‪58 × 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‪27 × 3 = 81‬; ‪46 × 5 = 230‬; ‪58 × 6 = 348‬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פתרו במאונך מספר תלת-ספרתי: ‪213 × 3‬   |   ‪124 × 4‬   |   ‪152 × 5‬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‪213 × 3 = 639‬; ‪124 × 4 = 496‬; ‪152 × 5 = 760‬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 ×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258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‪3 × 35‬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320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× 27‬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 × 64‬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108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 × 43‬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152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‪8 ×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105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אומדן: בחרו את התוצאה הקרובה ביותר, בלי לחשב בדיוק.</w:t>
      </w:r>
    </w:p>
    <w:p>
      <w:pPr>
        <w:bidi/>
        <w:spacing w:before="0" w:after="20"/>
        <w:jc w:val="both"/>
      </w:pPr>
      <w:r>
        <w:rPr>
          <w:rtl/>
        </w:rPr>
        <w:t>א. ‪6 × 49‬ קרוב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300</w:t>
      </w:r>
    </w:p>
    <w:p>
      <w:pPr>
        <w:bidi/>
        <w:spacing w:before="0" w:after="20"/>
        <w:jc w:val="both"/>
      </w:pPr>
      <w:r>
        <w:rPr>
          <w:rtl/>
        </w:rPr>
        <w:t>ב. ‪4 × 198‬ קרוב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800</w:t>
      </w:r>
    </w:p>
    <w:p>
      <w:pPr>
        <w:bidi/>
        <w:spacing w:before="0" w:after="20"/>
        <w:jc w:val="both"/>
      </w:pPr>
      <w:r>
        <w:rPr>
          <w:rtl/>
        </w:rPr>
        <w:t>ג. ‪9 × 31‬ קרוב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בדקו בחישוב.</w:t>
      </w:r>
    </w:p>
    <w:p>
      <w:pPr>
        <w:bidi/>
        <w:spacing w:before="0" w:after="40"/>
        <w:jc w:val="both"/>
      </w:pPr>
      <w:r>
        <w:rPr>
          <w:rtl/>
        </w:rPr>
        <w:t>א. ‪3 × 26 = 78‬ – נכון</w:t>
      </w:r>
    </w:p>
    <w:p>
      <w:pPr>
        <w:bidi/>
        <w:spacing w:before="0" w:after="40"/>
        <w:jc w:val="both"/>
      </w:pPr>
      <w:r>
        <w:rPr>
          <w:rtl/>
        </w:rPr>
        <w:t>ב. ‪4 × 35 = 120‬ – לא נכון – ‪4 × 35 = 140‬</w:t>
      </w:r>
    </w:p>
    <w:p>
      <w:pPr>
        <w:bidi/>
        <w:spacing w:before="0" w:after="40"/>
        <w:jc w:val="both"/>
      </w:pPr>
      <w:r>
        <w:rPr>
          <w:rtl/>
        </w:rPr>
        <w:t>ג. ‪5 × 107 = 535‬ – נכון</w:t>
      </w:r>
    </w:p>
    <w:p>
      <w:pPr>
        <w:bidi/>
        <w:spacing w:before="0" w:after="40"/>
        <w:jc w:val="both"/>
      </w:pPr>
      <w:r>
        <w:rPr>
          <w:rtl/>
        </w:rPr>
        <w:t>ד. ‪6 × 54 = 304‬ – לא נכון – ‪6 × 54 = 324‬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חשבו ומיינו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150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75‬, ‪3 × 50‬, ‪5 × 30‬, ‪6 ×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45‬, ‪9 × 20‬, ‪3 × 60‬, ‪2 × 90‬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‪4 × 37‬ בדרך שלכם. אפשר לפרק, לצייר מודל שטח או לכפול במאונך.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× 30 = 120‬, ‪4 × 7 = 28‬, ‪120 + 28 = 148‬.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השלימו את הספרה החסרה ב-▢ והסבירו: ‪4 × 2‬▢ = 108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▢ = ‪7: 4 × 27 = 108‬ ‪(4 × 20 = 80‬, ונשארו ‪28 = 4 × 7)‬.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קופסה יש 24 עפרונות. כמה עפרונות יש ב-3 קופסאות?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במאונך: ‪24 × 3 = 72‬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ב-3 קופסאות יש 72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אוטובוס יש 52 מקומות ישיבה. כמה מקומות יש ב-4 אוטובוסים?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במאונך: ‪52 × 4 = 208‬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ב-4 אוטובוסים יש 208 מקומות.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ספר הרפתקאות עולה 38 ₪. כמה יעלו 6 ספרים כאלה?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במאונך: ‪38 × 6 = 228‬ ; אומדן: ‪40 × 6 = 240‬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6 ספרים יעלו 228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בחנות הספורט כדורגל עולה 145 ₪. בית הספר קנה 5 כדורים. כמה שילם בית הספר?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במאונך: ‪145 × 5 = 725‬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הספר שילם 725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בחווה יש 7 לולים, ובכל לול 46 תרנגולות. 50 תרנגולות הועברו לחווה אחרת. כמה תרנגולות נשארו בחווה?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‪46 × 7 = 322‬ ; ‪322 − 50 = 272‬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בחווה נשארו 272 תרנגולות.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עידו קנה 3 חולצות במחיר 59 ₪ כל אחת, ושילם בשטר של 200 ₪. כמה עודף קיבל?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‪59 × 3 = 177‬ ; ‪200 − 177 = 23‬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קיבל 23 ₪ עודף.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18. פתרו במאונך במחברת. גזרו את כרטיסי התוצאות, והדביקו כל תוצאה ליד התרגיל.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× 3‬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‪14 ×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‪32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128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‪27 ×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54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×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270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19. התאימו תמונה לתרגיל: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📦📦📦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🚌🚌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📚📚📚📚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בכל תבנית 12 ביצים. בחמש תבניות: ‪5 × 12 = 60‬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בכל ארגז 24 בקבוקים. בשלושה ארגזים: ‪3 × 24 = 72‬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בכל אוטובוס 45 נוסעים. בשני אוטובוסים: ‪2 × 45 = 90‬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בכל מדף 16 ספרים. בארבעה מדפים: ‪4 × 16 = 64‬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