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חילוק בתחום המאה עם שארית וסימני התחלקות ב-2, 5 ו-10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חילוק עם שארית וסימני התחלקות ב-2, 5 ו-10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חילוק עם שארית</w:t>
      </w:r>
    </w:p>
    <w:p>
      <w:pPr>
        <w:bidi/>
        <w:spacing w:before="0" w:after="40"/>
        <w:jc w:val="both"/>
      </w:pPr>
      <w:r>
        <w:rPr>
          <w:rtl/>
        </w:rPr>
        <w:t>מחפשים בלוח הכפל את המכפלה הגדולה ביותר שאינה גדולה מהמחולק. מה שנשאר הוא השארית.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‪38 : 6 = 6‬ (שארית ‪2) · 6 × 6 = 36‬, ‪38 − 36 = 2‬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שני כללים חשובים</w:t>
      </w:r>
    </w:p>
    <w:p>
      <w:pPr>
        <w:bidi/>
        <w:spacing w:before="0" w:after="20"/>
        <w:jc w:val="both"/>
      </w:pPr>
      <w:r>
        <w:rPr>
          <w:rtl/>
        </w:rPr>
        <w:t>1. השארית תמיד קטנה מהמחלק.</w:t>
      </w:r>
    </w:p>
    <w:p>
      <w:pPr>
        <w:bidi/>
        <w:spacing w:before="0" w:after="20"/>
        <w:jc w:val="both"/>
      </w:pPr>
      <w:r>
        <w:rPr>
          <w:rtl/>
        </w:rPr>
        <w:t>2. בדיקה: מנה × מחלק + שארית = מחולק.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סימני התחלקות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אם ספרת האחדות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0, 2, 4, 6, 8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 או 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השארית תמיד קטנה מהמחלק. בודקים: מנה × מחלק + שארית = 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‪47 : 9 = ___‬</w:t>
      </w:r>
    </w:p>
    <w:p>
      <w:pPr>
        <w:bidi/>
        <w:spacing w:before="0" w:after="20"/>
        <w:jc w:val="both"/>
      </w:pPr>
      <w:r>
        <w:rPr>
          <w:rtl/>
        </w:rPr>
        <w:t>1. בעמודת ה-‪9: 5 × 9 = 45‬, ו-‪6 × 9 = 54‬ גדול מדי.</w:t>
      </w:r>
    </w:p>
    <w:p>
      <w:pPr>
        <w:bidi/>
        <w:spacing w:before="0" w:after="20"/>
        <w:jc w:val="both"/>
      </w:pPr>
      <w:r>
        <w:rPr>
          <w:rtl/>
        </w:rPr>
        <w:t>2. המנה 5, השארית ‪47 − 45 = 2‬.</w:t>
      </w:r>
    </w:p>
    <w:p>
      <w:pPr>
        <w:bidi/>
        <w:spacing w:before="0" w:after="20"/>
        <w:jc w:val="both"/>
      </w:pPr>
      <w:r>
        <w:rPr>
          <w:rtl/>
        </w:rPr>
        <w:t>3. בדיקה: ‪5 × 9 + 2 = 47‬.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 (שארית 2)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‪23 : 4 = 5‬ (שארית __________)</w:t>
      </w:r>
    </w:p>
    <w:p>
      <w:pPr>
        <w:bidi/>
        <w:spacing w:before="0" w:after="60"/>
        <w:jc w:val="both"/>
      </w:pPr>
      <w:r>
        <w:rPr>
          <w:rtl/>
        </w:rPr>
        <w:t>ב. ‪50 : 7 = __________‬ (שארית 1)</w:t>
      </w:r>
    </w:p>
    <w:p>
      <w:pPr>
        <w:bidi/>
        <w:spacing w:before="0" w:after="60"/>
        <w:jc w:val="both"/>
      </w:pPr>
      <w:r>
        <w:rPr>
          <w:rtl/>
        </w:rPr>
        <w:t>ג. האם 65 מתחלק ב-2? __________</w:t>
      </w:r>
    </w:p>
    <w:p>
      <w:pPr>
        <w:bidi/>
        <w:spacing w:before="0" w:after="60"/>
        <w:jc w:val="both"/>
      </w:pPr>
      <w:r>
        <w:rPr>
          <w:rtl/>
        </w:rPr>
        <w:t>ד. האם 90 מתחלק ב-10?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3 · ב. 7 · ג. לא · ד. כן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