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חילוק בתחום המאה עם שארית וסימני התחלקות ב-2, 5 ו-10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שלב 1: מחפשים בלוח הכפל את המכפלה הגדולה ביותר של המחלק שאינה גדולה מהמחולק. למשל ב-‪38 : 5‬ זו 35, כי ‪7 × 5 = 35‬.</w:t>
      </w:r>
    </w:p>
    <w:p>
      <w:pPr>
        <w:bidi/>
        <w:spacing w:before="0" w:after="20"/>
        <w:jc w:val="both"/>
      </w:pPr>
      <w:r>
        <w:rPr>
          <w:rtl/>
        </w:rPr>
        <w:t>2. שלב 2: המנה היא 7. מחשבים את השארית: ‪38 − 35 = 3‬.</w:t>
      </w:r>
    </w:p>
    <w:p>
      <w:pPr>
        <w:bidi/>
        <w:spacing w:before="0" w:after="20"/>
        <w:jc w:val="both"/>
      </w:pPr>
      <w:r>
        <w:rPr>
          <w:rtl/>
        </w:rPr>
        <w:t>3. שלב 3: בודקים שהשארית קטנה מהמחלק (3 קטן מ-5), וכותבים: ‪38 : 5 = 7‬ (שארית 3).</w:t>
      </w:r>
    </w:p>
    <w:p>
      <w:pPr>
        <w:bidi/>
        <w:spacing w:before="0" w:after="20"/>
        <w:jc w:val="both"/>
      </w:pPr>
      <w:r>
        <w:rPr>
          <w:rtl/>
        </w:rPr>
        <w:t>4. שלב 4: סימני התחלקות: ב-2 – ספרת האחדות זוגית; ב-5 – ספרת האחדות 0 או 5; ב-10 – ספרת האחדות 0.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חשבו ‪47 : 6‬</w:t>
      </w:r>
    </w:p>
    <w:p>
      <w:pPr>
        <w:bidi/>
        <w:spacing w:before="0" w:after="20"/>
        <w:jc w:val="both"/>
      </w:pPr>
      <w:r>
        <w:rPr>
          <w:rtl/>
        </w:rPr>
        <w:t>1. המכפלה הגדולה ביותר של 6 שאינה גדולה מ-47 היא 42, כי ‪7 × 6 = 42‬</w:t>
      </w:r>
    </w:p>
    <w:p>
      <w:pPr>
        <w:bidi/>
        <w:spacing w:before="0" w:after="20"/>
        <w:jc w:val="both"/>
      </w:pPr>
      <w:r>
        <w:rPr>
          <w:rtl/>
        </w:rPr>
        <w:t>2. המנה היא 7. השארית: ‪47 − 42 = 5‬</w:t>
      </w:r>
    </w:p>
    <w:p>
      <w:pPr>
        <w:bidi/>
        <w:spacing w:before="0" w:after="20"/>
        <w:jc w:val="both"/>
      </w:pPr>
      <w:r>
        <w:rPr>
          <w:rtl/>
        </w:rPr>
        <w:t>3. השארית 5 קטנה מהמחלק 6, ולכן החישוב נכון.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‪47 : 6 = 7‬ (שארית 5)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חלקו ומלאו את המנה ואת השארית.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‪13 : 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‪19 : 3‬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‪22 : 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‪30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‪45 : 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‪58 : 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השארית.</w:t>
      </w:r>
    </w:p>
    <w:p>
      <w:pPr>
        <w:bidi/>
        <w:spacing w:before="0" w:after="60"/>
        <w:jc w:val="both"/>
      </w:pPr>
      <w:r>
        <w:rPr>
          <w:rtl/>
        </w:rPr>
        <w:t>א. ‪11 : 3 = 3‬ (שארית __________)</w:t>
      </w:r>
    </w:p>
    <w:p>
      <w:pPr>
        <w:bidi/>
        <w:spacing w:before="0" w:after="60"/>
        <w:jc w:val="both"/>
      </w:pPr>
      <w:r>
        <w:rPr>
          <w:rtl/>
        </w:rPr>
        <w:t>ב. ‪26 : 4 = 6‬ (שארית __________)</w:t>
      </w:r>
    </w:p>
    <w:p>
      <w:pPr>
        <w:bidi/>
        <w:spacing w:before="0" w:after="60"/>
        <w:jc w:val="both"/>
      </w:pPr>
      <w:r>
        <w:rPr>
          <w:rtl/>
        </w:rPr>
        <w:t>ג. ‪34 : 6 = 5‬ (שארית __________)</w:t>
      </w:r>
    </w:p>
    <w:p>
      <w:pPr>
        <w:bidi/>
        <w:spacing w:before="0" w:after="60"/>
        <w:jc w:val="both"/>
      </w:pPr>
      <w:r>
        <w:rPr>
          <w:rtl/>
        </w:rPr>
        <w:t>ד. ‪47 : 8 = 5‬ (שארית __________)</w:t>
      </w:r>
    </w:p>
    <w:p>
      <w:pPr>
        <w:bidi/>
        <w:spacing w:before="0" w:after="60"/>
        <w:jc w:val="both"/>
      </w:pPr>
      <w:r>
        <w:rPr>
          <w:rtl/>
        </w:rPr>
        <w:t>ה. ‪69 : 10 = 6‬ (שארית __________)</w:t>
      </w:r>
    </w:p>
    <w:p>
      <w:pPr>
        <w:bidi/>
        <w:spacing w:before="0" w:after="60"/>
        <w:jc w:val="both"/>
      </w:pPr>
      <w:r>
        <w:rPr>
          <w:rtl/>
        </w:rPr>
        <w:t>ו. ‪80 : 9 = 8‬ (שארית __________)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המנה.</w:t>
      </w:r>
    </w:p>
    <w:p>
      <w:pPr>
        <w:bidi/>
        <w:spacing w:before="0" w:after="60"/>
        <w:jc w:val="both"/>
      </w:pPr>
      <w:r>
        <w:rPr>
          <w:rtl/>
        </w:rPr>
        <w:t>א. ‪25 : 3 = __________‬ (שארית 1)</w:t>
      </w:r>
    </w:p>
    <w:p>
      <w:pPr>
        <w:bidi/>
        <w:spacing w:before="0" w:after="60"/>
        <w:jc w:val="both"/>
      </w:pPr>
      <w:r>
        <w:rPr>
          <w:rtl/>
        </w:rPr>
        <w:t>ב. ‪39 : 5 = __________‬ (שארית 4)</w:t>
      </w:r>
    </w:p>
    <w:p>
      <w:pPr>
        <w:bidi/>
        <w:spacing w:before="0" w:after="60"/>
        <w:jc w:val="both"/>
      </w:pPr>
      <w:r>
        <w:rPr>
          <w:rtl/>
        </w:rPr>
        <w:t>ג. ‪52 : 8 = __________‬ (שארית 4)</w:t>
      </w:r>
    </w:p>
    <w:p>
      <w:pPr>
        <w:bidi/>
        <w:spacing w:before="0" w:after="60"/>
        <w:jc w:val="both"/>
      </w:pPr>
      <w:r>
        <w:rPr>
          <w:rtl/>
        </w:rPr>
        <w:t>ד. ‪60 : 7 = __________‬ (שארית 4)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‪29 : 6‬ =</w:t>
      </w:r>
    </w:p>
    <w:p>
      <w:pPr>
        <w:bidi/>
        <w:spacing w:before="0" w:after="80"/>
        <w:jc w:val="both"/>
      </w:pPr>
      <w:r>
        <w:rPr>
          <w:rtl/>
        </w:rPr>
        <w:t xml:space="preserve">   ○ 4 (שארית 5)      ○ 5 (שארית 1)      ○ 4 (שארית 3)</w:t>
      </w:r>
    </w:p>
    <w:p>
      <w:pPr>
        <w:bidi/>
        <w:spacing w:before="0" w:after="20"/>
        <w:jc w:val="both"/>
      </w:pPr>
      <w:r>
        <w:rPr>
          <w:rtl/>
        </w:rPr>
        <w:t>ב. איזו שארית אפשרית בחילוק ב-4?</w:t>
      </w:r>
    </w:p>
    <w:p>
      <w:pPr>
        <w:bidi/>
        <w:spacing w:before="0" w:after="80"/>
        <w:jc w:val="both"/>
      </w:pPr>
      <w:r>
        <w:rPr>
          <w:rtl/>
        </w:rPr>
        <w:t xml:space="preserve">   ○ 4      ○ 5      ○ 3</w:t>
      </w:r>
    </w:p>
    <w:p>
      <w:pPr>
        <w:bidi/>
        <w:spacing w:before="0" w:after="20"/>
        <w:jc w:val="both"/>
      </w:pPr>
      <w:r>
        <w:rPr>
          <w:rtl/>
        </w:rPr>
        <w:t>ג. איזה מספר מתחלק ב-5?</w:t>
      </w:r>
    </w:p>
    <w:p>
      <w:pPr>
        <w:bidi/>
        <w:spacing w:before="0" w:after="80"/>
        <w:jc w:val="both"/>
      </w:pPr>
      <w:r>
        <w:rPr>
          <w:rtl/>
        </w:rPr>
        <w:t xml:space="preserve">   ○ 53      ○ 75      ○ 58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מיינו את המספרים: מתחלק ב-2 או לא מתחלק ב-2?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36  |  47  |  50  |  63  |  88  |  91  |  14  |  79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ב-2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מתחלק ב-2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סמנו ✓ אם המספר מתחלק, ו-✗ אם לא.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ב-2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ב-5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ב-10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‪27 : 5 = 5‬ (שארית 2)      נכון / לא נכון</w:t>
      </w:r>
    </w:p>
    <w:p>
      <w:pPr>
        <w:bidi/>
        <w:spacing w:before="0" w:after="60"/>
        <w:jc w:val="both"/>
      </w:pPr>
      <w:r>
        <w:rPr>
          <w:rtl/>
        </w:rPr>
        <w:t>ב. ‪32 : 6 = 4‬ (שארית 8)      נכון / לא נכון</w:t>
      </w:r>
    </w:p>
    <w:p>
      <w:pPr>
        <w:bidi/>
        <w:spacing w:before="0" w:after="60"/>
        <w:jc w:val="both"/>
      </w:pPr>
      <w:r>
        <w:rPr>
          <w:rtl/>
        </w:rPr>
        <w:t>ג. כל מספר שמתחלק ב-10 מתחלק גם ב-5.      נכון / לא נכון</w:t>
      </w:r>
    </w:p>
    <w:p>
      <w:pPr>
        <w:bidi/>
        <w:spacing w:before="0" w:after="60"/>
        <w:jc w:val="both"/>
      </w:pPr>
      <w:r>
        <w:rPr>
          <w:rtl/>
        </w:rPr>
        <w:t>ד. כל מספר שמתחלק ב-5 מתחלק גם ב-10.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התאימו לכל תרגיל את התשובה.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‪17 :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5 (שארית 1)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‪23 :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5 (שארית 3)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‪41 :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5 (שארית 2)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‪30 : 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8 (שארית 2)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‪50 :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 (שארית 2)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פתרו וכתבו תרגיל בדיקה: ‪74 : 8‬   |   ‪93 : 9‬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הסבירו איך חישבתם: איך מוצאים את המנה ואת השארית בתרגיל ‪44 : 6‬?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אתגר: מצאו מספר בין 40 ל-50 שבחילוק ב-5 נותן שארית 3, ובחילוק ב-2 נותן שארית 0.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Gisha" w:hAnsi="Gisha" w:cs="Gisha"/>
          <w:b/>
          <w:bCs/>
          <w:color w:val="6D28D9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לנועם יש 19 קלפים. הוא מחלק אותם שווה בשווה בין 2 חברים. כמה קלפים יקבל כל חבר, וכמה יישארו לנועם?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בלול היו 35 ביצים. אורזים אותן בתבניות של 10 ביצים. כמה תבניות מלאות יהיו, וכמה ביצים יישארו?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בכיתה יש 29 תלמידים. המורה מחלק אותם לקבוצות של 4. כמה קבוצות שלמות יהיו, וכמה תלמידים יישארו?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דניאל רוצה לחלק 45 גולות שווה בשווה בין 5 חברים, בלי שארית. האם זה אפשרי? כמה גולות יקבל כל חבר?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54 תלמידים יוצאים לשיט, ובכל סירה יש 8 מקומות. כמה סירות צריך כדי שכל התלמידים ישוטו?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אורי קנה 3 חבילות ובכל אחת 9 מדבקות, והוסיף 4 מדבקות שהיו לו. הוא מחלק את כל המדבקות שווה בשווה בין 5 חברים. כמה מדבקות יקבל כל חבר, וכמה יישארו לאורי?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18. פתרו. גזרו את כרטיסי התרגילים, והדביקו כל תרגיל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יש שארית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אין שארית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19. מתחו קו מכל תרגיל אל התשובה שלו.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‪17 : 5‬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4 שארית 3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‪23 : 4‬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9 שארית 2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‪29 : 3‬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3 שארית 2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‪50 : 7‬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ד. 7 שארית 1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5. ‪35 : 8‬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ה. 5 שארית 3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חילוק בתחום המאה עם שארית וסימני התחלקות ב-2, 5 ו-10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6, משימה 18.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‪20 : 4‬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‪42 : 7‬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‪29 : 3‬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‪36 : 6‬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‪23 : 4‬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‪17 : 5‬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דף עבודה – תשובות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0F7A4F"/>
          <w:sz w:val="36"/>
          <w:szCs w:val="36"/>
          <w:rtl/>
        </w:rPr>
        <w:t>תשובות – חילוק בתחום המאה עם שארית וסימני התחלקות ב-2, 5 ו-10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חלקו ומלאו את המנה ואת השארית.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‪13 : 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‪19 : 3‬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‪22 : 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‪30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‪45 : 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‪58 : 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השארית.</w:t>
      </w:r>
    </w:p>
    <w:p>
      <w:pPr>
        <w:bidi/>
        <w:spacing w:before="0" w:after="40"/>
        <w:jc w:val="both"/>
      </w:pPr>
      <w:r>
        <w:rPr>
          <w:rtl/>
        </w:rPr>
        <w:t>א. ‪11 : 3 = 3‬ (שארית 2)</w:t>
      </w:r>
    </w:p>
    <w:p>
      <w:pPr>
        <w:bidi/>
        <w:spacing w:before="0" w:after="40"/>
        <w:jc w:val="both"/>
      </w:pPr>
      <w:r>
        <w:rPr>
          <w:rtl/>
        </w:rPr>
        <w:t>ב. ‪26 : 4 = 6‬ (שארית 2)</w:t>
      </w:r>
    </w:p>
    <w:p>
      <w:pPr>
        <w:bidi/>
        <w:spacing w:before="0" w:after="40"/>
        <w:jc w:val="both"/>
      </w:pPr>
      <w:r>
        <w:rPr>
          <w:rtl/>
        </w:rPr>
        <w:t>ג. ‪34 : 6 = 5‬ (שארית 4)</w:t>
      </w:r>
    </w:p>
    <w:p>
      <w:pPr>
        <w:bidi/>
        <w:spacing w:before="0" w:after="40"/>
        <w:jc w:val="both"/>
      </w:pPr>
      <w:r>
        <w:rPr>
          <w:rtl/>
        </w:rPr>
        <w:t>ד. ‪47 : 8 = 5‬ (שארית 7)</w:t>
      </w:r>
    </w:p>
    <w:p>
      <w:pPr>
        <w:bidi/>
        <w:spacing w:before="0" w:after="40"/>
        <w:jc w:val="both"/>
      </w:pPr>
      <w:r>
        <w:rPr>
          <w:rtl/>
        </w:rPr>
        <w:t>ה. ‪69 : 10 = 6‬ (שארית 9)</w:t>
      </w:r>
    </w:p>
    <w:p>
      <w:pPr>
        <w:bidi/>
        <w:spacing w:before="0" w:after="40"/>
        <w:jc w:val="both"/>
      </w:pPr>
      <w:r>
        <w:rPr>
          <w:rtl/>
        </w:rPr>
        <w:t>ו. ‪80 : 9 = 8‬ (שארית 8)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המנה.</w:t>
      </w:r>
    </w:p>
    <w:p>
      <w:pPr>
        <w:bidi/>
        <w:spacing w:before="0" w:after="40"/>
        <w:jc w:val="both"/>
      </w:pPr>
      <w:r>
        <w:rPr>
          <w:rtl/>
        </w:rPr>
        <w:t>א. ‪25 : 3 = 8‬ (שארית 1)</w:t>
      </w:r>
    </w:p>
    <w:p>
      <w:pPr>
        <w:bidi/>
        <w:spacing w:before="0" w:after="40"/>
        <w:jc w:val="both"/>
      </w:pPr>
      <w:r>
        <w:rPr>
          <w:rtl/>
        </w:rPr>
        <w:t>ב. ‪39 : 5 = 7‬ (שארית 4)</w:t>
      </w:r>
    </w:p>
    <w:p>
      <w:pPr>
        <w:bidi/>
        <w:spacing w:before="0" w:after="40"/>
        <w:jc w:val="both"/>
      </w:pPr>
      <w:r>
        <w:rPr>
          <w:rtl/>
        </w:rPr>
        <w:t>ג. ‪52 : 8 = 6‬ (שארית 4)</w:t>
      </w:r>
    </w:p>
    <w:p>
      <w:pPr>
        <w:bidi/>
        <w:spacing w:before="0" w:after="40"/>
        <w:jc w:val="both"/>
      </w:pPr>
      <w:r>
        <w:rPr>
          <w:rtl/>
        </w:rPr>
        <w:t>ד. ‪60 : 7 = 8‬ (שארית 4)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‪29 : 6‬ =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4 (שארית 5)</w:t>
      </w:r>
    </w:p>
    <w:p>
      <w:pPr>
        <w:bidi/>
        <w:spacing w:before="0" w:after="20"/>
        <w:jc w:val="both"/>
      </w:pPr>
      <w:r>
        <w:rPr>
          <w:rtl/>
        </w:rPr>
        <w:t>ב. איזו שארית אפשרית בחילוק ב-4?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3</w:t>
      </w:r>
    </w:p>
    <w:p>
      <w:pPr>
        <w:bidi/>
        <w:spacing w:before="0" w:after="20"/>
        <w:jc w:val="both"/>
      </w:pPr>
      <w:r>
        <w:rPr>
          <w:rtl/>
        </w:rPr>
        <w:t>ג. איזה מספר מתחלק ב-5?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75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מיינו את המספרים: מתחלק ב-2 או לא מתחלק ב-2?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ב-2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מתחלק ב-2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36, 50, 88, 14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47, 63, 91, 79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סמנו ✓ אם המספר מתחלק, ו-✗ אם לא.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ב-2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ב-5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ב-10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✓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✓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✓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✗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✓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✗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✓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✗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✗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✓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✓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✓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✗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✗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✗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‪27 : 5 = 5‬ (שארית 2) – נכון</w:t>
      </w:r>
    </w:p>
    <w:p>
      <w:pPr>
        <w:bidi/>
        <w:spacing w:before="0" w:after="40"/>
        <w:jc w:val="both"/>
      </w:pPr>
      <w:r>
        <w:rPr>
          <w:rtl/>
        </w:rPr>
        <w:t>ב. ‪32 : 6 = 4‬ (שארית 8) – לא נכון – השארית גדולה מהמחלק. נכון: ‪32 : 6 = 5‬ (שארית 2)</w:t>
      </w:r>
    </w:p>
    <w:p>
      <w:pPr>
        <w:bidi/>
        <w:spacing w:before="0" w:after="40"/>
        <w:jc w:val="both"/>
      </w:pPr>
      <w:r>
        <w:rPr>
          <w:rtl/>
        </w:rPr>
        <w:t>ג. כל מספר שמתחלק ב-10 מתחלק גם ב-5. – נכון</w:t>
      </w:r>
    </w:p>
    <w:p>
      <w:pPr>
        <w:bidi/>
        <w:spacing w:before="0" w:after="40"/>
        <w:jc w:val="both"/>
      </w:pPr>
      <w:r>
        <w:rPr>
          <w:rtl/>
        </w:rPr>
        <w:t>ד. כל מספר שמתחלק ב-5 מתחלק גם ב-10. – לא נכון – למשל 15 מתחלק ב-5 ולא ב-10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התאימו לכל תרגיל את התשובה.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‪17 :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5 (שארית 1)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‪23 :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5 (שארית 3)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‪41 :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5 (שארית 2)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‪30 : 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8 (שארית 2)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‪50 :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4 (שארית 2)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פתרו וכתבו תרגיל בדיקה: ‪74 : 8‬   |   ‪93 : 9‬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‪74 : 8 = 9‬ (שארית 2); בדיקה: ‪9 × 8 + 2 = 74‬. ‪93 : 9 = 10‬ (שארית 3); בדיקה: ‪10 × 9 + 3 = 93‬.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הסבירו איך חישבתם: איך מוצאים את המנה ואת השארית בתרגיל ‪44 : 6‬?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מחפשים בעמודת ה-6 את המכפלה הגדולה ביותר שאינה גדולה מ-‪44: 7 × 6 = 42‬. המנה 7, והשארית ‪44 − 42 = 2‬.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אתגר: מצאו מספר בין 40 ל-50 שבחילוק ב-5 נותן שארית 3, ובחילוק ב-2 נותן שארית 0.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‪48: 48 : 5 = 9‬ (שארית 3), ו-48 זוגי. (43 נותן שארית 3 אבל הוא אי-זוגי.)</w:t>
      </w:r>
    </w:p>
    <w:p>
      <w:pPr>
        <w:bidi/>
        <w:spacing w:before="240" w:after="40"/>
        <w:jc w:val="both"/>
      </w:pPr>
      <w:r>
        <w:rPr>
          <w:rFonts w:ascii="Gisha" w:hAnsi="Gisha" w:cs="Gisha"/>
          <w:b/>
          <w:bCs/>
          <w:color w:val="6D28D9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לנועם יש 19 קלפים. הוא מחלק אותם שווה בשווה בין 2 חברים. כמה קלפים יקבל כל חבר, וכמה יישארו לנועם?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 × 2 = 18‬ ; ‪19 − 18 = 1‬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חבר יקבל 9 קלפים, ויישאר 1 קלף.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בלול היו 35 ביצים. אורזים אותן בתבניות של 10 ביצים. כמה תבניות מלאות יהיו, וכמה ביצים יישארו?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10 = 30‬ ; ‪35 − 30 = 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יהיו 3 תבניות מלאות, ויישארו 5 ביצים.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בכיתה יש 29 תלמידים. המורה מחלק אותם לקבוצות של 4. כמה קבוצות שלמות יהיו, וכמה תלמידים יישארו?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 × 4 = 28‬ ; ‪29 − 28 = 1‬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יהיו 7 קבוצות שלמות, ותלמיד 1 יישאר.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דניאל רוצה לחלק 45 גולות שווה בשווה בין 5 חברים, בלי שארית. האם זה אפשרי? כמה גולות יקבל כל חבר?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ספרת האחדות של 45 היא 5, ולכן 45 מתחלק ב-5. ; ‪45 : 5 = 9‬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כן, זה אפשרי. כל חבר יקבל 9 גולות.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54 תלמידים יוצאים לשיט, ובכל סירה יש 8 מקומות. כמה סירות צריך כדי שכל התלמידים ישוטו?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 × 8 = 48‬ ; ‪54 − 48 = 6‬, נשארים 6 תלמידים בלי מקום ; לכן צריך עוד סירה: ‪6 + 1 = 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צריך 7 סירות.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אורי קנה 3 חבילות ובכל אחת 9 מדבקות, והוסיף 4 מדבקות שהיו לו. הוא מחלק את כל המדבקות שווה בשווה בין 5 חברים. כמה מדבקות יקבל כל חבר, וכמה יישארו לאורי?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9 = 27‬ ; ‪27 + 4 = 31‬ ; ‪6 × 5 = 30‬ ; ‪31 − 30 = 1‬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חבר יקבל 6 מדבקות, ולאורי תישאר מדבקה 1.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18. פתרו. גזרו את כרטיסי התרגילים, והדביקו כל תרגיל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יש שארית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אין שארית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‪17 : 5‬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‪23 : 4‬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‪20 : 4‬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‪36 : 6‬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‪29 : 3‬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‪42 : 7‬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19. מתחו קו מכל תרגיל אל התשובה שלו.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‪17 : 5‬  ←  ג. 3 שארית 2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‪23 : 4‬  ←  ה. 5 שארית 3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‪29 : 3‬  ←  ב. 9 שארית 2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‪50 : 7‬  ←  ד. 7 שארית 1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5. ‪35 : 8‬  ←  א. 4 שארית 3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