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ג'   |   דף סיכום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סדר פעולות, סוגריים ובעיות כפל וחילוק דו-שלביות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0F766E"/>
          <w:sz w:val="24"/>
          <w:szCs w:val="24"/>
          <w:rtl/>
        </w:rPr>
        <w:t>דף סיכום: סדר הפעולות, סוגריים ובעיות בשני שלבים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_g3_t07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סדר הפעולות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שלב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מחשבים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דוגמה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סוגריים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‪(2 + 3) × 4 = 5 × 4 = 20‬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כפל וחילוק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‪2 + 3 × 4 = 2 + 12 = 14‬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חיבור וחיסור, לפי הסדר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‪20 − 5 + 3 = 18‬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סוגריים משנים את התוצאה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דוגמה: ‪10 − 2 × 3 = 4 · (10 − 2) × 3 = 24‬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פותרים בעיה דו-שלבית</w:t>
      </w:r>
    </w:p>
    <w:p>
      <w:pPr>
        <w:bidi/>
        <w:spacing w:before="0" w:after="20"/>
        <w:jc w:val="both"/>
      </w:pPr>
      <w:r>
        <w:rPr>
          <w:rtl/>
        </w:rPr>
        <w:t>1. קוראים ושואלים: מה צריך לדעת קודם?</w:t>
      </w:r>
    </w:p>
    <w:p>
      <w:pPr>
        <w:bidi/>
        <w:spacing w:before="0" w:after="20"/>
        <w:jc w:val="both"/>
      </w:pPr>
      <w:r>
        <w:rPr>
          <w:rtl/>
        </w:rPr>
        <w:t>2. שלב 1: מחשבים את מה שחסר.</w:t>
      </w:r>
    </w:p>
    <w:p>
      <w:pPr>
        <w:bidi/>
        <w:spacing w:before="0" w:after="20"/>
        <w:jc w:val="both"/>
      </w:pPr>
      <w:r>
        <w:rPr>
          <w:rtl/>
        </w:rPr>
        <w:t>3. שלב 2: עונים על השאלה וכותבים «תשובה:».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סדר הפעולות: 1. סוגריים. 2. כפל וחילוק. 3. חיבור וחיסור. בבעיה מילולית שואלים: מה צריך לדעת קודם?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3 חבילות, בכל אחת 6 עוגיות, ועוד 4 עוגיות. כמה עוגיות? ___</w:t>
      </w:r>
    </w:p>
    <w:p>
      <w:pPr>
        <w:bidi/>
        <w:spacing w:before="0" w:after="20"/>
        <w:jc w:val="both"/>
      </w:pPr>
      <w:r>
        <w:rPr>
          <w:rtl/>
        </w:rPr>
        <w:t>1. שלב ‪1: 3 × 6 = 18‬ עוגיות בחבילות.</w:t>
      </w:r>
    </w:p>
    <w:p>
      <w:pPr>
        <w:bidi/>
        <w:spacing w:before="0" w:after="20"/>
        <w:jc w:val="both"/>
      </w:pPr>
      <w:r>
        <w:rPr>
          <w:rtl/>
        </w:rPr>
        <w:t>2. שלב ‪2: 18 + 4 = 22‬. בתרגיל אחד: ‪3 × 6 + 4 = 22‬.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22 עוגיות</w:t>
      </w:r>
    </w:p>
    <w:p>
      <w:pPr>
        <w:bidi/>
        <w:spacing w:before="120" w:after="8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בודקים את עצמנו – חשבו לפי סדר הפעולות:</w:t>
      </w:r>
    </w:p>
    <w:p>
      <w:pPr>
        <w:bidi/>
        <w:spacing w:before="0" w:after="60"/>
        <w:jc w:val="both"/>
      </w:pPr>
      <w:r>
        <w:rPr>
          <w:rtl/>
        </w:rPr>
        <w:t>א. ‪4 + 2 × 5 = __________‬</w:t>
      </w:r>
    </w:p>
    <w:p>
      <w:pPr>
        <w:bidi/>
        <w:spacing w:before="0" w:after="60"/>
        <w:jc w:val="both"/>
      </w:pPr>
      <w:r>
        <w:rPr>
          <w:rtl/>
        </w:rPr>
        <w:t>ב. ‪(4 + 2) × 5 = __________‬</w:t>
      </w:r>
    </w:p>
    <w:p>
      <w:pPr>
        <w:bidi/>
        <w:spacing w:before="0" w:after="60"/>
        <w:jc w:val="both"/>
      </w:pPr>
      <w:r>
        <w:rPr>
          <w:rtl/>
        </w:rPr>
        <w:t>ג. ‪30 − 18 : 6 = __________‬</w:t>
      </w:r>
    </w:p>
    <w:p>
      <w:pPr>
        <w:bidi/>
        <w:spacing w:before="0" w:after="60"/>
        <w:jc w:val="both"/>
      </w:pPr>
      <w:r>
        <w:rPr>
          <w:rtl/>
        </w:rPr>
        <w:t>ד. ‪(30 − 18) : 6 = __________‬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14 · ב. 30 · ג. 27 · ד. 2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