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סדר פעולות, סוגריים ובעיות כפל וחילוק דו-שלביות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קוראים את כל הבעיה ומחליטים מה מחשבים קודם.</w:t>
      </w:r>
    </w:p>
    <w:p>
      <w:pPr>
        <w:bidi/>
        <w:spacing w:before="0" w:after="20"/>
        <w:jc w:val="both"/>
      </w:pPr>
      <w:r>
        <w:rPr>
          <w:rtl/>
        </w:rPr>
        <w:t>2. שלב 2: כותבים תרגיל אחד. חיבור או חיסור שצריך לחשב קודם – שמים בסוגריים, למשל ‪(8 + 4) × 3‬.</w:t>
      </w:r>
    </w:p>
    <w:p>
      <w:pPr>
        <w:bidi/>
        <w:spacing w:before="0" w:after="20"/>
        <w:jc w:val="both"/>
      </w:pPr>
      <w:r>
        <w:rPr>
          <w:rtl/>
        </w:rPr>
        <w:t>3. שלב 3: סדר פעולות: קודם סוגריים, אחר כך כפל וחילוק, ובסוף חיבור וחיסור. למשל: ‪5 + 2 × 4 = 5 + 8 = 13‬.</w:t>
      </w:r>
    </w:p>
    <w:p>
      <w:pPr>
        <w:bidi/>
        <w:spacing w:before="0" w:after="20"/>
        <w:jc w:val="both"/>
      </w:pPr>
      <w:r>
        <w:rPr>
          <w:rtl/>
        </w:rPr>
        <w:t>4. שלב 4: כותבים תשובה במשפט ובודקים שהיא הגיונית.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אורי קנה 3 מחברות ב-8 ₪ כל אחת, ועוד עט ב-5 ₪. כמה שילם?</w:t>
      </w:r>
    </w:p>
    <w:p>
      <w:pPr>
        <w:bidi/>
        <w:spacing w:before="0" w:after="20"/>
        <w:jc w:val="both"/>
      </w:pPr>
      <w:r>
        <w:rPr>
          <w:rtl/>
        </w:rPr>
        <w:t>1. תרגיל אחד: ‪5 + 3 × 8‬</w:t>
      </w:r>
    </w:p>
    <w:p>
      <w:pPr>
        <w:bidi/>
        <w:spacing w:before="0" w:after="20"/>
        <w:jc w:val="both"/>
      </w:pPr>
      <w:r>
        <w:rPr>
          <w:rtl/>
        </w:rPr>
        <w:t>2. קודם כפל: ‪3 × 8 = 24‬</w:t>
      </w:r>
    </w:p>
    <w:p>
      <w:pPr>
        <w:bidi/>
        <w:spacing w:before="0" w:after="20"/>
        <w:jc w:val="both"/>
      </w:pPr>
      <w:r>
        <w:rPr>
          <w:rtl/>
        </w:rPr>
        <w:t>3. אחר כך חיבור: ‪5 + 24 = 29‬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אורי שילם 29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לפי סדר הפעולות.</w:t>
      </w:r>
    </w:p>
    <w:p>
      <w:pPr>
        <w:bidi/>
        <w:spacing w:before="0" w:after="60"/>
        <w:jc w:val="both"/>
      </w:pPr>
      <w:r>
        <w:rPr>
          <w:rtl/>
        </w:rPr>
        <w:t>א. ‪2 + 3 × 4 = __________‬</w:t>
      </w:r>
    </w:p>
    <w:p>
      <w:pPr>
        <w:bidi/>
        <w:spacing w:before="0" w:after="60"/>
        <w:jc w:val="both"/>
      </w:pPr>
      <w:r>
        <w:rPr>
          <w:rtl/>
        </w:rPr>
        <w:t>ב. ‪10 − 2 × 3 = __________‬</w:t>
      </w:r>
    </w:p>
    <w:p>
      <w:pPr>
        <w:bidi/>
        <w:spacing w:before="0" w:after="60"/>
        <w:jc w:val="both"/>
      </w:pPr>
      <w:r>
        <w:rPr>
          <w:rtl/>
        </w:rPr>
        <w:t>ג. ‪6 × 2 + 5 = __________‬</w:t>
      </w:r>
    </w:p>
    <w:p>
      <w:pPr>
        <w:bidi/>
        <w:spacing w:before="0" w:after="60"/>
        <w:jc w:val="both"/>
      </w:pPr>
      <w:r>
        <w:rPr>
          <w:rtl/>
        </w:rPr>
        <w:t>ד. ‪18 : 3 + 4 = __________‬</w:t>
      </w:r>
    </w:p>
    <w:p>
      <w:pPr>
        <w:bidi/>
        <w:spacing w:before="0" w:after="60"/>
        <w:jc w:val="both"/>
      </w:pPr>
      <w:r>
        <w:rPr>
          <w:rtl/>
        </w:rPr>
        <w:t>ה. ‪20 − 15 : 5 = __________‬</w:t>
      </w:r>
    </w:p>
    <w:p>
      <w:pPr>
        <w:bidi/>
        <w:spacing w:before="0" w:after="60"/>
        <w:jc w:val="both"/>
      </w:pPr>
      <w:r>
        <w:rPr>
          <w:rtl/>
        </w:rPr>
        <w:t>ו. ‪7 + 8 : 2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 קודם את הסוגריים.</w:t>
      </w:r>
    </w:p>
    <w:p>
      <w:pPr>
        <w:bidi/>
        <w:spacing w:before="0" w:after="60"/>
        <w:jc w:val="both"/>
      </w:pPr>
      <w:r>
        <w:rPr>
          <w:rtl/>
        </w:rPr>
        <w:t>א. ‪(2 + 3) × 4 = __________‬</w:t>
      </w:r>
    </w:p>
    <w:p>
      <w:pPr>
        <w:bidi/>
        <w:spacing w:before="0" w:after="60"/>
        <w:jc w:val="both"/>
      </w:pPr>
      <w:r>
        <w:rPr>
          <w:rtl/>
        </w:rPr>
        <w:t>ב. ‪(10 − 2) × 3 = __________‬</w:t>
      </w:r>
    </w:p>
    <w:p>
      <w:pPr>
        <w:bidi/>
        <w:spacing w:before="0" w:after="60"/>
        <w:jc w:val="both"/>
      </w:pPr>
      <w:r>
        <w:rPr>
          <w:rtl/>
        </w:rPr>
        <w:t>ג. ‪6 × (2 + 5) = __________‬</w:t>
      </w:r>
    </w:p>
    <w:p>
      <w:pPr>
        <w:bidi/>
        <w:spacing w:before="0" w:after="60"/>
        <w:jc w:val="both"/>
      </w:pPr>
      <w:r>
        <w:rPr>
          <w:rtl/>
        </w:rPr>
        <w:t>ד. ‪(18 + 6) : 3 = __________‬</w:t>
      </w:r>
    </w:p>
    <w:p>
      <w:pPr>
        <w:bidi/>
        <w:spacing w:before="0" w:after="60"/>
        <w:jc w:val="both"/>
      </w:pPr>
      <w:r>
        <w:rPr>
          <w:rtl/>
        </w:rPr>
        <w:t>ה. ‪(20 − 15) × 5 = __________‬</w:t>
      </w:r>
    </w:p>
    <w:p>
      <w:pPr>
        <w:bidi/>
        <w:spacing w:before="0" w:after="60"/>
        <w:jc w:val="both"/>
      </w:pPr>
      <w:r>
        <w:rPr>
          <w:rtl/>
        </w:rPr>
        <w:t>ו. ‪(7 + 8) : 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השוו: עם סוגריים ובלי סוגריים.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בלי סוגריים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עם סוגריים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+ 5 × 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‪(3 + 5) × 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‪9 − 3 × 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‪(9 − 3) × 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‪12 + 8 : 4‬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‪(12 + 8) : 4‬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5 + 5‬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(5 + 5)‬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איזו פעולה מחשבים ראשונה?</w:t>
      </w:r>
    </w:p>
    <w:p>
      <w:pPr>
        <w:bidi/>
        <w:spacing w:before="0" w:after="20"/>
        <w:jc w:val="both"/>
      </w:pPr>
      <w:r>
        <w:rPr>
          <w:rtl/>
        </w:rPr>
        <w:t>א. ‪8 + 4 × 2‬</w:t>
      </w:r>
    </w:p>
    <w:p>
      <w:pPr>
        <w:bidi/>
        <w:spacing w:before="0" w:after="80"/>
        <w:jc w:val="both"/>
      </w:pPr>
      <w:r>
        <w:rPr>
          <w:rtl/>
        </w:rPr>
        <w:t xml:space="preserve">   ○ ‪8 + 4‬      ○ ‪4 × 2‬</w:t>
      </w:r>
    </w:p>
    <w:p>
      <w:pPr>
        <w:bidi/>
        <w:spacing w:before="0" w:after="20"/>
        <w:jc w:val="both"/>
      </w:pPr>
      <w:r>
        <w:rPr>
          <w:rtl/>
        </w:rPr>
        <w:t>ב. ‪(8 + 4) × 2‬</w:t>
      </w:r>
    </w:p>
    <w:p>
      <w:pPr>
        <w:bidi/>
        <w:spacing w:before="0" w:after="80"/>
        <w:jc w:val="both"/>
      </w:pPr>
      <w:r>
        <w:rPr>
          <w:rtl/>
        </w:rPr>
        <w:t xml:space="preserve">   ○ ‪8 + 4‬      ○ ‪4 × 2‬</w:t>
      </w:r>
    </w:p>
    <w:p>
      <w:pPr>
        <w:bidi/>
        <w:spacing w:before="0" w:after="20"/>
        <w:jc w:val="both"/>
      </w:pPr>
      <w:r>
        <w:rPr>
          <w:rtl/>
        </w:rPr>
        <w:t>ג. ‪30 − 10 + 5‬</w:t>
      </w:r>
    </w:p>
    <w:p>
      <w:pPr>
        <w:bidi/>
        <w:spacing w:before="0" w:after="80"/>
        <w:jc w:val="both"/>
      </w:pPr>
      <w:r>
        <w:rPr>
          <w:rtl/>
        </w:rPr>
        <w:t xml:space="preserve">   ○ ‪30 − 10‬      ○ ‪10 + 5‬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‪6 + 4 × 3 = 30‬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‪(6 + 4) × 3 = 30‬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‪40 − 8 × 5 = 0‬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‪16 : 4 + 4 = 2‬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‪5 × 4 − 2‬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‪5 × (4 − 2)‬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‪2 + 6 ×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‪(2 + 6) ×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‪35 : 7 + 2‬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7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חשבו ומיינו את התרגילים לפי התוצאה.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‪2 + 4 × 4‬  |  ‪(2 + 4) × 3‬  |  ‪3 × 5 + 3‬  |  ‪36 : 2‬  |  ‪(10 − 4) × 2‬  |  ‪20 − 2 × 4‬  |  ‪4 + 16 : 2‬  |  ‪48 : (2 + 2)‬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18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הוסיפו סוגריים כדי שהתוצאה תהיה נכונה. כתבו את התרגיל עם הסוגריים.</w:t>
      </w:r>
    </w:p>
    <w:p>
      <w:pPr>
        <w:bidi/>
        <w:spacing w:before="0" w:after="60"/>
        <w:jc w:val="both"/>
      </w:pPr>
      <w:r>
        <w:rPr>
          <w:rtl/>
        </w:rPr>
        <w:t>א. ‪3 + 2 × 6 = 30‬ ← __________</w:t>
      </w:r>
    </w:p>
    <w:p>
      <w:pPr>
        <w:bidi/>
        <w:spacing w:before="0" w:after="60"/>
        <w:jc w:val="both"/>
      </w:pPr>
      <w:r>
        <w:rPr>
          <w:rtl/>
        </w:rPr>
        <w:t>ב. ‪20 − 5 × 2 = 30‬ ← __________</w:t>
      </w:r>
    </w:p>
    <w:p>
      <w:pPr>
        <w:bidi/>
        <w:spacing w:before="0" w:after="60"/>
        <w:jc w:val="both"/>
      </w:pPr>
      <w:r>
        <w:rPr>
          <w:rtl/>
        </w:rPr>
        <w:t>ג. ‪4 × 3 + 7 = 40‬ ←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הסבירו: נועה פתרה ‪10 + 5 × 2 = 30‬. מה הטעות שלה? מה התשובה הנכונה?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במשבצות, שלב אחרי שלב: ‪7 × (12 − 4) + 6‬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השתמשו במספרים 2, 3, 4 (כל אחד פעם אחת), בסימנים × ו-+, ובסוגריים אם צריך, וכתבו תרגיל שהתוצאה שלו 20. מצאו גם תרגיל שהתוצאה שלו 14.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9F1239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לנועה יש 4 שקיות, ובכל שקית 5 אגוזים, ועוד 3 אגוזים בכיס. כמה אגוזים יש לנועה? כתבו תרגיל אחד.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דוד קנה 6 לחמניות במחיר 2 ₪ כל אחת, ושילם בשטר של 20 ₪. כמה עודף קיבל?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לטיול השנתי יצאו 3 קבוצות של 8 תלמידים ו-2 קבוצות של 9 תלמידים. כמה תלמידים יצאו לטיול?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איתי אסף 17 בקבוקים למחזור, ואורי אסף 15 בקבוקים. על כל בקבוק הם מקבלים 2 נקודות. כמה נקודות קיבלו יחד? כתבו תרגיל אחד עם סוגריים.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במכולת קילוגרם תפוחים עולה 9 ₪ וקילוגרם בננות עולה 7 ₪. משה קנה 3 קילוגרם תפוחים ו-4 קילוגרם בננות, ושילם בשטר של 100 ₪. כמה עודף קיבל?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לסעודת השבת הוזמנו 6 בני משפחה ו-4 אורחים. לכל אחד שמו 2 כוסות, ועוד 5 כוסות הניחו בצד. כמה כוסות הוציאו בסך הכול?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18. פתרו לפי סדר הפעולות. גזרו את כרטיסי התוצאות, והדביקו כל תוצאה ליד התרגיל.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 + 3 × 4‬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‪(2 + 3) × 4‬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‪20 − 6 : 2‬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‪(20 − 6) : 2‬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 × 4 − 10‬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19.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סדר פעולות – </w:t>
            </w:r>
            <w:r>
              <w:rPr>
                <w:sz w:val="24"/>
                <w:szCs w:val="24"/>
                <w:rtl/>
              </w:rPr>
              <w:t>קודם כפל וחילוק, ואחר כך חיבור וחיסור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סוגריים – </w:t>
            </w:r>
            <w:r>
              <w:rPr>
                <w:sz w:val="24"/>
                <w:szCs w:val="24"/>
                <w:rtl/>
              </w:rPr>
              <w:t>מה שבתוך הסוגריים פותרים ראשון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בעיה דו-שלבית – </w:t>
            </w:r>
            <w:r>
              <w:rPr>
                <w:sz w:val="24"/>
                <w:szCs w:val="24"/>
                <w:rtl/>
              </w:rPr>
              <w:t>בעיה שפותרים בשני תרגילים זה אחרי זה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כתבו תרגיל עם סוגריים, ופתרו אותו.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סדר פעולות, סוגריים ובעיות כפל וחילוק דו-שלביות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5, משימה 18.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10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17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7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20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14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סדר פעולות, סוגריים ובעיות כפל וחילוק דו-שלביות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לפי סדר הפעולות.</w:t>
      </w:r>
    </w:p>
    <w:p>
      <w:pPr>
        <w:bidi/>
        <w:spacing w:before="0" w:after="40"/>
        <w:jc w:val="both"/>
      </w:pPr>
      <w:r>
        <w:rPr>
          <w:rtl/>
        </w:rPr>
        <w:t>א. ‪2 + 3 × 4 = 14‬</w:t>
      </w:r>
    </w:p>
    <w:p>
      <w:pPr>
        <w:bidi/>
        <w:spacing w:before="0" w:after="40"/>
        <w:jc w:val="both"/>
      </w:pPr>
      <w:r>
        <w:rPr>
          <w:rtl/>
        </w:rPr>
        <w:t>ב. ‪10 − 2 × 3 = 4‬</w:t>
      </w:r>
    </w:p>
    <w:p>
      <w:pPr>
        <w:bidi/>
        <w:spacing w:before="0" w:after="40"/>
        <w:jc w:val="both"/>
      </w:pPr>
      <w:r>
        <w:rPr>
          <w:rtl/>
        </w:rPr>
        <w:t>ג. ‪6 × 2 + 5 = 17‬</w:t>
      </w:r>
    </w:p>
    <w:p>
      <w:pPr>
        <w:bidi/>
        <w:spacing w:before="0" w:after="40"/>
        <w:jc w:val="both"/>
      </w:pPr>
      <w:r>
        <w:rPr>
          <w:rtl/>
        </w:rPr>
        <w:t>ד. ‪18 : 3 + 4 = 10‬</w:t>
      </w:r>
    </w:p>
    <w:p>
      <w:pPr>
        <w:bidi/>
        <w:spacing w:before="0" w:after="40"/>
        <w:jc w:val="both"/>
      </w:pPr>
      <w:r>
        <w:rPr>
          <w:rtl/>
        </w:rPr>
        <w:t>ה. ‪20 − 15 : 5 = 17‬</w:t>
      </w:r>
    </w:p>
    <w:p>
      <w:pPr>
        <w:bidi/>
        <w:spacing w:before="0" w:after="40"/>
        <w:jc w:val="both"/>
      </w:pPr>
      <w:r>
        <w:rPr>
          <w:rtl/>
        </w:rPr>
        <w:t>ו. ‪7 + 8 : 2 = 11‬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 קודם את הסוגריים.</w:t>
      </w:r>
    </w:p>
    <w:p>
      <w:pPr>
        <w:bidi/>
        <w:spacing w:before="0" w:after="40"/>
        <w:jc w:val="both"/>
      </w:pPr>
      <w:r>
        <w:rPr>
          <w:rtl/>
        </w:rPr>
        <w:t>א. ‪(2 + 3) × 4 = 20‬</w:t>
      </w:r>
    </w:p>
    <w:p>
      <w:pPr>
        <w:bidi/>
        <w:spacing w:before="0" w:after="40"/>
        <w:jc w:val="both"/>
      </w:pPr>
      <w:r>
        <w:rPr>
          <w:rtl/>
        </w:rPr>
        <w:t>ב. ‪(10 − 2) × 3 = 24‬</w:t>
      </w:r>
    </w:p>
    <w:p>
      <w:pPr>
        <w:bidi/>
        <w:spacing w:before="0" w:after="40"/>
        <w:jc w:val="both"/>
      </w:pPr>
      <w:r>
        <w:rPr>
          <w:rtl/>
        </w:rPr>
        <w:t>ג. ‪6 × (2 + 5) = 42‬</w:t>
      </w:r>
    </w:p>
    <w:p>
      <w:pPr>
        <w:bidi/>
        <w:spacing w:before="0" w:after="40"/>
        <w:jc w:val="both"/>
      </w:pPr>
      <w:r>
        <w:rPr>
          <w:rtl/>
        </w:rPr>
        <w:t>ד. ‪(18 + 6) : 3 = 8‬</w:t>
      </w:r>
    </w:p>
    <w:p>
      <w:pPr>
        <w:bidi/>
        <w:spacing w:before="0" w:after="40"/>
        <w:jc w:val="both"/>
      </w:pPr>
      <w:r>
        <w:rPr>
          <w:rtl/>
        </w:rPr>
        <w:t>ה. ‪(20 − 15) × 5 = 25‬</w:t>
      </w:r>
    </w:p>
    <w:p>
      <w:pPr>
        <w:bidi/>
        <w:spacing w:before="0" w:after="40"/>
        <w:jc w:val="both"/>
      </w:pPr>
      <w:r>
        <w:rPr>
          <w:rtl/>
        </w:rPr>
        <w:t>ו. ‪(7 + 8) : 5 = 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השוו: עם סוגריים ובלי סוגריים.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בלי סוגריים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עם סוגריים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+ 5 × 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‪(3 + 5) × 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16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‪9 − 3 × 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‪(9 − 3) × 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12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‪12 + 8 : 4‬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‪(12 + 8) : 4‬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5 + 5‬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(5 + 5)‬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איזו פעולה מחשבים ראשונה?</w:t>
      </w:r>
    </w:p>
    <w:p>
      <w:pPr>
        <w:bidi/>
        <w:spacing w:before="0" w:after="20"/>
        <w:jc w:val="both"/>
      </w:pPr>
      <w:r>
        <w:rPr>
          <w:rtl/>
        </w:rPr>
        <w:t>א. ‪8 + 4 × 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‪4 × 2‬</w:t>
      </w:r>
    </w:p>
    <w:p>
      <w:pPr>
        <w:bidi/>
        <w:spacing w:before="0" w:after="20"/>
        <w:jc w:val="both"/>
      </w:pPr>
      <w:r>
        <w:rPr>
          <w:rtl/>
        </w:rPr>
        <w:t>ב. ‪(8 + 4) × 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‪8 + 4‬</w:t>
      </w:r>
    </w:p>
    <w:p>
      <w:pPr>
        <w:bidi/>
        <w:spacing w:before="0" w:after="20"/>
        <w:jc w:val="both"/>
      </w:pPr>
      <w:r>
        <w:rPr>
          <w:rtl/>
        </w:rPr>
        <w:t>ג. ‪30 − 10 + 5‬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‪30 − 10‬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‪6 + 4 × 3 = 30‬ – לא נכון – ‪6 + 4 × 3 = 6 + 12 = 18‬</w:t>
      </w:r>
    </w:p>
    <w:p>
      <w:pPr>
        <w:bidi/>
        <w:spacing w:before="0" w:after="40"/>
        <w:jc w:val="both"/>
      </w:pPr>
      <w:r>
        <w:rPr>
          <w:rtl/>
        </w:rPr>
        <w:t>ב. ‪(6 + 4) × 3 = 30‬ – נכון</w:t>
      </w:r>
    </w:p>
    <w:p>
      <w:pPr>
        <w:bidi/>
        <w:spacing w:before="0" w:after="40"/>
        <w:jc w:val="both"/>
      </w:pPr>
      <w:r>
        <w:rPr>
          <w:rtl/>
        </w:rPr>
        <w:t>ג. ‪40 − 8 × 5 = 0‬ – נכון</w:t>
      </w:r>
    </w:p>
    <w:p>
      <w:pPr>
        <w:bidi/>
        <w:spacing w:before="0" w:after="40"/>
        <w:jc w:val="both"/>
      </w:pPr>
      <w:r>
        <w:rPr>
          <w:rtl/>
        </w:rPr>
        <w:t>ד. ‪16 : 4 + 4 = 2‬ – לא נכון – ‪16 : 4 + 4 = 4 + 4 =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‪5 × 4 − 2‬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18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‪5 × (4 − 2)‬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‪2 + 6 ×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10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‪(2 + 6) ×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24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‪35 : 7 + 2‬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7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חשבו ומיינו את התרגילים לפי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18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 + 4 × 4‬, ‪(2 + 4) × 3‬, ‪3 × 5 + 3‬, ‪36 :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‪(10 − 4) × 2‬, ‪20 − 2 × 4‬, ‪4 + 16 : 2‬, ‪48 : (2 + 2)‬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הוסיפו סוגריים כדי שהתוצאה תהיה נכונה. כתבו את התרגיל עם הסוגריים.</w:t>
      </w:r>
    </w:p>
    <w:p>
      <w:pPr>
        <w:bidi/>
        <w:spacing w:before="0" w:after="40"/>
        <w:jc w:val="both"/>
      </w:pPr>
      <w:r>
        <w:rPr>
          <w:rtl/>
        </w:rPr>
        <w:t>א. ‪3 + 2 × 6 = 30‬ ← ‪(3 + 2) × 6‬</w:t>
      </w:r>
    </w:p>
    <w:p>
      <w:pPr>
        <w:bidi/>
        <w:spacing w:before="0" w:after="40"/>
        <w:jc w:val="both"/>
      </w:pPr>
      <w:r>
        <w:rPr>
          <w:rtl/>
        </w:rPr>
        <w:t>ב. ‪20 − 5 × 2 = 30‬ ← ‪(20 − 5) × 2‬</w:t>
      </w:r>
    </w:p>
    <w:p>
      <w:pPr>
        <w:bidi/>
        <w:spacing w:before="0" w:after="40"/>
        <w:jc w:val="both"/>
      </w:pPr>
      <w:r>
        <w:rPr>
          <w:rtl/>
        </w:rPr>
        <w:t>ג. ‪4 × 3 + 7 = 40‬ ← ‪4 × (3 + 7)‬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הסבירו: נועה פתרה ‪10 + 5 × 2 = 30‬. מה הטעות שלה? מה התשובה הנכונה?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נועה חיברה קודם ‪10 + 5‬. צריך לכפול קודם: ‪5 × 2 = 10‬, ואז ‪10 + 10 = 20‬.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במשבצות, שלב אחרי שלב: ‪7 × (12 − 4) + 6‬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‪12 − 4 = 8‬; ‪7 × 8 = 56‬; ‪56 + 6 = 62‬.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השתמשו במספרים 2, 3, 4 (כל אחד פעם אחת), בסימנים × ו-+, ובסוגריים אם צריך, וכתבו תרגיל שהתוצאה שלו 20. מצאו גם תרגיל שהתוצאה שלו 14.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‪(2 + 3) × 4 = 20‬ (או ‪4 × (3 + 2))‬. ‪2 + 3 × 4 = 14‬ (או ‪3 × 4 + 2)‬.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9F1239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לנועה יש 4 שקיות, ובכל שקית 5 אגוזים, ועוד 3 אגוזים בכיס. כמה אגוזים יש לנועה? כתבו תרגיל אחד.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5 + 3‬ ; קודם כפל: ‪4 × 5 = 20‬ ; ‪20 + 3 = 23‬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לנועה יש 23 אגוזים.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דוד קנה 6 לחמניות במחיר 2 ₪ כל אחת, ושילם בשטר של 20 ₪. כמה עודף קיבל?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× 2 = 12‬ ; ‪20 − 12 = 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דוד קיבל 8 ₪ עודף.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לטיול השנתי יצאו 3 קבוצות של 8 תלמידים ו-2 קבוצות של 9 תלמידים. כמה תלמידים יצאו לטיול?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8 = 24‬ ; ‪2 × 9 = 18‬ ; ‪24 + 18 = 42‬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לטיול יצאו 42 תלמידים.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איתי אסף 17 בקבוקים למחזור, ואורי אסף 15 בקבוקים. על כל בקבוק הם מקבלים 2 נקודות. כמה נקודות קיבלו יחד? כתבו תרגיל אחד עם סוגריים.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‪(17 + 15) × 2‬ ; קודם סוגריים: ‪17 + 15 = 32‬ ; ‪32 × 2 = 64‬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יחד קיבלו 64 נקודות.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במכולת קילוגרם תפוחים עולה 9 ₪ וקילוגרם בננות עולה 7 ₪. משה קנה 3 קילוגרם תפוחים ו-4 קילוגרם בננות, ושילם בשטר של 100 ₪. כמה עודף קיבל?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9 = 27‬ ; ‪4 × 7 = 28‬ ; ‪27 + 28 = 55‬ ; ‪100 − 55 = 45‬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משה קיבל 45 ₪ עודף.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לסעודת השבת הוזמנו 6 בני משפחה ו-4 אורחים. לכל אחד שמו 2 כוסות, ועוד 5 כוסות הניחו בצד. כמה כוסות הוציאו בסך הכול?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+ 4 = 10‬ ; ‪10 × 2 = 20‬ ; ‪20 + 5 = 25‬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הוציאו 25 כוסות.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18. פתרו לפי סדר הפעולות. גזרו את כרטיסי התוצאות, והדביקו כל תוצאה ליד התרגיל.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 + 3 × 4‬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14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‪(2 + 3) × 4‬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20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‪20 − 6 : 2‬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17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‪(20 − 6) : 2‬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7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 × 4 − 10‬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19.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סדר פעולות – </w:t>
            </w:r>
            <w:r>
              <w:rPr>
                <w:sz w:val="24"/>
                <w:szCs w:val="24"/>
                <w:rtl/>
              </w:rPr>
              <w:t>קודם כפל וחילוק, ואחר כך חיבור וחיסור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סוגריים – </w:t>
            </w:r>
            <w:r>
              <w:rPr>
                <w:sz w:val="24"/>
                <w:szCs w:val="24"/>
                <w:rtl/>
              </w:rPr>
              <w:t>מה שבתוך הסוגריים פותרים ראשון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בעיה דו-שלבית – </w:t>
            </w:r>
            <w:r>
              <w:rPr>
                <w:sz w:val="24"/>
                <w:szCs w:val="24"/>
                <w:rtl/>
              </w:rPr>
              <w:t>בעיה שפותרים בשני תרגילים זה אחרי זה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כתבו תרגיל עם סוגריים, ופתרו אותו. תשובה אישית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