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80"/>
        <w:jc w:val="both"/>
      </w:pPr>
    </w:p>
    <w:p>
      <w:pPr>
        <w:bidi/>
        <w:spacing w:before="0" w:after="80"/>
        <w:jc w:val="both"/>
      </w:pPr>
    </w:p>
    <w:p>
      <w:pPr>
        <w:bidi/>
        <w:spacing w:before="0" w:after="80"/>
        <w:jc w:val="both"/>
      </w:pPr>
    </w:p>
    <w:p>
      <w:pPr>
        <w:bidi/>
        <w:spacing w:before="0" w:after="80"/>
        <w:jc w:val="center"/>
      </w:pPr>
      <w:r>
        <w:drawing>
          <wp:inline xmlns:a="http://schemas.openxmlformats.org/drawingml/2006/main" xmlns:pic="http://schemas.openxmlformats.org/drawingml/2006/picture">
            <wp:extent cx="3600000" cy="3600000"/>
            <wp:docPr id="1" name="Picture 1"/>
            <wp:cNvGraphicFramePr>
              <a:graphicFrameLocks noChangeAspect="1"/>
            </wp:cNvGraphicFramePr>
            <a:graphic>
              <a:graphicData uri="http://schemas.openxmlformats.org/drawingml/2006/picture">
                <pic:pic>
                  <pic:nvPicPr>
                    <pic:cNvPr id="0" name="math_g3.jpg"/>
                    <pic:cNvPicPr/>
                  </pic:nvPicPr>
                  <pic:blipFill>
                    <a:blip r:embed="rId10"/>
                    <a:stretch>
                      <a:fillRect/>
                    </a:stretch>
                  </pic:blipFill>
                  <pic:spPr>
                    <a:xfrm>
                      <a:off x="0" y="0"/>
                      <a:ext cx="3600000" cy="3600000"/>
                    </a:xfrm>
                    <a:prstGeom prst="rect"/>
                  </pic:spPr>
                </pic:pic>
              </a:graphicData>
            </a:graphic>
          </wp:inline>
        </w:drawing>
      </w:r>
    </w:p>
    <w:p>
      <w:pPr>
        <w:bidi/>
        <w:spacing w:before="240" w:after="80"/>
        <w:jc w:val="center"/>
      </w:pPr>
      <w:r>
        <w:rPr>
          <w:rFonts w:ascii="Arial" w:hAnsi="Arial" w:cs="Arial"/>
          <w:color w:val="0F766E"/>
          <w:sz w:val="36"/>
          <w:szCs w:val="36"/>
          <w:rtl/>
        </w:rPr>
        <w:t>חוֹבֶרֶת עֲבוֹדָה</w:t>
      </w:r>
    </w:p>
    <w:p>
      <w:pPr>
        <w:bidi/>
        <w:spacing w:before="0" w:after="80"/>
        <w:jc w:val="center"/>
      </w:pPr>
      <w:r>
        <w:rPr>
          <w:rFonts w:ascii="Arial Black" w:hAnsi="Arial Black" w:cs="Arial Black"/>
          <w:b/>
          <w:bCs/>
          <w:color w:val="0F766E"/>
          <w:sz w:val="88"/>
          <w:szCs w:val="88"/>
          <w:rtl/>
        </w:rPr>
        <w:t>מָתֵמָטִיקָה</w:t>
      </w:r>
    </w:p>
    <w:p>
      <w:pPr>
        <w:bidi/>
        <w:spacing w:before="0" w:after="80"/>
        <w:jc w:val="center"/>
      </w:pPr>
      <w:r>
        <w:rPr>
          <w:sz w:val="44"/>
          <w:szCs w:val="44"/>
          <w:rtl/>
        </w:rPr>
        <w:t>כֶּפֶל וְחִלּוּק · כִּתָּה ג'</w:t>
      </w:r>
    </w:p>
    <w:p>
      <w:pPr>
        <w:bidi/>
        <w:spacing w:before="0" w:after="80"/>
        <w:jc w:val="both"/>
      </w:pPr>
      <w:r>
        <w:br w:type="page"/>
      </w:r>
    </w:p>
    <w:p>
      <w:pPr>
        <w:bidi/>
        <w:spacing w:before="0" w:after="120"/>
        <w:jc w:val="both"/>
      </w:pPr>
      <w:r>
        <w:rPr>
          <w:rFonts w:ascii="Arial Black" w:hAnsi="Arial Black" w:cs="Arial Black"/>
          <w:b/>
          <w:bCs/>
          <w:color w:val="0F766E"/>
          <w:sz w:val="48"/>
          <w:szCs w:val="48"/>
          <w:rtl/>
        </w:rPr>
        <w:t>תוכן העניינים</w:t>
      </w:r>
    </w:p>
    <w:tbl>
      <w:tblPr>
        <w:tblStyle w:val="TableGrid"/>
        <w:tblW w:type="auto" w:w="0"/>
        <w:tblLook w:firstColumn="1" w:firstRow="1" w:lastColumn="0" w:lastRow="0" w:noHBand="0" w:noVBand="1" w:val="04A0"/>
        <w:bidiVisual/>
      </w:tblPr>
      <w:tblGrid>
        <w:gridCol w:w="9978"/>
      </w:tblGrid>
      <w:tr>
        <w:tc>
          <w:tcPr>
            <w:tcW w:type="dxa" w:w="9978"/>
            <w:shd w:val="clear" w:color="auto" w:fill="0f766e"/>
          </w:tcPr>
          <w:p>
            <w:pPr>
              <w:bidi/>
              <w:spacing w:before="0" w:after="40"/>
              <w:jc w:val="both"/>
            </w:pPr>
            <w:r>
              <w:rPr>
                <w:b/>
                <w:bCs/>
                <w:color w:val="FFFFFF"/>
                <w:rtl/>
              </w:rPr>
              <w:t>נושא</w:t>
            </w:r>
          </w:p>
        </w:tc>
      </w:tr>
      <w:tr>
        <w:tc>
          <w:tcPr>
            <w:tcW w:type="dxa" w:w="9978"/>
          </w:tcPr>
          <w:p>
            <w:pPr>
              <w:bidi/>
              <w:spacing w:before="0" w:after="40"/>
              <w:jc w:val="both"/>
            </w:pPr>
            <w:r>
              <w:rPr>
                <w:rtl/>
              </w:rPr>
              <w:t>מבוא</w:t>
            </w:r>
          </w:p>
        </w:tc>
      </w:tr>
      <w:tr>
        <w:tc>
          <w:tcPr>
            <w:tcW w:type="dxa" w:w="9978"/>
          </w:tcPr>
          <w:p>
            <w:pPr>
              <w:bidi/>
              <w:spacing w:before="0" w:after="40"/>
              <w:jc w:val="both"/>
            </w:pPr>
            <w:r>
              <w:rPr>
                <w:rtl/>
              </w:rPr>
              <w:t>פרק 1: משמעות הכפל: חיבור חוזר, קבוצות שוות ומערכים</w:t>
            </w:r>
          </w:p>
        </w:tc>
      </w:tr>
      <w:tr>
        <w:tc>
          <w:tcPr>
            <w:tcW w:type="dxa" w:w="9978"/>
          </w:tcPr>
          <w:p>
            <w:pPr>
              <w:bidi/>
              <w:spacing w:before="0" w:after="40"/>
              <w:jc w:val="both"/>
            </w:pPr>
            <w:r>
              <w:rPr>
                <w:rtl/>
              </w:rPr>
              <w:t>פרק 2: לוח הכפל עד ‪10×10‬, חוק החילוף ותכונות 0 ו-1</w:t>
            </w:r>
          </w:p>
        </w:tc>
      </w:tr>
      <w:tr>
        <w:tc>
          <w:tcPr>
            <w:tcW w:type="dxa" w:w="9978"/>
          </w:tcPr>
          <w:p>
            <w:pPr>
              <w:bidi/>
              <w:spacing w:before="0" w:after="40"/>
              <w:jc w:val="both"/>
            </w:pPr>
            <w:r>
              <w:rPr>
                <w:rtl/>
              </w:rPr>
              <w:t>פרק 3: החילוק: חלוקה שווה והקשר בין כפל לחילוק</w:t>
            </w:r>
          </w:p>
        </w:tc>
      </w:tr>
      <w:tr>
        <w:tc>
          <w:tcPr>
            <w:tcW w:type="dxa" w:w="9978"/>
          </w:tcPr>
          <w:p>
            <w:pPr>
              <w:bidi/>
              <w:spacing w:before="0" w:after="40"/>
              <w:jc w:val="both"/>
            </w:pPr>
            <w:r>
              <w:rPr>
                <w:rtl/>
              </w:rPr>
              <w:t>פרק 4: כפל בעשרות שלמות ובמאות שלמות</w:t>
            </w:r>
          </w:p>
        </w:tc>
      </w:tr>
      <w:tr>
        <w:tc>
          <w:tcPr>
            <w:tcW w:type="dxa" w:w="9978"/>
          </w:tcPr>
          <w:p>
            <w:pPr>
              <w:bidi/>
              <w:spacing w:before="0" w:after="40"/>
              <w:jc w:val="both"/>
            </w:pPr>
            <w:r>
              <w:rPr>
                <w:rtl/>
              </w:rPr>
              <w:t>פרק 5: כפל במאונך בגורם חד-ספרתי</w:t>
            </w:r>
          </w:p>
        </w:tc>
      </w:tr>
      <w:tr>
        <w:tc>
          <w:tcPr>
            <w:tcW w:type="dxa" w:w="9978"/>
          </w:tcPr>
          <w:p>
            <w:pPr>
              <w:bidi/>
              <w:spacing w:before="0" w:after="40"/>
              <w:jc w:val="both"/>
            </w:pPr>
            <w:r>
              <w:rPr>
                <w:rtl/>
              </w:rPr>
              <w:t>פרק 6: חילוק בתחום המאה עם שארית וסימני התחלקות ב-2, 5 ו-10</w:t>
            </w:r>
          </w:p>
        </w:tc>
      </w:tr>
      <w:tr>
        <w:tc>
          <w:tcPr>
            <w:tcW w:type="dxa" w:w="9978"/>
          </w:tcPr>
          <w:p>
            <w:pPr>
              <w:bidi/>
              <w:spacing w:before="0" w:after="40"/>
              <w:jc w:val="both"/>
            </w:pPr>
            <w:r>
              <w:rPr>
                <w:rtl/>
              </w:rPr>
              <w:t>פרק 7: סדר פעולות, סוגריים ובעיות כפל וחילוק דו-שלביות</w:t>
            </w:r>
          </w:p>
        </w:tc>
      </w:tr>
      <w:tr>
        <w:tc>
          <w:tcPr>
            <w:tcW w:type="dxa" w:w="9978"/>
          </w:tcPr>
          <w:p>
            <w:pPr>
              <w:bidi/>
              <w:spacing w:before="0" w:after="40"/>
              <w:jc w:val="both"/>
            </w:pPr>
            <w:r>
              <w:rPr>
                <w:rtl/>
              </w:rPr>
              <w:t>חזרה – מה למדנו?</w:t>
            </w:r>
          </w:p>
        </w:tc>
      </w:tr>
      <w:tr>
        <w:tc>
          <w:tcPr>
            <w:tcW w:type="dxa" w:w="9978"/>
          </w:tcPr>
          <w:p>
            <w:pPr>
              <w:bidi/>
              <w:spacing w:before="0" w:after="40"/>
              <w:jc w:val="both"/>
            </w:pPr>
            <w:r>
              <w:rPr>
                <w:rtl/>
              </w:rPr>
              <w:t>דפי גזירה</w:t>
            </w:r>
          </w:p>
        </w:tc>
      </w:tr>
      <w:tr>
        <w:tc>
          <w:tcPr>
            <w:tcW w:type="dxa" w:w="9978"/>
          </w:tcPr>
          <w:p>
            <w:pPr>
              <w:bidi/>
              <w:spacing w:before="0" w:after="40"/>
              <w:jc w:val="both"/>
            </w:pPr>
            <w:r>
              <w:rPr>
                <w:rtl/>
              </w:rPr>
              <w:t>תשובות</w:t>
            </w:r>
          </w:p>
        </w:tc>
      </w:tr>
    </w:tbl>
    <w:p>
      <w:pPr>
        <w:bidi/>
        <w:spacing w:before="0" w:after="40"/>
        <w:jc w:val="both"/>
      </w:pPr>
    </w:p>
    <w:p>
      <w:pPr>
        <w:bidi/>
        <w:spacing w:before="0" w:after="80"/>
        <w:jc w:val="both"/>
      </w:pPr>
      <w:r>
        <w:br w:type="page"/>
      </w:r>
    </w:p>
    <w:p>
      <w:pPr>
        <w:bidi/>
        <w:spacing w:before="0" w:after="120"/>
        <w:jc w:val="both"/>
      </w:pPr>
      <w:r>
        <w:rPr>
          <w:rFonts w:ascii="Arial Black" w:hAnsi="Arial Black" w:cs="Arial Black"/>
          <w:b/>
          <w:bCs/>
          <w:color w:val="0F766E"/>
          <w:sz w:val="48"/>
          <w:szCs w:val="48"/>
          <w:rtl/>
        </w:rPr>
        <w:t>מבוא</w:t>
      </w:r>
    </w:p>
    <w:p>
      <w:pPr>
        <w:bidi/>
        <w:spacing w:before="0" w:after="120"/>
        <w:jc w:val="both"/>
      </w:pPr>
      <w:r>
        <w:rPr>
          <w:rtl/>
        </w:rPr>
        <w:t>שלום לתלמידות ולתלמידי כיתה ג'!</w:t>
      </w:r>
    </w:p>
    <w:p>
      <w:pPr>
        <w:bidi/>
        <w:spacing w:before="0" w:after="120"/>
        <w:jc w:val="both"/>
      </w:pPr>
      <w:r>
        <w:rPr>
          <w:rtl/>
        </w:rPr>
        <w:t>השנה תכירו היטב שתי פעולות חשובות: כפל וחילוק. תלמדו את לוח הכפל, תכפלו בעשרות ובמאות, תכפלו במאונך, תחלקו גם כשנשארת שארית, ותפתרו בעיות מהחיים: בטיול, בשוק, בגינה ובספרייה.</w:t>
      </w:r>
    </w:p>
    <w:p>
      <w:pPr>
        <w:bidi/>
        <w:spacing w:before="0" w:after="120"/>
        <w:jc w:val="both"/>
      </w:pPr>
      <w:r>
        <w:rPr>
          <w:rtl/>
        </w:rPr>
        <w:t>בכל פרק יש הסבר קצר עם דוגמה, כלל «זכרו!» והרבה תרגול. פתרו, כתבו את דרך הפתרון ובדקו את עצמכם. בהצלחה!</w:t>
      </w:r>
    </w:p>
    <w:p>
      <w:pPr>
        <w:bidi/>
        <w:spacing w:before="0" w:after="80"/>
        <w:jc w:val="both"/>
      </w:pPr>
      <w:r>
        <w:br w:type="page"/>
      </w:r>
    </w:p>
    <w:p>
      <w:pPr>
        <w:bidi/>
        <w:spacing w:before="0" w:after="120"/>
        <w:jc w:val="both"/>
      </w:pPr>
      <w:r>
        <w:rPr>
          <w:rFonts w:ascii="Arial" w:hAnsi="Arial" w:cs="Arial"/>
          <w:color w:val="5B6476"/>
          <w:sz w:val="20"/>
          <w:szCs w:val="20"/>
          <w:rtl/>
        </w:rPr>
        <w:t>מתמטיקה · כיתה ג'   |   פרק 1</w:t>
      </w:r>
    </w:p>
    <w:p>
      <w:pPr>
        <w:bidi/>
        <w:spacing w:before="0" w:after="120"/>
        <w:jc w:val="both"/>
      </w:pPr>
      <w:r>
        <w:rPr>
          <w:rFonts w:ascii="Arial Black" w:hAnsi="Arial Black" w:cs="Arial Black"/>
          <w:b/>
          <w:bCs/>
          <w:color w:val="0F766E"/>
          <w:sz w:val="44"/>
          <w:szCs w:val="44"/>
          <w:rtl/>
        </w:rPr>
        <w:t>פרק 1: משמעות הכפל: חיבור חוזר, קבוצות שוות ומערכים</w:t>
      </w:r>
    </w:p>
    <w:p>
      <w:pPr>
        <w:bidi/>
        <w:spacing w:before="0" w:after="80"/>
        <w:jc w:val="center"/>
      </w:pPr>
      <w:r>
        <w:drawing>
          <wp:inline xmlns:a="http://schemas.openxmlformats.org/drawingml/2006/main" xmlns:pic="http://schemas.openxmlformats.org/drawingml/2006/picture">
            <wp:extent cx="3240000" cy="2160000"/>
            <wp:docPr id="2" name="Picture 2"/>
            <wp:cNvGraphicFramePr>
              <a:graphicFrameLocks noChangeAspect="1"/>
            </wp:cNvGraphicFramePr>
            <a:graphic>
              <a:graphicData uri="http://schemas.openxmlformats.org/drawingml/2006/picture">
                <pic:pic>
                  <pic:nvPicPr>
                    <pic:cNvPr id="0" name="math_g3_t01.jpg"/>
                    <pic:cNvPicPr/>
                  </pic:nvPicPr>
                  <pic:blipFill>
                    <a:blip r:embed="rId11"/>
                    <a:stretch>
                      <a:fillRect/>
                    </a:stretch>
                  </pic:blipFill>
                  <pic:spPr>
                    <a:xfrm>
                      <a:off x="0" y="0"/>
                      <a:ext cx="3240000" cy="2160000"/>
                    </a:xfrm>
                    <a:prstGeom prst="rect"/>
                  </pic:spPr>
                </pic:pic>
              </a:graphicData>
            </a:graphic>
          </wp:inline>
        </w:drawing>
      </w:r>
    </w:p>
    <w:p>
      <w:pPr>
        <w:bidi/>
        <w:spacing w:before="120" w:after="40"/>
        <w:jc w:val="both"/>
      </w:pPr>
      <w:r>
        <w:rPr>
          <w:rFonts w:ascii="Arial Black" w:hAnsi="Arial Black" w:cs="Arial Black"/>
          <w:b/>
          <w:bCs/>
          <w:color w:val="0F766E"/>
          <w:sz w:val="28"/>
          <w:szCs w:val="28"/>
          <w:rtl/>
        </w:rPr>
        <w:t>◆ כפל הוא חיבור חוזר</w:t>
      </w:r>
    </w:p>
    <w:p>
      <w:pPr>
        <w:bidi/>
        <w:spacing w:before="0" w:after="40"/>
        <w:jc w:val="both"/>
      </w:pPr>
      <w:r>
        <w:rPr>
          <w:rtl/>
        </w:rPr>
        <w:t>כשמחברים את אותו מספר כמה פעמים, כותבים תרגיל כפל.</w:t>
      </w:r>
    </w:p>
    <w:p>
      <w:pPr>
        <w:bidi/>
        <w:spacing w:before="0" w:after="120"/>
        <w:jc w:val="both"/>
      </w:pPr>
      <w:r>
        <w:rPr>
          <w:color w:val="334055"/>
          <w:sz w:val="24"/>
          <w:szCs w:val="24"/>
          <w:rtl/>
        </w:rPr>
        <w:t>דוגמה: ‪6 + 6 + 6 = 18 · 3 × 6 = 18‬</w:t>
      </w:r>
    </w:p>
    <w:p>
      <w:pPr>
        <w:bidi/>
        <w:spacing w:before="120" w:after="40"/>
        <w:jc w:val="both"/>
      </w:pPr>
      <w:r>
        <w:rPr>
          <w:rFonts w:ascii="Arial Black" w:hAnsi="Arial Black" w:cs="Arial Black"/>
          <w:b/>
          <w:bCs/>
          <w:color w:val="0F766E"/>
          <w:sz w:val="28"/>
          <w:szCs w:val="28"/>
          <w:rtl/>
        </w:rPr>
        <w:t>◆ שמות בתרגיל הכפל</w:t>
      </w:r>
    </w:p>
    <w:p>
      <w:pPr>
        <w:bidi/>
        <w:spacing w:before="0" w:after="40"/>
        <w:jc w:val="both"/>
      </w:pPr>
      <w:r>
        <w:rPr>
          <w:rtl/>
        </w:rPr>
        <w:t>4 קבוצות של 5 הן 20.</w:t>
      </w:r>
    </w:p>
    <w:tbl>
      <w:tblPr>
        <w:tblStyle w:val="TableGrid"/>
        <w:tblW w:type="auto" w:w="0"/>
        <w:tblLook w:firstColumn="1" w:firstRow="1" w:lastColumn="0" w:lastRow="0" w:noHBand="0" w:noVBand="1" w:val="04A0"/>
        <w:bidiVisual/>
      </w:tblPr>
      <w:tblGrid>
        <w:gridCol w:w="1996"/>
        <w:gridCol w:w="1996"/>
        <w:gridCol w:w="1996"/>
        <w:gridCol w:w="1996"/>
        <w:gridCol w:w="1996"/>
      </w:tblGrid>
      <w:tr>
        <w:tc>
          <w:tcPr>
            <w:tcW w:type="dxa" w:w="1996"/>
            <w:shd w:val="clear" w:color="auto" w:fill="0f766e"/>
          </w:tcPr>
          <w:p>
            <w:pPr>
              <w:bidi/>
              <w:spacing w:before="0" w:after="40"/>
              <w:jc w:val="both"/>
            </w:pPr>
            <w:r>
              <w:rPr>
                <w:b/>
                <w:bCs/>
                <w:color w:val="FFFFFF"/>
                <w:rtl/>
              </w:rPr>
              <w:t>גורם</w:t>
            </w:r>
          </w:p>
        </w:tc>
        <w:tc>
          <w:tcPr>
            <w:tcW w:type="dxa" w:w="1996"/>
            <w:shd w:val="clear" w:color="auto" w:fill="0f766e"/>
          </w:tcPr>
          <w:p>
            <w:pPr>
              <w:bidi/>
              <w:spacing w:before="0" w:after="40"/>
              <w:jc w:val="both"/>
            </w:pPr>
            <w:r>
              <w:rPr>
                <w:b/>
                <w:bCs/>
                <w:color w:val="FFFFFF"/>
                <w:rtl/>
              </w:rPr>
              <w:t>×</w:t>
            </w:r>
          </w:p>
        </w:tc>
        <w:tc>
          <w:tcPr>
            <w:tcW w:type="dxa" w:w="1996"/>
            <w:shd w:val="clear" w:color="auto" w:fill="0f766e"/>
          </w:tcPr>
          <w:p>
            <w:pPr>
              <w:bidi/>
              <w:spacing w:before="0" w:after="40"/>
              <w:jc w:val="both"/>
            </w:pPr>
            <w:r>
              <w:rPr>
                <w:b/>
                <w:bCs/>
                <w:color w:val="FFFFFF"/>
                <w:rtl/>
              </w:rPr>
              <w:t>גורם</w:t>
            </w:r>
          </w:p>
        </w:tc>
        <w:tc>
          <w:tcPr>
            <w:tcW w:type="dxa" w:w="1996"/>
            <w:shd w:val="clear" w:color="auto" w:fill="0f766e"/>
          </w:tcPr>
          <w:p>
            <w:pPr>
              <w:bidi/>
              <w:spacing w:before="0" w:after="40"/>
              <w:jc w:val="both"/>
            </w:pPr>
            <w:r>
              <w:rPr>
                <w:b/>
                <w:bCs/>
                <w:color w:val="FFFFFF"/>
                <w:rtl/>
              </w:rPr>
              <w:t>=</w:t>
            </w:r>
          </w:p>
        </w:tc>
        <w:tc>
          <w:tcPr>
            <w:tcW w:type="dxa" w:w="1996"/>
            <w:shd w:val="clear" w:color="auto" w:fill="0f766e"/>
          </w:tcPr>
          <w:p>
            <w:pPr>
              <w:bidi/>
              <w:spacing w:before="0" w:after="40"/>
              <w:jc w:val="both"/>
            </w:pPr>
            <w:r>
              <w:rPr>
                <w:b/>
                <w:bCs/>
                <w:color w:val="FFFFFF"/>
                <w:rtl/>
              </w:rPr>
              <w:t>מכפלה</w:t>
            </w:r>
          </w:p>
        </w:tc>
      </w:tr>
      <w:tr>
        <w:tc>
          <w:tcPr>
            <w:tcW w:type="dxa" w:w="1996"/>
          </w:tcPr>
          <w:p>
            <w:pPr>
              <w:bidi/>
              <w:spacing w:before="0" w:after="40"/>
              <w:jc w:val="both"/>
            </w:pPr>
            <w:r>
              <w:rPr>
                <w:rtl/>
              </w:rPr>
              <w:t>4</w:t>
            </w:r>
          </w:p>
        </w:tc>
        <w:tc>
          <w:tcPr>
            <w:tcW w:type="dxa" w:w="1996"/>
          </w:tcPr>
          <w:p>
            <w:pPr>
              <w:bidi/>
              <w:spacing w:before="0" w:after="40"/>
              <w:jc w:val="both"/>
            </w:pPr>
            <w:r>
              <w:rPr>
                <w:rtl/>
              </w:rPr>
              <w:t>×</w:t>
            </w:r>
          </w:p>
        </w:tc>
        <w:tc>
          <w:tcPr>
            <w:tcW w:type="dxa" w:w="1996"/>
          </w:tcPr>
          <w:p>
            <w:pPr>
              <w:bidi/>
              <w:spacing w:before="0" w:after="40"/>
              <w:jc w:val="both"/>
            </w:pPr>
            <w:r>
              <w:rPr>
                <w:rtl/>
              </w:rPr>
              <w:t>5</w:t>
            </w:r>
          </w:p>
        </w:tc>
        <w:tc>
          <w:tcPr>
            <w:tcW w:type="dxa" w:w="1996"/>
          </w:tcPr>
          <w:p>
            <w:pPr>
              <w:bidi/>
              <w:spacing w:before="0" w:after="40"/>
              <w:jc w:val="both"/>
            </w:pPr>
            <w:r>
              <w:rPr>
                <w:rtl/>
              </w:rPr>
              <w:t>=</w:t>
            </w:r>
          </w:p>
        </w:tc>
        <w:tc>
          <w:tcPr>
            <w:tcW w:type="dxa" w:w="1996"/>
          </w:tcPr>
          <w:p>
            <w:pPr>
              <w:bidi/>
              <w:spacing w:before="0" w:after="40"/>
              <w:jc w:val="both"/>
            </w:pPr>
            <w:r>
              <w:rPr>
                <w:rtl/>
              </w:rPr>
              <w:t>20</w:t>
            </w:r>
          </w:p>
        </w:tc>
      </w:tr>
    </w:tbl>
    <w:p>
      <w:pPr>
        <w:bidi/>
        <w:spacing w:before="0" w:after="40"/>
        <w:jc w:val="both"/>
      </w:pPr>
    </w:p>
    <w:p>
      <w:pPr>
        <w:bidi/>
        <w:spacing w:before="120" w:after="40"/>
        <w:jc w:val="both"/>
      </w:pPr>
      <w:r>
        <w:rPr>
          <w:rFonts w:ascii="Arial Black" w:hAnsi="Arial Black" w:cs="Arial Black"/>
          <w:b/>
          <w:bCs/>
          <w:color w:val="0F766E"/>
          <w:sz w:val="28"/>
          <w:szCs w:val="28"/>
          <w:rtl/>
        </w:rPr>
        <w:t>◆ שלוש דרכים לראות כפל</w:t>
      </w:r>
    </w:p>
    <w:p>
      <w:pPr>
        <w:bidi/>
        <w:spacing w:before="0" w:after="20"/>
        <w:jc w:val="both"/>
      </w:pPr>
      <w:r>
        <w:rPr>
          <w:rtl/>
        </w:rPr>
        <w:t>1. קבוצות שוות: 3 שקיות, בכל שקית 5 תפוחים: ‪3 × 5‬.</w:t>
      </w:r>
    </w:p>
    <w:p>
      <w:pPr>
        <w:bidi/>
        <w:spacing w:before="0" w:after="20"/>
        <w:jc w:val="both"/>
      </w:pPr>
      <w:r>
        <w:rPr>
          <w:rtl/>
        </w:rPr>
        <w:t>2. מערך: 3 שורות של ‪5: 3 × 5‬.</w:t>
      </w:r>
    </w:p>
    <w:p>
      <w:pPr>
        <w:bidi/>
        <w:spacing w:before="0" w:after="20"/>
        <w:jc w:val="both"/>
      </w:pPr>
      <w:r>
        <w:rPr>
          <w:rtl/>
        </w:rPr>
        <w:t>3. ישר המספרים: 3 קפיצות של 5 מגיעות ל-15.</w:t>
      </w:r>
    </w:p>
    <w:p>
      <w:pPr>
        <w:bidi/>
        <w:spacing w:before="120" w:after="40"/>
        <w:jc w:val="both"/>
      </w:pPr>
      <w:r>
        <w:rPr>
          <w:rFonts w:ascii="Arial Black" w:hAnsi="Arial Black" w:cs="Arial Black"/>
          <w:b/>
          <w:bCs/>
          <w:color w:val="0F766E"/>
          <w:sz w:val="27"/>
          <w:szCs w:val="27"/>
          <w:rtl/>
        </w:rPr>
        <w:t>📘 איך פותרים?</w:t>
      </w:r>
    </w:p>
    <w:p>
      <w:pPr>
        <w:bidi/>
        <w:spacing w:before="0" w:after="20"/>
        <w:jc w:val="both"/>
      </w:pPr>
      <w:r>
        <w:rPr>
          <w:rtl/>
        </w:rPr>
        <w:t>1. שלב 1: מוצאים כמה קבוצות שוות יש.</w:t>
      </w:r>
    </w:p>
    <w:p>
      <w:pPr>
        <w:bidi/>
        <w:spacing w:before="0" w:after="20"/>
        <w:jc w:val="both"/>
      </w:pPr>
      <w:r>
        <w:rPr>
          <w:rtl/>
        </w:rPr>
        <w:t>2. שלב 2: מוצאים כמה פריטים יש בכל קבוצה.</w:t>
      </w:r>
    </w:p>
    <w:p>
      <w:pPr>
        <w:bidi/>
        <w:spacing w:before="0" w:after="20"/>
        <w:jc w:val="both"/>
      </w:pPr>
      <w:r>
        <w:rPr>
          <w:rtl/>
        </w:rPr>
        <w:t>3. שלב 3: כותבים חיבור חוזר, ואחר כך תרגיל כפל: מספר הקבוצות × מספר הפריטים בכל קבוצה.</w:t>
      </w:r>
    </w:p>
    <w:p>
      <w:pPr>
        <w:bidi/>
        <w:spacing w:before="0" w:after="20"/>
        <w:jc w:val="both"/>
      </w:pPr>
      <w:r>
        <w:rPr>
          <w:rtl/>
        </w:rPr>
        <w:t>4. שלב 4: בודקים שהתוצאה של החיבור ושל הכפל זהה.</w:t>
      </w:r>
    </w:p>
    <w:p>
      <w:pPr>
        <w:bidi/>
        <w:spacing w:before="120" w:after="40"/>
        <w:jc w:val="both"/>
      </w:pPr>
      <w:r>
        <w:rPr>
          <w:b/>
          <w:bCs/>
          <w:color w:val="0F7A4F"/>
          <w:sz w:val="25"/>
          <w:szCs w:val="25"/>
          <w:rtl/>
        </w:rPr>
        <w:t>✏️ דוגמה פתורה: במערך יש 5 שורות, ובכל שורה 3 נקודות. כמה נקודות יש במערך?</w:t>
      </w:r>
    </w:p>
    <w:p>
      <w:pPr>
        <w:bidi/>
        <w:spacing w:before="0" w:after="20"/>
        <w:jc w:val="both"/>
      </w:pPr>
      <w:r>
        <w:rPr>
          <w:rtl/>
        </w:rPr>
        <w:t>1. בכל שורה 3 נקודות, ויש 5 שורות.</w:t>
      </w:r>
    </w:p>
    <w:p>
      <w:pPr>
        <w:bidi/>
        <w:spacing w:before="0" w:after="20"/>
        <w:jc w:val="both"/>
      </w:pPr>
      <w:r>
        <w:rPr>
          <w:rtl/>
        </w:rPr>
        <w:t>2. חיבור חוזר: ‪3 + 3 + 3 + 3 + 3 = 15‬</w:t>
      </w:r>
    </w:p>
    <w:p>
      <w:pPr>
        <w:bidi/>
        <w:spacing w:before="0" w:after="20"/>
        <w:jc w:val="both"/>
      </w:pPr>
      <w:r>
        <w:rPr>
          <w:rtl/>
        </w:rPr>
        <w:t>3. תרגיל כפל: ‪5 × 3 = 15‬</w:t>
      </w:r>
    </w:p>
    <w:p>
      <w:pPr>
        <w:bidi/>
        <w:spacing w:before="0" w:after="120"/>
        <w:jc w:val="both"/>
      </w:pPr>
      <w:r>
        <w:rPr>
          <w:b/>
          <w:bCs/>
          <w:sz w:val="25"/>
          <w:szCs w:val="25"/>
          <w:rtl/>
        </w:rPr>
        <w:t>התשובה: 15 נקודות</w:t>
      </w:r>
    </w:p>
    <w:p>
      <w:pPr>
        <w:bidi/>
        <w:spacing w:before="160" w:after="60"/>
        <w:jc w:val="both"/>
      </w:pPr>
      <w:r>
        <w:rPr>
          <w:b/>
          <w:bCs/>
          <w:sz w:val="26"/>
          <w:szCs w:val="26"/>
          <w:rtl/>
        </w:rPr>
        <w:t>1. [קל] השלימו את תרגיל הכפל.</w:t>
      </w:r>
    </w:p>
    <w:p>
      <w:pPr>
        <w:bidi/>
        <w:spacing w:before="0" w:after="60"/>
        <w:jc w:val="both"/>
      </w:pPr>
      <w:r>
        <w:rPr>
          <w:rtl/>
        </w:rPr>
        <w:t>א. ‪6 + 6 + 6 + 6 + 6 = 5 × __________‬</w:t>
      </w:r>
    </w:p>
    <w:p>
      <w:pPr>
        <w:bidi/>
        <w:spacing w:before="0" w:after="60"/>
        <w:jc w:val="both"/>
      </w:pPr>
      <w:r>
        <w:rPr>
          <w:rtl/>
        </w:rPr>
        <w:t>ב. ‪9 + 9 + 9 = 3 × __________‬</w:t>
      </w:r>
    </w:p>
    <w:p>
      <w:pPr>
        <w:bidi/>
        <w:spacing w:before="0" w:after="60"/>
        <w:jc w:val="both"/>
      </w:pPr>
      <w:r>
        <w:rPr>
          <w:rtl/>
        </w:rPr>
        <w:t>ג. ‪2 + 2 + 2 + 2 + 2 + 2 + 2 = 7 × __________‬</w:t>
      </w:r>
    </w:p>
    <w:p>
      <w:pPr>
        <w:bidi/>
        <w:spacing w:before="0" w:after="60"/>
        <w:jc w:val="both"/>
      </w:pPr>
      <w:r>
        <w:rPr>
          <w:rtl/>
        </w:rPr>
        <w:t>ד. ‪10 + 10 + 10 = 3 × __________‬</w:t>
      </w:r>
    </w:p>
    <w:p>
      <w:pPr>
        <w:bidi/>
        <w:spacing w:before="160" w:after="60"/>
        <w:jc w:val="both"/>
      </w:pPr>
      <w:r>
        <w:rPr>
          <w:b/>
          <w:bCs/>
          <w:sz w:val="26"/>
          <w:szCs w:val="26"/>
          <w:rtl/>
        </w:rPr>
        <w:t>2. [קל] חשבו בעזרת חיבור חוזר.</w:t>
      </w:r>
    </w:p>
    <w:p>
      <w:pPr>
        <w:bidi/>
        <w:spacing w:before="0" w:after="60"/>
        <w:jc w:val="both"/>
      </w:pPr>
      <w:r>
        <w:rPr>
          <w:rtl/>
        </w:rPr>
        <w:t>א. ‪2 × 7 = __________‬</w:t>
      </w:r>
    </w:p>
    <w:p>
      <w:pPr>
        <w:bidi/>
        <w:spacing w:before="0" w:after="60"/>
        <w:jc w:val="both"/>
      </w:pPr>
      <w:r>
        <w:rPr>
          <w:rtl/>
        </w:rPr>
        <w:t>ב. ‪3 × 8 = __________‬</w:t>
      </w:r>
    </w:p>
    <w:p>
      <w:pPr>
        <w:bidi/>
        <w:spacing w:before="0" w:after="60"/>
        <w:jc w:val="both"/>
      </w:pPr>
      <w:r>
        <w:rPr>
          <w:rtl/>
        </w:rPr>
        <w:t>ג. ‪4 × 5 = __________‬</w:t>
      </w:r>
    </w:p>
    <w:p>
      <w:pPr>
        <w:bidi/>
        <w:spacing w:before="0" w:after="60"/>
        <w:jc w:val="both"/>
      </w:pPr>
      <w:r>
        <w:rPr>
          <w:rtl/>
        </w:rPr>
        <w:t>ד. ‪5 × 3 = __________‬</w:t>
      </w:r>
    </w:p>
    <w:p>
      <w:pPr>
        <w:bidi/>
        <w:spacing w:before="0" w:after="60"/>
        <w:jc w:val="both"/>
      </w:pPr>
      <w:r>
        <w:rPr>
          <w:rtl/>
        </w:rPr>
        <w:t>ה. ‪3 × 9 = __________‬</w:t>
      </w:r>
    </w:p>
    <w:p>
      <w:pPr>
        <w:bidi/>
        <w:spacing w:before="0" w:after="60"/>
        <w:jc w:val="both"/>
      </w:pPr>
      <w:r>
        <w:rPr>
          <w:rtl/>
        </w:rPr>
        <w:t>ו. ‪6 × 2 = __________‬</w:t>
      </w:r>
    </w:p>
    <w:p>
      <w:pPr>
        <w:bidi/>
        <w:spacing w:before="160" w:after="60"/>
        <w:jc w:val="both"/>
      </w:pPr>
      <w:r>
        <w:rPr>
          <w:b/>
          <w:bCs/>
          <w:sz w:val="26"/>
          <w:szCs w:val="26"/>
          <w:rtl/>
        </w:rPr>
        <w:t>3. [קל] השלימו את טבלת המערכים.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jc w:val="both"/>
            </w:pPr>
            <w:r>
              <w:rPr>
                <w:b/>
                <w:bCs/>
                <w:color w:val="FFFFFF"/>
                <w:rtl/>
              </w:rPr>
              <w:t>שורות</w:t>
            </w:r>
          </w:p>
        </w:tc>
        <w:tc>
          <w:tcPr>
            <w:tcW w:type="dxa" w:w="2494"/>
            <w:shd w:val="clear" w:color="auto" w:fill="0f766e"/>
          </w:tcPr>
          <w:p>
            <w:pPr>
              <w:bidi/>
              <w:spacing w:before="0" w:after="40"/>
              <w:jc w:val="both"/>
            </w:pPr>
            <w:r>
              <w:rPr>
                <w:b/>
                <w:bCs/>
                <w:color w:val="FFFFFF"/>
                <w:rtl/>
              </w:rPr>
              <w:t>בכל שורה</w:t>
            </w:r>
          </w:p>
        </w:tc>
        <w:tc>
          <w:tcPr>
            <w:tcW w:type="dxa" w:w="2494"/>
            <w:shd w:val="clear" w:color="auto" w:fill="0f766e"/>
          </w:tcPr>
          <w:p>
            <w:pPr>
              <w:bidi/>
              <w:spacing w:before="0" w:after="40"/>
              <w:jc w:val="both"/>
            </w:pPr>
            <w:r>
              <w:rPr>
                <w:b/>
                <w:bCs/>
                <w:color w:val="FFFFFF"/>
                <w:rtl/>
              </w:rPr>
              <w:t>תרגיל</w:t>
            </w:r>
          </w:p>
        </w:tc>
        <w:tc>
          <w:tcPr>
            <w:tcW w:type="dxa" w:w="2494"/>
            <w:shd w:val="clear" w:color="auto" w:fill="0f766e"/>
          </w:tcPr>
          <w:p>
            <w:pPr>
              <w:bidi/>
              <w:spacing w:before="0" w:after="40"/>
              <w:jc w:val="both"/>
            </w:pPr>
            <w:r>
              <w:rPr>
                <w:b/>
                <w:bCs/>
                <w:color w:val="FFFFFF"/>
                <w:rtl/>
              </w:rPr>
              <w:t>מספר המשבצות</w:t>
            </w:r>
          </w:p>
        </w:tc>
      </w:tr>
      <w:tr>
        <w:tc>
          <w:tcPr>
            <w:tcW w:type="dxa" w:w="2494"/>
          </w:tcPr>
          <w:p>
            <w:pPr>
              <w:bidi/>
              <w:spacing w:before="0" w:after="40"/>
              <w:jc w:val="both"/>
            </w:pPr>
            <w:r>
              <w:rPr>
                <w:rtl/>
              </w:rPr>
              <w:t>2</w:t>
            </w:r>
          </w:p>
        </w:tc>
        <w:tc>
          <w:tcPr>
            <w:tcW w:type="dxa" w:w="2494"/>
          </w:tcPr>
          <w:p>
            <w:pPr>
              <w:bidi/>
              <w:spacing w:before="0" w:after="40"/>
              <w:jc w:val="both"/>
            </w:pPr>
            <w:r>
              <w:rPr>
                <w:rtl/>
              </w:rPr>
              <w:t>7</w:t>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4</w:t>
            </w:r>
          </w:p>
        </w:tc>
        <w:tc>
          <w:tcPr>
            <w:tcW w:type="dxa" w:w="2494"/>
          </w:tcPr>
          <w:p>
            <w:pPr>
              <w:bidi/>
              <w:spacing w:before="0" w:after="40"/>
              <w:jc w:val="both"/>
            </w:pPr>
            <w:r>
              <w:rPr>
                <w:rtl/>
              </w:rPr>
              <w:t>4</w:t>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3</w:t>
            </w:r>
          </w:p>
        </w:tc>
        <w:tc>
          <w:tcPr>
            <w:tcW w:type="dxa" w:w="2494"/>
          </w:tcPr>
          <w:p>
            <w:pPr>
              <w:bidi/>
              <w:spacing w:before="0" w:after="40"/>
              <w:jc w:val="both"/>
            </w:pPr>
            <w:r>
              <w:rPr>
                <w:rtl/>
              </w:rPr>
              <w:t>6</w:t>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5</w:t>
            </w:r>
          </w:p>
        </w:tc>
        <w:tc>
          <w:tcPr>
            <w:tcW w:type="dxa" w:w="2494"/>
          </w:tcPr>
          <w:p>
            <w:pPr>
              <w:bidi/>
              <w:spacing w:before="0" w:after="40"/>
              <w:jc w:val="both"/>
            </w:pPr>
            <w:r>
              <w:rPr>
                <w:rtl/>
              </w:rPr>
              <w:t>5</w:t>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7</w:t>
            </w:r>
          </w:p>
        </w:tc>
        <w:tc>
          <w:tcPr>
            <w:tcW w:type="dxa" w:w="2494"/>
          </w:tcPr>
          <w:p>
            <w:pPr>
              <w:bidi/>
              <w:spacing w:before="0" w:after="40"/>
              <w:jc w:val="both"/>
            </w:pPr>
            <w:r>
              <w:rPr>
                <w:rtl/>
              </w:rPr>
              <w:t>2</w:t>
            </w:r>
          </w:p>
        </w:tc>
        <w:tc>
          <w:tcPr>
            <w:tcW w:type="dxa" w:w="2494"/>
          </w:tcPr>
          <w:p>
            <w:pPr>
              <w:bidi/>
              <w:spacing w:before="0" w:after="40"/>
              <w:jc w:val="both"/>
            </w:pPr>
            <w:r>
              <w:rPr>
                <w:rtl/>
              </w:rPr>
            </w:r>
          </w:p>
        </w:tc>
        <w:tc>
          <w:tcPr>
            <w:tcW w:type="dxa" w:w="2494"/>
          </w:tcPr>
          <w:p>
            <w:pPr>
              <w:bidi/>
              <w:spacing w:before="0" w:after="40"/>
              <w:jc w:val="both"/>
            </w:pPr>
            <w:r>
              <w:rPr>
                <w:rtl/>
              </w:rPr>
            </w:r>
          </w:p>
        </w:tc>
      </w:tr>
    </w:tbl>
    <w:p>
      <w:pPr>
        <w:bidi/>
        <w:spacing w:before="0" w:after="40"/>
        <w:jc w:val="both"/>
      </w:pPr>
    </w:p>
    <w:p>
      <w:pPr>
        <w:bidi/>
        <w:spacing w:before="160" w:after="60"/>
        <w:jc w:val="both"/>
      </w:pPr>
      <w:r>
        <w:rPr>
          <w:b/>
          <w:bCs/>
          <w:sz w:val="26"/>
          <w:szCs w:val="26"/>
          <w:rtl/>
        </w:rPr>
        <w:t>4. [קל] התאימו לכל סיפור את התרגיל.</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3 שקיות, בכל שקית 5 תפוחים</w:t>
            </w:r>
          </w:p>
        </w:tc>
        <w:tc>
          <w:tcPr>
            <w:tcW w:type="dxa" w:w="4989"/>
          </w:tcPr>
          <w:p>
            <w:pPr>
              <w:bidi/>
              <w:spacing w:before="0" w:after="40"/>
              <w:jc w:val="both"/>
            </w:pPr>
            <w:r>
              <w:rPr>
                <w:rtl/>
              </w:rPr>
              <w:t>[   ] ‪5 × 3‬</w:t>
            </w:r>
          </w:p>
        </w:tc>
      </w:tr>
      <w:tr>
        <w:tc>
          <w:tcPr>
            <w:tcW w:type="dxa" w:w="4989"/>
          </w:tcPr>
          <w:p>
            <w:pPr>
              <w:bidi/>
              <w:spacing w:before="0" w:after="40"/>
              <w:jc w:val="both"/>
            </w:pPr>
            <w:r>
              <w:rPr>
                <w:rtl/>
              </w:rPr>
              <w:t>2. 5 שקיות, בכל שקית 3 תפוחים</w:t>
            </w:r>
          </w:p>
        </w:tc>
        <w:tc>
          <w:tcPr>
            <w:tcW w:type="dxa" w:w="4989"/>
          </w:tcPr>
          <w:p>
            <w:pPr>
              <w:bidi/>
              <w:spacing w:before="0" w:after="40"/>
              <w:jc w:val="both"/>
            </w:pPr>
            <w:r>
              <w:rPr>
                <w:rtl/>
              </w:rPr>
              <w:t>[   ] ‪3 × 5‬</w:t>
            </w:r>
          </w:p>
        </w:tc>
      </w:tr>
      <w:tr>
        <w:tc>
          <w:tcPr>
            <w:tcW w:type="dxa" w:w="4989"/>
          </w:tcPr>
          <w:p>
            <w:pPr>
              <w:bidi/>
              <w:spacing w:before="0" w:after="40"/>
              <w:jc w:val="both"/>
            </w:pPr>
            <w:r>
              <w:rPr>
                <w:rtl/>
              </w:rPr>
              <w:t>3. 2 אופניים, לכל אחד 2 גלגלים</w:t>
            </w:r>
          </w:p>
        </w:tc>
        <w:tc>
          <w:tcPr>
            <w:tcW w:type="dxa" w:w="4989"/>
          </w:tcPr>
          <w:p>
            <w:pPr>
              <w:bidi/>
              <w:spacing w:before="0" w:after="40"/>
              <w:jc w:val="both"/>
            </w:pPr>
            <w:r>
              <w:rPr>
                <w:rtl/>
              </w:rPr>
              <w:t>[   ] ‪2 × 2‬</w:t>
            </w:r>
          </w:p>
        </w:tc>
      </w:tr>
      <w:tr>
        <w:tc>
          <w:tcPr>
            <w:tcW w:type="dxa" w:w="4989"/>
          </w:tcPr>
          <w:p>
            <w:pPr>
              <w:bidi/>
              <w:spacing w:before="0" w:after="40"/>
              <w:jc w:val="both"/>
            </w:pPr>
            <w:r>
              <w:rPr>
                <w:rtl/>
              </w:rPr>
              <w:t>4. 6 ילדים, לכל ילד 2 ידיים</w:t>
            </w:r>
          </w:p>
        </w:tc>
        <w:tc>
          <w:tcPr>
            <w:tcW w:type="dxa" w:w="4989"/>
          </w:tcPr>
          <w:p>
            <w:pPr>
              <w:bidi/>
              <w:spacing w:before="0" w:after="40"/>
              <w:jc w:val="both"/>
            </w:pPr>
            <w:r>
              <w:rPr>
                <w:rtl/>
              </w:rPr>
              <w:t>[   ] ‪6 × 2‬</w:t>
            </w:r>
          </w:p>
        </w:tc>
      </w:tr>
      <w:tr>
        <w:tc>
          <w:tcPr>
            <w:tcW w:type="dxa" w:w="4989"/>
          </w:tcPr>
          <w:p>
            <w:pPr>
              <w:bidi/>
              <w:spacing w:before="0" w:after="40"/>
              <w:jc w:val="both"/>
            </w:pPr>
            <w:r>
              <w:rPr>
                <w:rtl/>
              </w:rPr>
              <w:t>5. 4 שולחנות, ליד כל שולחן 4 כסאות</w:t>
            </w:r>
          </w:p>
        </w:tc>
        <w:tc>
          <w:tcPr>
            <w:tcW w:type="dxa" w:w="4989"/>
          </w:tcPr>
          <w:p>
            <w:pPr>
              <w:bidi/>
              <w:spacing w:before="0" w:after="40"/>
              <w:jc w:val="both"/>
            </w:pPr>
            <w:r>
              <w:rPr>
                <w:rtl/>
              </w:rPr>
              <w:t>[   ] ‪4 × 4‬</w:t>
            </w:r>
          </w:p>
        </w:tc>
      </w:tr>
    </w:tbl>
    <w:p>
      <w:pPr>
        <w:bidi/>
        <w:spacing w:before="0" w:after="40"/>
        <w:jc w:val="both"/>
      </w:pPr>
    </w:p>
    <w:p>
      <w:pPr>
        <w:bidi/>
        <w:spacing w:before="160" w:after="60"/>
        <w:jc w:val="both"/>
      </w:pPr>
      <w:r>
        <w:rPr>
          <w:b/>
          <w:bCs/>
          <w:sz w:val="26"/>
          <w:szCs w:val="26"/>
          <w:rtl/>
        </w:rPr>
        <w:t>5. [בינוני] נכון או לא נכון?</w:t>
      </w:r>
    </w:p>
    <w:p>
      <w:pPr>
        <w:bidi/>
        <w:spacing w:before="0" w:after="60"/>
        <w:jc w:val="both"/>
      </w:pPr>
      <w:r>
        <w:rPr>
          <w:rtl/>
        </w:rPr>
        <w:t>א. ‪5 + 5 + 5 + 5 = 4 × 5‬      נכון / לא נכון</w:t>
      </w:r>
    </w:p>
    <w:p>
      <w:pPr>
        <w:bidi/>
        <w:spacing w:before="0" w:after="60"/>
        <w:jc w:val="both"/>
      </w:pPr>
      <w:r>
        <w:rPr>
          <w:rtl/>
        </w:rPr>
        <w:t>ב. אפשר לכתוב ‪3 + 4 + 5‬ כתרגיל כפל אחד.      נכון / לא נכון</w:t>
      </w:r>
    </w:p>
    <w:p>
      <w:pPr>
        <w:bidi/>
        <w:spacing w:before="0" w:after="60"/>
        <w:jc w:val="both"/>
      </w:pPr>
      <w:r>
        <w:rPr>
          <w:rtl/>
        </w:rPr>
        <w:t>ג. במערך של 6 שורות ו-2 עמודות יש 12 משבצות.      נכון / לא נכון</w:t>
      </w:r>
    </w:p>
    <w:p>
      <w:pPr>
        <w:bidi/>
        <w:spacing w:before="0" w:after="60"/>
        <w:jc w:val="both"/>
      </w:pPr>
      <w:r>
        <w:rPr>
          <w:rtl/>
        </w:rPr>
        <w:t>ד. ‪8 × 1 = 9‬      נכון / לא נכון</w:t>
      </w:r>
    </w:p>
    <w:p>
      <w:pPr>
        <w:bidi/>
        <w:spacing w:before="160" w:after="60"/>
        <w:jc w:val="both"/>
      </w:pPr>
      <w:r>
        <w:rPr>
          <w:b/>
          <w:bCs/>
          <w:sz w:val="26"/>
          <w:szCs w:val="26"/>
          <w:rtl/>
        </w:rPr>
        <w:t>6. [קל] השלימו את הסדרות (קפיצות שוות).</w:t>
      </w:r>
    </w:p>
    <w:p>
      <w:pPr>
        <w:bidi/>
        <w:spacing w:before="0" w:after="60"/>
        <w:jc w:val="both"/>
      </w:pPr>
      <w:r>
        <w:rPr>
          <w:rtl/>
        </w:rPr>
        <w:t>א. 0, 4, 8, 12, __________, 20</w:t>
      </w:r>
    </w:p>
    <w:p>
      <w:pPr>
        <w:bidi/>
        <w:spacing w:before="0" w:after="60"/>
        <w:jc w:val="both"/>
      </w:pPr>
      <w:r>
        <w:rPr>
          <w:rtl/>
        </w:rPr>
        <w:t>ב. 0, 6, 12, __________, 24</w:t>
      </w:r>
    </w:p>
    <w:p>
      <w:pPr>
        <w:bidi/>
        <w:spacing w:before="0" w:after="60"/>
        <w:jc w:val="both"/>
      </w:pPr>
      <w:r>
        <w:rPr>
          <w:rtl/>
        </w:rPr>
        <w:t>ג. 0, 10, 20, 30, __________</w:t>
      </w:r>
    </w:p>
    <w:p>
      <w:pPr>
        <w:bidi/>
        <w:spacing w:before="0" w:after="60"/>
        <w:jc w:val="both"/>
      </w:pPr>
      <w:r>
        <w:rPr>
          <w:rtl/>
        </w:rPr>
        <w:t>ד. 0, 7, 14, __________, 28</w:t>
      </w:r>
    </w:p>
    <w:p>
      <w:pPr>
        <w:bidi/>
        <w:spacing w:before="160" w:after="60"/>
        <w:jc w:val="both"/>
      </w:pPr>
      <w:r>
        <w:rPr>
          <w:b/>
          <w:bCs/>
          <w:sz w:val="26"/>
          <w:szCs w:val="26"/>
          <w:rtl/>
        </w:rPr>
        <w:t>7. [בינוני] מה התוצאה?</w:t>
      </w:r>
    </w:p>
    <w:p>
      <w:pPr>
        <w:bidi/>
        <w:spacing w:before="0" w:after="20"/>
        <w:jc w:val="both"/>
      </w:pPr>
      <w:r>
        <w:rPr>
          <w:rtl/>
        </w:rPr>
        <w:t>א. 4 קפיצות של 5 על ישר המספרים מגיעות ל:</w:t>
      </w:r>
    </w:p>
    <w:p>
      <w:pPr>
        <w:bidi/>
        <w:spacing w:before="0" w:after="80"/>
        <w:jc w:val="both"/>
      </w:pPr>
      <w:r>
        <w:rPr>
          <w:rtl/>
        </w:rPr>
        <w:t xml:space="preserve">   ○ 9      ○ 20      ○ 45</w:t>
      </w:r>
    </w:p>
    <w:p>
      <w:pPr>
        <w:bidi/>
        <w:spacing w:before="0" w:after="20"/>
        <w:jc w:val="both"/>
      </w:pPr>
      <w:r>
        <w:rPr>
          <w:rtl/>
        </w:rPr>
        <w:t>ב. 3 קבוצות של 7:</w:t>
      </w:r>
    </w:p>
    <w:p>
      <w:pPr>
        <w:bidi/>
        <w:spacing w:before="0" w:after="80"/>
        <w:jc w:val="both"/>
      </w:pPr>
      <w:r>
        <w:rPr>
          <w:rtl/>
        </w:rPr>
        <w:t xml:space="preserve">   ○ 21      ○ 10      ○ 37</w:t>
      </w:r>
    </w:p>
    <w:p>
      <w:pPr>
        <w:bidi/>
        <w:spacing w:before="0" w:after="20"/>
        <w:jc w:val="both"/>
      </w:pPr>
      <w:r>
        <w:rPr>
          <w:rtl/>
        </w:rPr>
        <w:t>ג. ‪8 + 8 + 8 + 8‬:</w:t>
      </w:r>
    </w:p>
    <w:p>
      <w:pPr>
        <w:bidi/>
        <w:spacing w:before="0" w:after="80"/>
        <w:jc w:val="both"/>
      </w:pPr>
      <w:r>
        <w:rPr>
          <w:rtl/>
        </w:rPr>
        <w:t xml:space="preserve">   ○ 24      ○ 48      ○ 32</w:t>
      </w:r>
    </w:p>
    <w:p>
      <w:pPr>
        <w:bidi/>
        <w:spacing w:before="160" w:after="60"/>
        <w:jc w:val="both"/>
      </w:pPr>
      <w:r>
        <w:rPr>
          <w:b/>
          <w:bCs/>
          <w:sz w:val="26"/>
          <w:szCs w:val="26"/>
          <w:rtl/>
        </w:rPr>
        <w:t>8. [בינוני] מיינו: האם אפשר לכתוב את החיבור כתרגיל כפל אחד?</w:t>
      </w:r>
    </w:p>
    <w:p>
      <w:pPr>
        <w:bidi/>
        <w:spacing w:before="0" w:after="80"/>
        <w:jc w:val="both"/>
      </w:pPr>
      <w:r>
        <w:rPr>
          <w:color w:val="0F766E"/>
          <w:sz w:val="24"/>
          <w:szCs w:val="24"/>
          <w:rtl/>
        </w:rPr>
        <w:t>המילים: ‪4 + 4 + 4‬  |  ‪2 + 3 + 2‬  |  ‪7 + 7‬  |  ‪5 + 6‬  |  ‪9 + 9 + 9‬  |  ‪1 + 2 + 3‬  |  ‪3 + 3 + 3 + 3‬</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אפשר</w:t>
            </w:r>
          </w:p>
        </w:tc>
        <w:tc>
          <w:tcPr>
            <w:tcW w:type="dxa" w:w="4989"/>
            <w:shd w:val="clear" w:color="auto" w:fill="0f766e"/>
          </w:tcPr>
          <w:p>
            <w:pPr>
              <w:bidi/>
              <w:spacing w:before="0" w:after="40"/>
              <w:jc w:val="both"/>
            </w:pPr>
            <w:r>
              <w:rPr>
                <w:b/>
                <w:bCs/>
                <w:color w:val="FFFFFF"/>
                <w:rtl/>
              </w:rPr>
              <w:t>אי אפשר</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9. [בינוני] שרטטו מערך של 3 שורות ו-8 עמודות. כתבו שני תרגילי כפל שמתאימים לו.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[בינוני] תמר אומרת: «‪2 × 9‬ שווה 11». הסבירו מה הטעות ותקנו.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20" w:after="40"/>
        <w:jc w:val="center"/>
      </w:pPr>
      <w:r>
        <w:rPr>
          <w:rFonts w:ascii="Arial Black" w:hAnsi="Arial Black" w:cs="Arial Black"/>
          <w:b/>
          <w:bCs/>
          <w:color w:val="0F766E"/>
          <w:sz w:val="30"/>
          <w:szCs w:val="30"/>
          <w:rtl/>
        </w:rPr>
        <w:t>במאפייה של סבא דניאל</w:t>
      </w:r>
    </w:p>
    <w:p>
      <w:pPr>
        <w:bidi/>
        <w:spacing w:before="0" w:after="80"/>
        <w:jc w:val="both"/>
      </w:pPr>
      <w:r>
        <w:rPr>
          <w:rtl/>
        </w:rPr>
        <w:t>סבא דניאל אופה לחמניות בכל בוקר. הוא מסדר אותן על מגש ב-5 שורות, ובכל שורה 4 לחמניות. בכל בוקר הוא אופה 3 מגשים כאלה.</w:t>
      </w:r>
    </w:p>
    <w:p>
      <w:pPr>
        <w:bidi/>
        <w:spacing w:before="0" w:after="80"/>
        <w:jc w:val="both"/>
      </w:pPr>
      <w:r>
        <w:rPr>
          <w:rtl/>
        </w:rPr>
        <w:t>עומר, הנכד שלו, עוזר לארוז עוגיות. בכל שקית הוא שם 6 עוגיות, והוא ארז 7 שקיות. עומר אוהב לבוא למאפייה, כי הריח שם נפלא.</w:t>
      </w:r>
    </w:p>
    <w:p>
      <w:pPr>
        <w:bidi/>
        <w:spacing w:before="0" w:after="80"/>
        <w:jc w:val="both"/>
      </w:pPr>
      <w:r>
        <w:rPr>
          <w:rtl/>
        </w:rPr>
        <w:t>בכל יום שישי מגיעים למאפייה שכנים רבים, ויש תור ארוך ליד הדלת. סבא דניאל מחייך לכל לקוח ומספר שהסוד הוא בצק טרי שתפח כל הלילה.</w:t>
      </w:r>
    </w:p>
    <w:p>
      <w:pPr>
        <w:bidi/>
        <w:spacing w:before="160" w:after="60"/>
        <w:jc w:val="both"/>
      </w:pPr>
      <w:r>
        <w:rPr>
          <w:b/>
          <w:bCs/>
          <w:sz w:val="26"/>
          <w:szCs w:val="26"/>
          <w:rtl/>
        </w:rPr>
        <w:t>11. [בינוני] לפי הסיפור: כמה לחמניות יש על מגש אחד?</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[בינוני] לפי הסיפור: כמה לחמניות אופה סבא דניאל בבוקר אחד (3 מגשים)?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[בינוני] לפי הסיפור: כמה עוגיות ארז עומר?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14. [אתגר] אתגר: באולם יש 18 כסאות, מסודרים בשורות שוות, ובכל שורה יותר מ-2 כסאות ופחות מ-9. כמה שורות יכולות להיות? מצאו את כל האפשרויות.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240" w:after="40"/>
        <w:jc w:val="both"/>
      </w:pPr>
      <w:r>
        <w:rPr>
          <w:rFonts w:ascii="Arial Black" w:hAnsi="Arial Black" w:cs="Arial Black"/>
          <w:b/>
          <w:bCs/>
          <w:color w:val="0F766E"/>
          <w:sz w:val="34"/>
          <w:szCs w:val="34"/>
          <w:rtl/>
        </w:rPr>
        <w:t>📖 בעיות מילוליות</w:t>
      </w:r>
    </w:p>
    <w:p>
      <w:pPr>
        <w:bidi/>
        <w:spacing w:before="0" w:after="80"/>
        <w:jc w:val="both"/>
      </w:pPr>
      <w:r>
        <w:rPr>
          <w:color w:val="5B6476"/>
          <w:sz w:val="22"/>
          <w:szCs w:val="22"/>
          <w:rtl/>
        </w:rPr>
        <w:t>קראו בעיון · כתבו את דרך הפתרון · כתבו תשובה במשפט</w:t>
      </w:r>
    </w:p>
    <w:p>
      <w:pPr>
        <w:bidi/>
        <w:spacing w:before="160" w:after="60"/>
        <w:jc w:val="both"/>
      </w:pPr>
      <w:r>
        <w:rPr>
          <w:b/>
          <w:bCs/>
          <w:sz w:val="26"/>
          <w:szCs w:val="26"/>
          <w:rtl/>
        </w:rPr>
        <w:t>15. [קל] בחנות הירקות יש 6 שקיות, ובכל שקית 5 תפוחים. כמה תפוחים יש בכל השקיות?</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16. [קל] לכל זוג אופניים יש 2 גלגלים. בחצר בית הספר עומדים 9 זוגות אופניים. כמה גלגלים יש להם בסך הכול?</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17. [בינוני] בחדר האוכל יש 5 שולחנות, ועל כל שולחן 7 צלחות. כמה צלחות יש על כל השולחנות?</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18. [בינוני] למיכל יש 8 גולות. לעידו יש פי 3 גולות ממיכל. כמה גולות יש לעידו?</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19. [אתגר] בשיעור ספורט עמדו התלמידים ב-4 טורים, ובכל טור 6 תלמידים. אחר כך הצטרפו עוד 3 תלמידים. כמה תלמידים יש עכשיו בשיעור?</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20. [אתגר] לאורי יש 3 קופסאות ובכל אחת 8 עפרונות. למשה יש 2 קופסאות ובכל אחת 10 עפרונות. למי יש יותר עפרונות, ובכמה?</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color w:val="0F766E"/>
          <w:sz w:val="26"/>
          <w:szCs w:val="26"/>
          <w:rtl/>
        </w:rPr>
        <w:t>21. גזרו את כרטיסי הכפל, והדביקו ליד כל חיבור חוזר את תרגיל הכפל המתאים.</w:t>
      </w:r>
    </w:p>
    <w:tbl>
      <w:tblPr>
        <w:tblW w:type="auto" w:w="0"/>
        <w:tblLook w:firstColumn="1" w:firstRow="1" w:lastColumn="0" w:lastRow="0" w:noHBand="0" w:noVBand="1" w:val="04A0"/>
        <w:bidiVisual/>
        <w:tblLayout w:type="fixed"/>
      </w:tblPr>
      <w:tblGrid>
        <w:gridCol w:w="3326"/>
        <w:gridCol w:w="3326"/>
        <w:gridCol w:w="3326"/>
      </w:tblGrid>
      <w:tr>
        <w:trPr>
          <w:trHeight w:val="1304" w:hRule="exact"/>
        </w:trPr>
        <w:tc>
          <w:tcPr>
            <w:tcW w:type="dxa" w:w="510"/>
            <w:vAlign w:val="center"/>
          </w:tcPr>
          <w:p>
            <w:pPr>
              <w:bidi/>
              <w:spacing w:before="0" w:after="0"/>
              <w:jc w:val="center"/>
            </w:pPr>
            <w:r>
              <w:rPr>
                <w:b/>
                <w:bCs/>
                <w:sz w:val="25"/>
                <w:szCs w:val="25"/>
                <w:rtl/>
              </w:rPr>
              <w:t>1.</w:t>
            </w:r>
          </w:p>
        </w:tc>
        <w:tc>
          <w:tcPr>
            <w:tcW w:type="dxa" w:w="7257"/>
            <w:vAlign w:val="center"/>
          </w:tcPr>
          <w:p>
            <w:pPr>
              <w:bidi/>
              <w:spacing w:before="0" w:after="0"/>
              <w:jc w:val="both"/>
            </w:pPr>
            <w:r>
              <w:rPr>
                <w:sz w:val="25"/>
                <w:szCs w:val="25"/>
                <w:rtl/>
              </w:rPr>
              <w:t>‪4 + 4 + 4‬</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2.</w:t>
            </w:r>
          </w:p>
        </w:tc>
        <w:tc>
          <w:tcPr>
            <w:tcW w:type="dxa" w:w="7257"/>
            <w:vAlign w:val="center"/>
          </w:tcPr>
          <w:p>
            <w:pPr>
              <w:bidi/>
              <w:spacing w:before="0" w:after="0"/>
              <w:jc w:val="both"/>
            </w:pPr>
            <w:r>
              <w:rPr>
                <w:sz w:val="25"/>
                <w:szCs w:val="25"/>
                <w:rtl/>
              </w:rPr>
              <w:t>‪6 + 6 + 6 + 6 + 6‬</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3.</w:t>
            </w:r>
          </w:p>
        </w:tc>
        <w:tc>
          <w:tcPr>
            <w:tcW w:type="dxa" w:w="7257"/>
            <w:vAlign w:val="center"/>
          </w:tcPr>
          <w:p>
            <w:pPr>
              <w:bidi/>
              <w:spacing w:before="0" w:after="0"/>
              <w:jc w:val="both"/>
            </w:pPr>
            <w:r>
              <w:rPr>
                <w:sz w:val="25"/>
                <w:szCs w:val="25"/>
                <w:rtl/>
              </w:rPr>
              <w:t>‪7 + 7‬</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4.</w:t>
            </w:r>
          </w:p>
        </w:tc>
        <w:tc>
          <w:tcPr>
            <w:tcW w:type="dxa" w:w="7257"/>
            <w:vAlign w:val="center"/>
          </w:tcPr>
          <w:p>
            <w:pPr>
              <w:bidi/>
              <w:spacing w:before="0" w:after="0"/>
              <w:jc w:val="both"/>
            </w:pPr>
            <w:r>
              <w:rPr>
                <w:sz w:val="25"/>
                <w:szCs w:val="25"/>
                <w:rtl/>
              </w:rPr>
              <w:t>‪3 + 3 + 3 + 3‬</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5.</w:t>
            </w:r>
          </w:p>
        </w:tc>
        <w:tc>
          <w:tcPr>
            <w:tcW w:type="dxa" w:w="7257"/>
            <w:vAlign w:val="center"/>
          </w:tcPr>
          <w:p>
            <w:pPr>
              <w:bidi/>
              <w:spacing w:before="0" w:after="0"/>
              <w:jc w:val="both"/>
            </w:pPr>
            <w:r>
              <w:rPr>
                <w:sz w:val="25"/>
                <w:szCs w:val="25"/>
                <w:rtl/>
              </w:rPr>
              <w:t>‪9 + 9 + 9‬</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bl>
    <w:p>
      <w:pPr>
        <w:bidi/>
        <w:spacing w:before="0" w:after="40"/>
        <w:jc w:val="both"/>
      </w:pPr>
    </w:p>
    <w:p>
      <w:pPr>
        <w:bidi/>
        <w:spacing w:before="160" w:after="60"/>
        <w:jc w:val="both"/>
      </w:pPr>
      <w:r>
        <w:rPr>
          <w:b/>
          <w:bCs/>
          <w:color w:val="0F766E"/>
          <w:sz w:val="26"/>
          <w:szCs w:val="26"/>
          <w:rtl/>
        </w:rPr>
        <w:t>22. התאימו תמונה לתרגיל: כתבו בריבוע את מספר התמונה.</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1</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2</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3</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4</w:t>
            </w:r>
          </w:p>
        </w:tc>
      </w:tr>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 🍩🍩🍩🍩 🍩🍩🍩🍩</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r>
    </w:tbl>
    <w:p>
      <w:pPr>
        <w:bidi/>
        <w:spacing w:before="0" w:after="40"/>
        <w:jc w:val="both"/>
      </w:pPr>
    </w:p>
    <w:p>
      <w:pPr>
        <w:bidi/>
        <w:spacing w:before="0" w:after="60"/>
        <w:jc w:val="both"/>
      </w:pPr>
      <w:r>
        <w:rPr>
          <w:sz w:val="25"/>
          <w:szCs w:val="25"/>
          <w:rtl/>
        </w:rPr>
        <w:t>[      ]   5 חיפושיות, לכל אחת 6 רגליים: ‪5 × 6 = 30‬</w:t>
      </w:r>
    </w:p>
    <w:p>
      <w:pPr>
        <w:bidi/>
        <w:spacing w:before="0" w:after="60"/>
        <w:jc w:val="both"/>
      </w:pPr>
      <w:r>
        <w:rPr>
          <w:sz w:val="25"/>
          <w:szCs w:val="25"/>
          <w:rtl/>
        </w:rPr>
        <w:t>[      ]   2 תלתנים, לכל אחד 4 עלים: ‪2 × 4 = 8‬</w:t>
      </w:r>
    </w:p>
    <w:p>
      <w:pPr>
        <w:bidi/>
        <w:spacing w:before="0" w:after="60"/>
        <w:jc w:val="both"/>
      </w:pPr>
      <w:r>
        <w:rPr>
          <w:sz w:val="25"/>
          <w:szCs w:val="25"/>
          <w:rtl/>
        </w:rPr>
        <w:t>[      ]   ‪3 × 4 = 12‬</w:t>
      </w:r>
    </w:p>
    <w:p>
      <w:pPr>
        <w:bidi/>
        <w:spacing w:before="0" w:after="60"/>
        <w:jc w:val="both"/>
      </w:pPr>
      <w:r>
        <w:rPr>
          <w:sz w:val="25"/>
          <w:szCs w:val="25"/>
          <w:rtl/>
        </w:rPr>
        <w:t>[      ]   3 אופניים, לכל אחד 2 גלגלים: ‪3 × 2 = 6‬</w:t>
      </w:r>
    </w:p>
    <w:p>
      <w:pPr>
        <w:bidi/>
        <w:spacing w:before="0" w:after="80"/>
        <w:jc w:val="both"/>
      </w:pPr>
      <w:r>
        <w:br w:type="page"/>
      </w:r>
    </w:p>
    <w:p>
      <w:pPr>
        <w:bidi/>
        <w:spacing w:before="0" w:after="120"/>
        <w:jc w:val="both"/>
      </w:pPr>
      <w:r>
        <w:rPr>
          <w:rFonts w:ascii="Arial" w:hAnsi="Arial" w:cs="Arial"/>
          <w:color w:val="5B6476"/>
          <w:sz w:val="20"/>
          <w:szCs w:val="20"/>
          <w:rtl/>
        </w:rPr>
        <w:t>מתמטיקה · כיתה ג'   |   פרק 2</w:t>
      </w:r>
    </w:p>
    <w:p>
      <w:pPr>
        <w:bidi/>
        <w:spacing w:before="0" w:after="120"/>
        <w:jc w:val="both"/>
      </w:pPr>
      <w:r>
        <w:rPr>
          <w:rFonts w:ascii="Arial Black" w:hAnsi="Arial Black" w:cs="Arial Black"/>
          <w:b/>
          <w:bCs/>
          <w:color w:val="0F766E"/>
          <w:sz w:val="44"/>
          <w:szCs w:val="44"/>
          <w:rtl/>
        </w:rPr>
        <w:t>פרק 2: לוח הכפל עד ‪10×10‬, חוק החילוף ותכונות 0 ו-1</w:t>
      </w:r>
    </w:p>
    <w:p>
      <w:pPr>
        <w:bidi/>
        <w:spacing w:before="0" w:after="80"/>
        <w:jc w:val="center"/>
      </w:pPr>
      <w:r>
        <w:drawing>
          <wp:inline xmlns:a="http://schemas.openxmlformats.org/drawingml/2006/main" xmlns:pic="http://schemas.openxmlformats.org/drawingml/2006/picture">
            <wp:extent cx="3240000" cy="2160000"/>
            <wp:docPr id="3" name="Picture 3"/>
            <wp:cNvGraphicFramePr>
              <a:graphicFrameLocks noChangeAspect="1"/>
            </wp:cNvGraphicFramePr>
            <a:graphic>
              <a:graphicData uri="http://schemas.openxmlformats.org/drawingml/2006/picture">
                <pic:pic>
                  <pic:nvPicPr>
                    <pic:cNvPr id="0" name="math_g3_t02.jpg"/>
                    <pic:cNvPicPr/>
                  </pic:nvPicPr>
                  <pic:blipFill>
                    <a:blip r:embed="rId12"/>
                    <a:stretch>
                      <a:fillRect/>
                    </a:stretch>
                  </pic:blipFill>
                  <pic:spPr>
                    <a:xfrm>
                      <a:off x="0" y="0"/>
                      <a:ext cx="3240000" cy="2160000"/>
                    </a:xfrm>
                    <a:prstGeom prst="rect"/>
                  </pic:spPr>
                </pic:pic>
              </a:graphicData>
            </a:graphic>
          </wp:inline>
        </w:drawing>
      </w:r>
    </w:p>
    <w:p>
      <w:pPr>
        <w:bidi/>
        <w:spacing w:before="120" w:after="40"/>
        <w:jc w:val="both"/>
      </w:pPr>
      <w:r>
        <w:rPr>
          <w:rFonts w:ascii="Arial Black" w:hAnsi="Arial Black" w:cs="Arial Black"/>
          <w:b/>
          <w:bCs/>
          <w:color w:val="0F766E"/>
          <w:sz w:val="28"/>
          <w:szCs w:val="28"/>
          <w:rtl/>
        </w:rPr>
        <w:t>◆ מכפלות שכדאי לזכור</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jc w:val="both"/>
            </w:pPr>
            <w:r>
              <w:rPr>
                <w:b/>
                <w:bCs/>
                <w:color w:val="FFFFFF"/>
                <w:rtl/>
              </w:rPr>
              <w:t>תרגיל</w:t>
            </w:r>
          </w:p>
        </w:tc>
        <w:tc>
          <w:tcPr>
            <w:tcW w:type="dxa" w:w="2494"/>
            <w:shd w:val="clear" w:color="auto" w:fill="0f766e"/>
          </w:tcPr>
          <w:p>
            <w:pPr>
              <w:bidi/>
              <w:spacing w:before="0" w:after="40"/>
              <w:jc w:val="both"/>
            </w:pPr>
            <w:r>
              <w:rPr>
                <w:b/>
                <w:bCs/>
                <w:color w:val="FFFFFF"/>
                <w:rtl/>
              </w:rPr>
              <w:t>מכפלה</w:t>
            </w:r>
          </w:p>
        </w:tc>
        <w:tc>
          <w:tcPr>
            <w:tcW w:type="dxa" w:w="2494"/>
            <w:shd w:val="clear" w:color="auto" w:fill="0f766e"/>
          </w:tcPr>
          <w:p>
            <w:pPr>
              <w:bidi/>
              <w:spacing w:before="0" w:after="40"/>
              <w:jc w:val="both"/>
            </w:pPr>
            <w:r>
              <w:rPr>
                <w:b/>
                <w:bCs/>
                <w:color w:val="FFFFFF"/>
                <w:rtl/>
              </w:rPr>
              <w:t>תרגיל</w:t>
            </w:r>
          </w:p>
        </w:tc>
        <w:tc>
          <w:tcPr>
            <w:tcW w:type="dxa" w:w="2494"/>
            <w:shd w:val="clear" w:color="auto" w:fill="0f766e"/>
          </w:tcPr>
          <w:p>
            <w:pPr>
              <w:bidi/>
              <w:spacing w:before="0" w:after="40"/>
              <w:jc w:val="both"/>
            </w:pPr>
            <w:r>
              <w:rPr>
                <w:b/>
                <w:bCs/>
                <w:color w:val="FFFFFF"/>
                <w:rtl/>
              </w:rPr>
              <w:t>מכפלה</w:t>
            </w:r>
          </w:p>
        </w:tc>
      </w:tr>
      <w:tr>
        <w:tc>
          <w:tcPr>
            <w:tcW w:type="dxa" w:w="2494"/>
          </w:tcPr>
          <w:p>
            <w:pPr>
              <w:bidi/>
              <w:spacing w:before="0" w:after="40"/>
              <w:jc w:val="both"/>
            </w:pPr>
            <w:r>
              <w:rPr>
                <w:rtl/>
              </w:rPr>
              <w:t>‪6 × 7‬</w:t>
            </w:r>
          </w:p>
        </w:tc>
        <w:tc>
          <w:tcPr>
            <w:tcW w:type="dxa" w:w="2494"/>
          </w:tcPr>
          <w:p>
            <w:pPr>
              <w:bidi/>
              <w:spacing w:before="0" w:after="40"/>
              <w:jc w:val="both"/>
            </w:pPr>
            <w:r>
              <w:rPr>
                <w:rtl/>
              </w:rPr>
              <w:t>42</w:t>
            </w:r>
          </w:p>
        </w:tc>
        <w:tc>
          <w:tcPr>
            <w:tcW w:type="dxa" w:w="2494"/>
          </w:tcPr>
          <w:p>
            <w:pPr>
              <w:bidi/>
              <w:spacing w:before="0" w:after="40"/>
              <w:jc w:val="both"/>
            </w:pPr>
            <w:r>
              <w:rPr>
                <w:rtl/>
              </w:rPr>
              <w:t>‪7 × 8‬</w:t>
            </w:r>
          </w:p>
        </w:tc>
        <w:tc>
          <w:tcPr>
            <w:tcW w:type="dxa" w:w="2494"/>
          </w:tcPr>
          <w:p>
            <w:pPr>
              <w:bidi/>
              <w:spacing w:before="0" w:after="40"/>
              <w:jc w:val="both"/>
            </w:pPr>
            <w:r>
              <w:rPr>
                <w:rtl/>
              </w:rPr>
              <w:t>56</w:t>
            </w:r>
          </w:p>
        </w:tc>
      </w:tr>
      <w:tr>
        <w:tc>
          <w:tcPr>
            <w:tcW w:type="dxa" w:w="2494"/>
          </w:tcPr>
          <w:p>
            <w:pPr>
              <w:bidi/>
              <w:spacing w:before="0" w:after="40"/>
              <w:jc w:val="both"/>
            </w:pPr>
            <w:r>
              <w:rPr>
                <w:rtl/>
              </w:rPr>
              <w:t>‪6 × 8‬</w:t>
            </w:r>
          </w:p>
        </w:tc>
        <w:tc>
          <w:tcPr>
            <w:tcW w:type="dxa" w:w="2494"/>
          </w:tcPr>
          <w:p>
            <w:pPr>
              <w:bidi/>
              <w:spacing w:before="0" w:after="40"/>
              <w:jc w:val="both"/>
            </w:pPr>
            <w:r>
              <w:rPr>
                <w:rtl/>
              </w:rPr>
              <w:t>48</w:t>
            </w:r>
          </w:p>
        </w:tc>
        <w:tc>
          <w:tcPr>
            <w:tcW w:type="dxa" w:w="2494"/>
          </w:tcPr>
          <w:p>
            <w:pPr>
              <w:bidi/>
              <w:spacing w:before="0" w:after="40"/>
              <w:jc w:val="both"/>
            </w:pPr>
            <w:r>
              <w:rPr>
                <w:rtl/>
              </w:rPr>
              <w:t>‪8 × 9‬</w:t>
            </w:r>
          </w:p>
        </w:tc>
        <w:tc>
          <w:tcPr>
            <w:tcW w:type="dxa" w:w="2494"/>
          </w:tcPr>
          <w:p>
            <w:pPr>
              <w:bidi/>
              <w:spacing w:before="0" w:after="40"/>
              <w:jc w:val="both"/>
            </w:pPr>
            <w:r>
              <w:rPr>
                <w:rtl/>
              </w:rPr>
              <w:t>72</w:t>
            </w:r>
          </w:p>
        </w:tc>
      </w:tr>
      <w:tr>
        <w:tc>
          <w:tcPr>
            <w:tcW w:type="dxa" w:w="2494"/>
          </w:tcPr>
          <w:p>
            <w:pPr>
              <w:bidi/>
              <w:spacing w:before="0" w:after="40"/>
              <w:jc w:val="both"/>
            </w:pPr>
            <w:r>
              <w:rPr>
                <w:rtl/>
              </w:rPr>
              <w:t>‪6 × 9‬</w:t>
            </w:r>
          </w:p>
        </w:tc>
        <w:tc>
          <w:tcPr>
            <w:tcW w:type="dxa" w:w="2494"/>
          </w:tcPr>
          <w:p>
            <w:pPr>
              <w:bidi/>
              <w:spacing w:before="0" w:after="40"/>
              <w:jc w:val="both"/>
            </w:pPr>
            <w:r>
              <w:rPr>
                <w:rtl/>
              </w:rPr>
              <w:t>54</w:t>
            </w:r>
          </w:p>
        </w:tc>
        <w:tc>
          <w:tcPr>
            <w:tcW w:type="dxa" w:w="2494"/>
          </w:tcPr>
          <w:p>
            <w:pPr>
              <w:bidi/>
              <w:spacing w:before="0" w:after="40"/>
              <w:jc w:val="both"/>
            </w:pPr>
            <w:r>
              <w:rPr>
                <w:rtl/>
              </w:rPr>
              <w:t>‪9 × 9‬</w:t>
            </w:r>
          </w:p>
        </w:tc>
        <w:tc>
          <w:tcPr>
            <w:tcW w:type="dxa" w:w="2494"/>
          </w:tcPr>
          <w:p>
            <w:pPr>
              <w:bidi/>
              <w:spacing w:before="0" w:after="40"/>
              <w:jc w:val="both"/>
            </w:pPr>
            <w:r>
              <w:rPr>
                <w:rtl/>
              </w:rPr>
              <w:t>81</w:t>
            </w:r>
          </w:p>
        </w:tc>
      </w:tr>
    </w:tbl>
    <w:p>
      <w:pPr>
        <w:bidi/>
        <w:spacing w:before="0" w:after="40"/>
        <w:jc w:val="both"/>
      </w:pPr>
    </w:p>
    <w:p>
      <w:pPr>
        <w:bidi/>
        <w:spacing w:before="120" w:after="40"/>
        <w:jc w:val="both"/>
      </w:pPr>
      <w:r>
        <w:rPr>
          <w:rFonts w:ascii="Arial Black" w:hAnsi="Arial Black" w:cs="Arial Black"/>
          <w:b/>
          <w:bCs/>
          <w:color w:val="0F766E"/>
          <w:sz w:val="28"/>
          <w:szCs w:val="28"/>
          <w:rtl/>
        </w:rPr>
        <w:t>◆ חוק החילוף</w:t>
      </w:r>
    </w:p>
    <w:p>
      <w:pPr>
        <w:bidi/>
        <w:spacing w:before="0" w:after="40"/>
        <w:jc w:val="both"/>
      </w:pPr>
      <w:r>
        <w:rPr>
          <w:rtl/>
        </w:rPr>
        <w:t>אפשר להחליף את מקומות הגורמים, והמכפלה לא משתנה.</w:t>
      </w:r>
    </w:p>
    <w:p>
      <w:pPr>
        <w:bidi/>
        <w:spacing w:before="0" w:after="120"/>
        <w:jc w:val="both"/>
      </w:pPr>
      <w:r>
        <w:rPr>
          <w:color w:val="334055"/>
          <w:sz w:val="24"/>
          <w:szCs w:val="24"/>
          <w:rtl/>
        </w:rPr>
        <w:t>דוגמה: ‪4 × 9 = 36 · 9 × 4 = 36‬</w:t>
      </w:r>
    </w:p>
    <w:p>
      <w:pPr>
        <w:bidi/>
        <w:spacing w:before="120" w:after="40"/>
        <w:jc w:val="both"/>
      </w:pPr>
      <w:r>
        <w:rPr>
          <w:rFonts w:ascii="Arial Black" w:hAnsi="Arial Black" w:cs="Arial Black"/>
          <w:b/>
          <w:bCs/>
          <w:color w:val="0F766E"/>
          <w:sz w:val="28"/>
          <w:szCs w:val="28"/>
          <w:rtl/>
        </w:rPr>
        <w:t>◆ כפל ב-0 וב-1</w:t>
      </w:r>
    </w:p>
    <w:p>
      <w:pPr>
        <w:bidi/>
        <w:spacing w:before="0" w:after="20"/>
        <w:jc w:val="both"/>
      </w:pPr>
      <w:r>
        <w:rPr>
          <w:rtl/>
        </w:rPr>
        <w:t>1. כל מספר כפול 1 שווה למספר עצמו: ‪8 × 1 = 8‬.</w:t>
      </w:r>
    </w:p>
    <w:p>
      <w:pPr>
        <w:bidi/>
        <w:spacing w:before="0" w:after="20"/>
        <w:jc w:val="both"/>
      </w:pPr>
      <w:r>
        <w:rPr>
          <w:rtl/>
        </w:rPr>
        <w:t>2. כל מספר כפול 0 שווה ‪0: 8 × 0 = 0‬.</w:t>
      </w:r>
    </w:p>
    <w:p>
      <w:pPr>
        <w:bidi/>
        <w:spacing w:before="120" w:after="40"/>
        <w:jc w:val="both"/>
      </w:pPr>
      <w:r>
        <w:rPr>
          <w:rFonts w:ascii="Arial Black" w:hAnsi="Arial Black" w:cs="Arial Black"/>
          <w:b/>
          <w:bCs/>
          <w:color w:val="0F766E"/>
          <w:sz w:val="28"/>
          <w:szCs w:val="28"/>
          <w:rtl/>
        </w:rPr>
        <w:t>◆ טריקים</w:t>
      </w:r>
    </w:p>
    <w:p>
      <w:pPr>
        <w:bidi/>
        <w:spacing w:before="0" w:after="20"/>
        <w:jc w:val="both"/>
      </w:pPr>
      <w:r>
        <w:rPr>
          <w:rtl/>
        </w:rPr>
        <w:t>1. כפול 5: חצי מכפול 10. ‪8 × 5 = 80 : 2 = 40‬.</w:t>
      </w:r>
    </w:p>
    <w:p>
      <w:pPr>
        <w:bidi/>
        <w:spacing w:before="0" w:after="20"/>
        <w:jc w:val="both"/>
      </w:pPr>
      <w:r>
        <w:rPr>
          <w:rtl/>
        </w:rPr>
        <w:t>2. כפול 9: כפול 10 פחות פעם אחת. ‪9 × 7 = 70 − 7 = 63‬.</w:t>
      </w:r>
    </w:p>
    <w:p>
      <w:pPr>
        <w:bidi/>
        <w:spacing w:before="120" w:after="40"/>
        <w:jc w:val="both"/>
      </w:pPr>
      <w:r>
        <w:rPr>
          <w:rFonts w:ascii="Arial Black" w:hAnsi="Arial Black" w:cs="Arial Black"/>
          <w:b/>
          <w:bCs/>
          <w:color w:val="0F766E"/>
          <w:sz w:val="27"/>
          <w:szCs w:val="27"/>
          <w:rtl/>
        </w:rPr>
        <w:t>📘 איך פותרים?</w:t>
      </w:r>
    </w:p>
    <w:p>
      <w:pPr>
        <w:bidi/>
        <w:spacing w:before="0" w:after="20"/>
        <w:jc w:val="both"/>
      </w:pPr>
      <w:r>
        <w:rPr>
          <w:rtl/>
        </w:rPr>
        <w:t>1. שלב 1: מזהים את שני הגורמים בתרגיל.</w:t>
      </w:r>
    </w:p>
    <w:p>
      <w:pPr>
        <w:bidi/>
        <w:spacing w:before="0" w:after="20"/>
        <w:jc w:val="both"/>
      </w:pPr>
      <w:r>
        <w:rPr>
          <w:rtl/>
        </w:rPr>
        <w:t>2. שלב 2: אם לא זוכרים את התוצאה, נעזרים בתרגיל קרוב שיודעים. למשל: ‪9 × 7‬ הוא ‪10 × 7‬ פחות 7.</w:t>
      </w:r>
    </w:p>
    <w:p>
      <w:pPr>
        <w:bidi/>
        <w:spacing w:before="0" w:after="20"/>
        <w:jc w:val="both"/>
      </w:pPr>
      <w:r>
        <w:rPr>
          <w:rtl/>
        </w:rPr>
        <w:t>3. שלב 3: מותר להחליף את סדר הגורמים (חוק החילוף), התוצאה לא משתנה.</w:t>
      </w:r>
    </w:p>
    <w:p>
      <w:pPr>
        <w:bidi/>
        <w:spacing w:before="0" w:after="20"/>
        <w:jc w:val="both"/>
      </w:pPr>
      <w:r>
        <w:rPr>
          <w:rtl/>
        </w:rPr>
        <w:t>4. שלב 4: זוכרים: מספר כפול 1 שווה לעצמו, ומספר כפול 0 שווה 0.</w:t>
      </w:r>
    </w:p>
    <w:p>
      <w:pPr>
        <w:bidi/>
        <w:spacing w:before="120" w:after="40"/>
        <w:jc w:val="both"/>
      </w:pPr>
      <w:r>
        <w:rPr>
          <w:b/>
          <w:bCs/>
          <w:color w:val="0F7A4F"/>
          <w:sz w:val="25"/>
          <w:szCs w:val="25"/>
          <w:rtl/>
        </w:rPr>
        <w:t>✏️ דוגמה פתורה: חשבו ‪6 × 8‬ בעזרת ‪5 × 8‬.</w:t>
      </w:r>
    </w:p>
    <w:p>
      <w:pPr>
        <w:bidi/>
        <w:spacing w:before="0" w:after="20"/>
        <w:jc w:val="both"/>
      </w:pPr>
      <w:r>
        <w:rPr>
          <w:rtl/>
        </w:rPr>
        <w:t>1. ‪5 × 8 = 40‬</w:t>
      </w:r>
    </w:p>
    <w:p>
      <w:pPr>
        <w:bidi/>
        <w:spacing w:before="0" w:after="20"/>
        <w:jc w:val="both"/>
      </w:pPr>
      <w:r>
        <w:rPr>
          <w:rtl/>
        </w:rPr>
        <w:t>2. 6 פעמים 8 הם עוד 8 אחד יותר</w:t>
      </w:r>
    </w:p>
    <w:p>
      <w:pPr>
        <w:bidi/>
        <w:spacing w:before="0" w:after="20"/>
        <w:jc w:val="both"/>
      </w:pPr>
      <w:r>
        <w:rPr>
          <w:rtl/>
        </w:rPr>
        <w:t>3. ‪40 + 8 = 48‬</w:t>
      </w:r>
    </w:p>
    <w:p>
      <w:pPr>
        <w:bidi/>
        <w:spacing w:before="0" w:after="120"/>
        <w:jc w:val="both"/>
      </w:pPr>
      <w:r>
        <w:rPr>
          <w:b/>
          <w:bCs/>
          <w:sz w:val="25"/>
          <w:szCs w:val="25"/>
          <w:rtl/>
        </w:rPr>
        <w:t>התשובה: ‪6 × 8 = 48‬</w:t>
      </w:r>
    </w:p>
    <w:p>
      <w:pPr>
        <w:bidi/>
        <w:spacing w:before="160" w:after="60"/>
        <w:jc w:val="both"/>
      </w:pPr>
      <w:r>
        <w:rPr>
          <w:b/>
          <w:bCs/>
          <w:sz w:val="26"/>
          <w:szCs w:val="26"/>
          <w:rtl/>
        </w:rPr>
        <w:t>1. [קל] חשבו.</w:t>
      </w:r>
    </w:p>
    <w:p>
      <w:pPr>
        <w:bidi/>
        <w:spacing w:before="0" w:after="60"/>
        <w:jc w:val="both"/>
      </w:pPr>
      <w:r>
        <w:rPr>
          <w:rtl/>
        </w:rPr>
        <w:t>א. ‪3 × 7 = __________‬</w:t>
      </w:r>
    </w:p>
    <w:p>
      <w:pPr>
        <w:bidi/>
        <w:spacing w:before="0" w:after="60"/>
        <w:jc w:val="both"/>
      </w:pPr>
      <w:r>
        <w:rPr>
          <w:rtl/>
        </w:rPr>
        <w:t>ב. ‪6 × 8 = __________‬</w:t>
      </w:r>
    </w:p>
    <w:p>
      <w:pPr>
        <w:bidi/>
        <w:spacing w:before="0" w:after="60"/>
        <w:jc w:val="both"/>
      </w:pPr>
      <w:r>
        <w:rPr>
          <w:rtl/>
        </w:rPr>
        <w:t>ג. ‪9 × 9 = __________‬</w:t>
      </w:r>
    </w:p>
    <w:p>
      <w:pPr>
        <w:bidi/>
        <w:spacing w:before="0" w:after="60"/>
        <w:jc w:val="both"/>
      </w:pPr>
      <w:r>
        <w:rPr>
          <w:rtl/>
        </w:rPr>
        <w:t>ד. ‪4 × 7 = __________‬</w:t>
      </w:r>
    </w:p>
    <w:p>
      <w:pPr>
        <w:bidi/>
        <w:spacing w:before="0" w:after="60"/>
        <w:jc w:val="both"/>
      </w:pPr>
      <w:r>
        <w:rPr>
          <w:rtl/>
        </w:rPr>
        <w:t>ה. ‪8 × 8 = __________‬</w:t>
      </w:r>
    </w:p>
    <w:p>
      <w:pPr>
        <w:bidi/>
        <w:spacing w:before="0" w:after="60"/>
        <w:jc w:val="both"/>
      </w:pPr>
      <w:r>
        <w:rPr>
          <w:rtl/>
        </w:rPr>
        <w:t>ו. ‪7 × 9 = __________‬</w:t>
      </w:r>
    </w:p>
    <w:p>
      <w:pPr>
        <w:bidi/>
        <w:spacing w:before="0" w:after="60"/>
        <w:jc w:val="both"/>
      </w:pPr>
      <w:r>
        <w:rPr>
          <w:rtl/>
        </w:rPr>
        <w:t>ז. ‪5 × 6 = __________‬</w:t>
      </w:r>
    </w:p>
    <w:p>
      <w:pPr>
        <w:bidi/>
        <w:spacing w:before="0" w:after="60"/>
        <w:jc w:val="both"/>
      </w:pPr>
      <w:r>
        <w:rPr>
          <w:rtl/>
        </w:rPr>
        <w:t>ח. ‪6 × 9 = __________‬</w:t>
      </w:r>
    </w:p>
    <w:p>
      <w:pPr>
        <w:bidi/>
        <w:spacing w:before="160" w:after="60"/>
        <w:jc w:val="both"/>
      </w:pPr>
      <w:r>
        <w:rPr>
          <w:b/>
          <w:bCs/>
          <w:sz w:val="26"/>
          <w:szCs w:val="26"/>
          <w:rtl/>
        </w:rPr>
        <w:t>2. [קל] השלימו את קטע לוח הכפל.</w:t>
      </w:r>
    </w:p>
    <w:tbl>
      <w:tblPr>
        <w:tblStyle w:val="TableGrid"/>
        <w:tblW w:type="auto" w:w="0"/>
        <w:tblLook w:firstColumn="1" w:firstRow="1" w:lastColumn="0" w:lastRow="0" w:noHBand="0" w:noVBand="1" w:val="04A0"/>
        <w:bidiVisual/>
      </w:tblPr>
      <w:tblGrid>
        <w:gridCol w:w="1996"/>
        <w:gridCol w:w="1996"/>
        <w:gridCol w:w="1996"/>
        <w:gridCol w:w="1996"/>
        <w:gridCol w:w="1996"/>
      </w:tblGrid>
      <w:tr>
        <w:tc>
          <w:tcPr>
            <w:tcW w:type="dxa" w:w="1996"/>
            <w:shd w:val="clear" w:color="auto" w:fill="0f766e"/>
          </w:tcPr>
          <w:p>
            <w:pPr>
              <w:bidi/>
              <w:spacing w:before="0" w:after="40"/>
              <w:jc w:val="both"/>
            </w:pPr>
            <w:r>
              <w:rPr>
                <w:b/>
                <w:bCs/>
                <w:color w:val="FFFFFF"/>
                <w:rtl/>
              </w:rPr>
              <w:t>×</w:t>
            </w:r>
          </w:p>
        </w:tc>
        <w:tc>
          <w:tcPr>
            <w:tcW w:type="dxa" w:w="1996"/>
            <w:shd w:val="clear" w:color="auto" w:fill="0f766e"/>
          </w:tcPr>
          <w:p>
            <w:pPr>
              <w:bidi/>
              <w:spacing w:before="0" w:after="40"/>
              <w:jc w:val="both"/>
            </w:pPr>
            <w:r>
              <w:rPr>
                <w:b/>
                <w:bCs/>
                <w:color w:val="FFFFFF"/>
                <w:rtl/>
              </w:rPr>
              <w:t>3</w:t>
            </w:r>
          </w:p>
        </w:tc>
        <w:tc>
          <w:tcPr>
            <w:tcW w:type="dxa" w:w="1996"/>
            <w:shd w:val="clear" w:color="auto" w:fill="0f766e"/>
          </w:tcPr>
          <w:p>
            <w:pPr>
              <w:bidi/>
              <w:spacing w:before="0" w:after="40"/>
              <w:jc w:val="both"/>
            </w:pPr>
            <w:r>
              <w:rPr>
                <w:b/>
                <w:bCs/>
                <w:color w:val="FFFFFF"/>
                <w:rtl/>
              </w:rPr>
              <w:t>5</w:t>
            </w:r>
          </w:p>
        </w:tc>
        <w:tc>
          <w:tcPr>
            <w:tcW w:type="dxa" w:w="1996"/>
            <w:shd w:val="clear" w:color="auto" w:fill="0f766e"/>
          </w:tcPr>
          <w:p>
            <w:pPr>
              <w:bidi/>
              <w:spacing w:before="0" w:after="40"/>
              <w:jc w:val="both"/>
            </w:pPr>
            <w:r>
              <w:rPr>
                <w:b/>
                <w:bCs/>
                <w:color w:val="FFFFFF"/>
                <w:rtl/>
              </w:rPr>
              <w:t>7</w:t>
            </w:r>
          </w:p>
        </w:tc>
        <w:tc>
          <w:tcPr>
            <w:tcW w:type="dxa" w:w="1996"/>
            <w:shd w:val="clear" w:color="auto" w:fill="0f766e"/>
          </w:tcPr>
          <w:p>
            <w:pPr>
              <w:bidi/>
              <w:spacing w:before="0" w:after="40"/>
              <w:jc w:val="both"/>
            </w:pPr>
            <w:r>
              <w:rPr>
                <w:b/>
                <w:bCs/>
                <w:color w:val="FFFFFF"/>
                <w:rtl/>
              </w:rPr>
              <w:t>10</w:t>
            </w:r>
          </w:p>
        </w:tc>
      </w:tr>
      <w:tr>
        <w:tc>
          <w:tcPr>
            <w:tcW w:type="dxa" w:w="1996"/>
          </w:tcPr>
          <w:p>
            <w:pPr>
              <w:bidi/>
              <w:spacing w:before="0" w:after="40"/>
              <w:jc w:val="both"/>
            </w:pPr>
            <w:r>
              <w:rPr>
                <w:rtl/>
              </w:rPr>
              <w:t>2</w:t>
            </w:r>
          </w:p>
        </w:tc>
        <w:tc>
          <w:tcPr>
            <w:tcW w:type="dxa" w:w="1996"/>
          </w:tcPr>
          <w:p>
            <w:pPr>
              <w:bidi/>
              <w:spacing w:before="0" w:after="40"/>
              <w:jc w:val="both"/>
            </w:pPr>
            <w:r>
              <w:rPr>
                <w:rtl/>
              </w:rPr>
            </w:r>
          </w:p>
        </w:tc>
        <w:tc>
          <w:tcPr>
            <w:tcW w:type="dxa" w:w="1996"/>
          </w:tcPr>
          <w:p>
            <w:pPr>
              <w:bidi/>
              <w:spacing w:before="0" w:after="40"/>
              <w:jc w:val="both"/>
            </w:pPr>
            <w:r>
              <w:rPr>
                <w:rtl/>
              </w:rPr>
            </w:r>
          </w:p>
        </w:tc>
        <w:tc>
          <w:tcPr>
            <w:tcW w:type="dxa" w:w="1996"/>
          </w:tcPr>
          <w:p>
            <w:pPr>
              <w:bidi/>
              <w:spacing w:before="0" w:after="40"/>
              <w:jc w:val="both"/>
            </w:pPr>
            <w:r>
              <w:rPr>
                <w:rtl/>
              </w:rPr>
            </w:r>
          </w:p>
        </w:tc>
        <w:tc>
          <w:tcPr>
            <w:tcW w:type="dxa" w:w="1996"/>
          </w:tcPr>
          <w:p>
            <w:pPr>
              <w:bidi/>
              <w:spacing w:before="0" w:after="40"/>
              <w:jc w:val="both"/>
            </w:pPr>
            <w:r>
              <w:rPr>
                <w:rtl/>
              </w:rPr>
            </w:r>
          </w:p>
        </w:tc>
      </w:tr>
      <w:tr>
        <w:tc>
          <w:tcPr>
            <w:tcW w:type="dxa" w:w="1996"/>
          </w:tcPr>
          <w:p>
            <w:pPr>
              <w:bidi/>
              <w:spacing w:before="0" w:after="40"/>
              <w:jc w:val="both"/>
            </w:pPr>
            <w:r>
              <w:rPr>
                <w:rtl/>
              </w:rPr>
              <w:t>5</w:t>
            </w:r>
          </w:p>
        </w:tc>
        <w:tc>
          <w:tcPr>
            <w:tcW w:type="dxa" w:w="1996"/>
          </w:tcPr>
          <w:p>
            <w:pPr>
              <w:bidi/>
              <w:spacing w:before="0" w:after="40"/>
              <w:jc w:val="both"/>
            </w:pPr>
            <w:r>
              <w:rPr>
                <w:rtl/>
              </w:rPr>
            </w:r>
          </w:p>
        </w:tc>
        <w:tc>
          <w:tcPr>
            <w:tcW w:type="dxa" w:w="1996"/>
          </w:tcPr>
          <w:p>
            <w:pPr>
              <w:bidi/>
              <w:spacing w:before="0" w:after="40"/>
              <w:jc w:val="both"/>
            </w:pPr>
            <w:r>
              <w:rPr>
                <w:rtl/>
              </w:rPr>
            </w:r>
          </w:p>
        </w:tc>
        <w:tc>
          <w:tcPr>
            <w:tcW w:type="dxa" w:w="1996"/>
          </w:tcPr>
          <w:p>
            <w:pPr>
              <w:bidi/>
              <w:spacing w:before="0" w:after="40"/>
              <w:jc w:val="both"/>
            </w:pPr>
            <w:r>
              <w:rPr>
                <w:rtl/>
              </w:rPr>
            </w:r>
          </w:p>
        </w:tc>
        <w:tc>
          <w:tcPr>
            <w:tcW w:type="dxa" w:w="1996"/>
          </w:tcPr>
          <w:p>
            <w:pPr>
              <w:bidi/>
              <w:spacing w:before="0" w:after="40"/>
              <w:jc w:val="both"/>
            </w:pPr>
            <w:r>
              <w:rPr>
                <w:rtl/>
              </w:rPr>
            </w:r>
          </w:p>
        </w:tc>
      </w:tr>
      <w:tr>
        <w:tc>
          <w:tcPr>
            <w:tcW w:type="dxa" w:w="1996"/>
          </w:tcPr>
          <w:p>
            <w:pPr>
              <w:bidi/>
              <w:spacing w:before="0" w:after="40"/>
              <w:jc w:val="both"/>
            </w:pPr>
            <w:r>
              <w:rPr>
                <w:rtl/>
              </w:rPr>
              <w:t>7</w:t>
            </w:r>
          </w:p>
        </w:tc>
        <w:tc>
          <w:tcPr>
            <w:tcW w:type="dxa" w:w="1996"/>
          </w:tcPr>
          <w:p>
            <w:pPr>
              <w:bidi/>
              <w:spacing w:before="0" w:after="40"/>
              <w:jc w:val="both"/>
            </w:pPr>
            <w:r>
              <w:rPr>
                <w:rtl/>
              </w:rPr>
            </w:r>
          </w:p>
        </w:tc>
        <w:tc>
          <w:tcPr>
            <w:tcW w:type="dxa" w:w="1996"/>
          </w:tcPr>
          <w:p>
            <w:pPr>
              <w:bidi/>
              <w:spacing w:before="0" w:after="40"/>
              <w:jc w:val="both"/>
            </w:pPr>
            <w:r>
              <w:rPr>
                <w:rtl/>
              </w:rPr>
            </w:r>
          </w:p>
        </w:tc>
        <w:tc>
          <w:tcPr>
            <w:tcW w:type="dxa" w:w="1996"/>
          </w:tcPr>
          <w:p>
            <w:pPr>
              <w:bidi/>
              <w:spacing w:before="0" w:after="40"/>
              <w:jc w:val="both"/>
            </w:pPr>
            <w:r>
              <w:rPr>
                <w:rtl/>
              </w:rPr>
            </w:r>
          </w:p>
        </w:tc>
        <w:tc>
          <w:tcPr>
            <w:tcW w:type="dxa" w:w="1996"/>
          </w:tcPr>
          <w:p>
            <w:pPr>
              <w:bidi/>
              <w:spacing w:before="0" w:after="40"/>
              <w:jc w:val="both"/>
            </w:pPr>
            <w:r>
              <w:rPr>
                <w:rtl/>
              </w:rPr>
            </w:r>
          </w:p>
        </w:tc>
      </w:tr>
      <w:tr>
        <w:tc>
          <w:tcPr>
            <w:tcW w:type="dxa" w:w="1996"/>
          </w:tcPr>
          <w:p>
            <w:pPr>
              <w:bidi/>
              <w:spacing w:before="0" w:after="40"/>
              <w:jc w:val="both"/>
            </w:pPr>
            <w:r>
              <w:rPr>
                <w:rtl/>
              </w:rPr>
              <w:t>9</w:t>
            </w:r>
          </w:p>
        </w:tc>
        <w:tc>
          <w:tcPr>
            <w:tcW w:type="dxa" w:w="1996"/>
          </w:tcPr>
          <w:p>
            <w:pPr>
              <w:bidi/>
              <w:spacing w:before="0" w:after="40"/>
              <w:jc w:val="both"/>
            </w:pPr>
            <w:r>
              <w:rPr>
                <w:rtl/>
              </w:rPr>
            </w:r>
          </w:p>
        </w:tc>
        <w:tc>
          <w:tcPr>
            <w:tcW w:type="dxa" w:w="1996"/>
          </w:tcPr>
          <w:p>
            <w:pPr>
              <w:bidi/>
              <w:spacing w:before="0" w:after="40"/>
              <w:jc w:val="both"/>
            </w:pPr>
            <w:r>
              <w:rPr>
                <w:rtl/>
              </w:rPr>
            </w:r>
          </w:p>
        </w:tc>
        <w:tc>
          <w:tcPr>
            <w:tcW w:type="dxa" w:w="1996"/>
          </w:tcPr>
          <w:p>
            <w:pPr>
              <w:bidi/>
              <w:spacing w:before="0" w:after="40"/>
              <w:jc w:val="both"/>
            </w:pPr>
            <w:r>
              <w:rPr>
                <w:rtl/>
              </w:rPr>
            </w:r>
          </w:p>
        </w:tc>
        <w:tc>
          <w:tcPr>
            <w:tcW w:type="dxa" w:w="1996"/>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[קל] השלימו את המספר החסר.</w:t>
      </w:r>
    </w:p>
    <w:p>
      <w:pPr>
        <w:bidi/>
        <w:spacing w:before="0" w:after="60"/>
        <w:jc w:val="both"/>
      </w:pPr>
      <w:r>
        <w:rPr>
          <w:rtl/>
        </w:rPr>
        <w:t>א. ‪8 × __________ = 32‬</w:t>
      </w:r>
    </w:p>
    <w:p>
      <w:pPr>
        <w:bidi/>
        <w:spacing w:before="0" w:after="60"/>
        <w:jc w:val="both"/>
      </w:pPr>
      <w:r>
        <w:rPr>
          <w:rtl/>
        </w:rPr>
        <w:t>ב. ‪__________ × 7 = 42‬</w:t>
      </w:r>
    </w:p>
    <w:p>
      <w:pPr>
        <w:bidi/>
        <w:spacing w:before="0" w:after="60"/>
        <w:jc w:val="both"/>
      </w:pPr>
      <w:r>
        <w:rPr>
          <w:rtl/>
        </w:rPr>
        <w:t>ג. ‪6 × __________ = 0‬</w:t>
      </w:r>
    </w:p>
    <w:p>
      <w:pPr>
        <w:bidi/>
        <w:spacing w:before="0" w:after="60"/>
        <w:jc w:val="both"/>
      </w:pPr>
      <w:r>
        <w:rPr>
          <w:rtl/>
        </w:rPr>
        <w:t>ד. ‪__________ × 1 = 7‬</w:t>
      </w:r>
    </w:p>
    <w:p>
      <w:pPr>
        <w:bidi/>
        <w:spacing w:before="0" w:after="60"/>
        <w:jc w:val="both"/>
      </w:pPr>
      <w:r>
        <w:rPr>
          <w:rtl/>
        </w:rPr>
        <w:t>ה. ‪9 × __________ = 54‬</w:t>
      </w:r>
    </w:p>
    <w:p>
      <w:pPr>
        <w:bidi/>
        <w:spacing w:before="0" w:after="60"/>
        <w:jc w:val="both"/>
      </w:pPr>
      <w:r>
        <w:rPr>
          <w:rtl/>
        </w:rPr>
        <w:t>ו. ‪__________ × 5 = 45‬</w:t>
      </w:r>
    </w:p>
    <w:p>
      <w:pPr>
        <w:bidi/>
        <w:spacing w:before="160" w:after="60"/>
        <w:jc w:val="both"/>
      </w:pPr>
      <w:r>
        <w:rPr>
          <w:b/>
          <w:bCs/>
          <w:sz w:val="26"/>
          <w:szCs w:val="26"/>
          <w:rtl/>
        </w:rPr>
        <w:t>4. [קל] השתמשו בחוק החילוף והשלימו.</w:t>
      </w:r>
    </w:p>
    <w:p>
      <w:pPr>
        <w:bidi/>
        <w:spacing w:before="0" w:after="60"/>
        <w:jc w:val="both"/>
      </w:pPr>
      <w:r>
        <w:rPr>
          <w:rtl/>
        </w:rPr>
        <w:t>א. ‪6 × 9 = 9 × __________‬</w:t>
      </w:r>
    </w:p>
    <w:p>
      <w:pPr>
        <w:bidi/>
        <w:spacing w:before="0" w:after="60"/>
        <w:jc w:val="both"/>
      </w:pPr>
      <w:r>
        <w:rPr>
          <w:rtl/>
        </w:rPr>
        <w:t>ב. ‪7 × 4 = __________ × 7‬</w:t>
      </w:r>
    </w:p>
    <w:p>
      <w:pPr>
        <w:bidi/>
        <w:spacing w:before="0" w:after="60"/>
        <w:jc w:val="both"/>
      </w:pPr>
      <w:r>
        <w:rPr>
          <w:rtl/>
        </w:rPr>
        <w:t>ג. ‪3 × 8 = 8 × __________‬</w:t>
      </w:r>
    </w:p>
    <w:p>
      <w:pPr>
        <w:bidi/>
        <w:spacing w:before="0" w:after="60"/>
        <w:jc w:val="both"/>
      </w:pPr>
      <w:r>
        <w:rPr>
          <w:rtl/>
        </w:rPr>
        <w:t>ד. ‪10 × 5 = __________ × 10‬</w:t>
      </w:r>
    </w:p>
    <w:p>
      <w:pPr>
        <w:bidi/>
        <w:spacing w:before="160" w:after="60"/>
        <w:jc w:val="both"/>
      </w:pPr>
      <w:r>
        <w:rPr>
          <w:b/>
          <w:bCs/>
          <w:sz w:val="26"/>
          <w:szCs w:val="26"/>
          <w:rtl/>
        </w:rPr>
        <w:t>5. [קל] התאימו לכל תרגיל את המכפלה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‪7 × 8‬</w:t>
            </w:r>
          </w:p>
        </w:tc>
        <w:tc>
          <w:tcPr>
            <w:tcW w:type="dxa" w:w="4989"/>
          </w:tcPr>
          <w:p>
            <w:pPr>
              <w:bidi/>
              <w:spacing w:before="0" w:after="40"/>
              <w:jc w:val="both"/>
            </w:pPr>
            <w:r>
              <w:rPr>
                <w:rtl/>
              </w:rPr>
              <w:t>[   ] 54</w:t>
            </w:r>
          </w:p>
        </w:tc>
      </w:tr>
      <w:tr>
        <w:tc>
          <w:tcPr>
            <w:tcW w:type="dxa" w:w="4989"/>
          </w:tcPr>
          <w:p>
            <w:pPr>
              <w:bidi/>
              <w:spacing w:before="0" w:after="40"/>
              <w:jc w:val="both"/>
            </w:pPr>
            <w:r>
              <w:rPr>
                <w:rtl/>
              </w:rPr>
              <w:t>2. ‪6 × 7‬</w:t>
            </w:r>
          </w:p>
        </w:tc>
        <w:tc>
          <w:tcPr>
            <w:tcW w:type="dxa" w:w="4989"/>
          </w:tcPr>
          <w:p>
            <w:pPr>
              <w:bidi/>
              <w:spacing w:before="0" w:after="40"/>
              <w:jc w:val="both"/>
            </w:pPr>
            <w:r>
              <w:rPr>
                <w:rtl/>
              </w:rPr>
              <w:t>[   ] 45</w:t>
            </w:r>
          </w:p>
        </w:tc>
      </w:tr>
      <w:tr>
        <w:tc>
          <w:tcPr>
            <w:tcW w:type="dxa" w:w="4989"/>
          </w:tcPr>
          <w:p>
            <w:pPr>
              <w:bidi/>
              <w:spacing w:before="0" w:after="40"/>
              <w:jc w:val="both"/>
            </w:pPr>
            <w:r>
              <w:rPr>
                <w:rtl/>
              </w:rPr>
              <w:t>3. ‪9 × 6‬</w:t>
            </w:r>
          </w:p>
        </w:tc>
        <w:tc>
          <w:tcPr>
            <w:tcW w:type="dxa" w:w="4989"/>
          </w:tcPr>
          <w:p>
            <w:pPr>
              <w:bidi/>
              <w:spacing w:before="0" w:after="40"/>
              <w:jc w:val="both"/>
            </w:pPr>
            <w:r>
              <w:rPr>
                <w:rtl/>
              </w:rPr>
              <w:t>[   ] 56</w:t>
            </w:r>
          </w:p>
        </w:tc>
      </w:tr>
      <w:tr>
        <w:tc>
          <w:tcPr>
            <w:tcW w:type="dxa" w:w="4989"/>
          </w:tcPr>
          <w:p>
            <w:pPr>
              <w:bidi/>
              <w:spacing w:before="0" w:after="40"/>
              <w:jc w:val="both"/>
            </w:pPr>
            <w:r>
              <w:rPr>
                <w:rtl/>
              </w:rPr>
              <w:t>4. ‪8 × 4‬</w:t>
            </w:r>
          </w:p>
        </w:tc>
        <w:tc>
          <w:tcPr>
            <w:tcW w:type="dxa" w:w="4989"/>
          </w:tcPr>
          <w:p>
            <w:pPr>
              <w:bidi/>
              <w:spacing w:before="0" w:after="40"/>
              <w:jc w:val="both"/>
            </w:pPr>
            <w:r>
              <w:rPr>
                <w:rtl/>
              </w:rPr>
              <w:t>[   ] 32</w:t>
            </w:r>
          </w:p>
        </w:tc>
      </w:tr>
      <w:tr>
        <w:tc>
          <w:tcPr>
            <w:tcW w:type="dxa" w:w="4989"/>
          </w:tcPr>
          <w:p>
            <w:pPr>
              <w:bidi/>
              <w:spacing w:before="0" w:after="40"/>
              <w:jc w:val="both"/>
            </w:pPr>
            <w:r>
              <w:rPr>
                <w:rtl/>
              </w:rPr>
              <w:t>5. ‪5 × 9‬</w:t>
            </w:r>
          </w:p>
        </w:tc>
        <w:tc>
          <w:tcPr>
            <w:tcW w:type="dxa" w:w="4989"/>
          </w:tcPr>
          <w:p>
            <w:pPr>
              <w:bidi/>
              <w:spacing w:before="0" w:after="40"/>
              <w:jc w:val="both"/>
            </w:pPr>
            <w:r>
              <w:rPr>
                <w:rtl/>
              </w:rPr>
              <w:t>[   ] 42</w:t>
            </w:r>
          </w:p>
        </w:tc>
      </w:tr>
      <w:tr>
        <w:tc>
          <w:tcPr>
            <w:tcW w:type="dxa" w:w="4989"/>
          </w:tcPr>
          <w:p>
            <w:pPr>
              <w:bidi/>
              <w:spacing w:before="0" w:after="40"/>
              <w:jc w:val="both"/>
            </w:pPr>
            <w:r>
              <w:rPr>
                <w:rtl/>
              </w:rPr>
              <w:t>6. ‪3 × 3‬</w:t>
            </w:r>
          </w:p>
        </w:tc>
        <w:tc>
          <w:tcPr>
            <w:tcW w:type="dxa" w:w="4989"/>
          </w:tcPr>
          <w:p>
            <w:pPr>
              <w:bidi/>
              <w:spacing w:before="0" w:after="40"/>
              <w:jc w:val="both"/>
            </w:pPr>
            <w:r>
              <w:rPr>
                <w:rtl/>
              </w:rPr>
              <w:t>[   ] 9</w:t>
            </w:r>
          </w:p>
        </w:tc>
      </w:tr>
    </w:tbl>
    <w:p>
      <w:pPr>
        <w:bidi/>
        <w:spacing w:before="0" w:after="40"/>
        <w:jc w:val="both"/>
      </w:pPr>
    </w:p>
    <w:p>
      <w:pPr>
        <w:bidi/>
        <w:spacing w:before="160" w:after="60"/>
        <w:jc w:val="both"/>
      </w:pPr>
      <w:r>
        <w:rPr>
          <w:b/>
          <w:bCs/>
          <w:sz w:val="26"/>
          <w:szCs w:val="26"/>
          <w:rtl/>
        </w:rPr>
        <w:t>6. [בינוני] נכון או לא נכון?</w:t>
      </w:r>
    </w:p>
    <w:p>
      <w:pPr>
        <w:bidi/>
        <w:spacing w:before="0" w:after="60"/>
        <w:jc w:val="both"/>
      </w:pPr>
      <w:r>
        <w:rPr>
          <w:rtl/>
        </w:rPr>
        <w:t>א. כל מספר כפול 1 שווה לעצמו.      נכון / לא נכון</w:t>
      </w:r>
    </w:p>
    <w:p>
      <w:pPr>
        <w:bidi/>
        <w:spacing w:before="0" w:after="60"/>
        <w:jc w:val="both"/>
      </w:pPr>
      <w:r>
        <w:rPr>
          <w:rtl/>
        </w:rPr>
        <w:t>ב. ‪0 × 5 = 5 × 0‬      נכון / לא נכון</w:t>
      </w:r>
    </w:p>
    <w:p>
      <w:pPr>
        <w:bidi/>
        <w:spacing w:before="0" w:after="60"/>
        <w:jc w:val="both"/>
      </w:pPr>
      <w:r>
        <w:rPr>
          <w:rtl/>
        </w:rPr>
        <w:t>ג. ‪4 × 9 = 32‬      נכון / לא נכון</w:t>
      </w:r>
    </w:p>
    <w:p>
      <w:pPr>
        <w:bidi/>
        <w:spacing w:before="0" w:after="60"/>
        <w:jc w:val="both"/>
      </w:pPr>
      <w:r>
        <w:rPr>
          <w:rtl/>
        </w:rPr>
        <w:t>ד. כל המכפלות בעמודת ה-5 נגמרות ב-0 או ב-5.      נכון / לא נכון</w:t>
      </w:r>
    </w:p>
    <w:p>
      <w:pPr>
        <w:bidi/>
        <w:spacing w:before="160" w:after="60"/>
        <w:jc w:val="both"/>
      </w:pPr>
      <w:r>
        <w:rPr>
          <w:b/>
          <w:bCs/>
          <w:sz w:val="26"/>
          <w:szCs w:val="26"/>
          <w:rtl/>
        </w:rPr>
        <w:t>7. [בינוני] מיינו את התרגילים: מכפלה זוגית או אי-זוגית?</w:t>
      </w:r>
    </w:p>
    <w:p>
      <w:pPr>
        <w:bidi/>
        <w:spacing w:before="0" w:after="80"/>
        <w:jc w:val="both"/>
      </w:pPr>
      <w:r>
        <w:rPr>
          <w:color w:val="0F766E"/>
          <w:sz w:val="24"/>
          <w:szCs w:val="24"/>
          <w:rtl/>
        </w:rPr>
        <w:t>המילים: ‪3 × 5‬  |  ‪4 × 7‬  |  ‪7 × 9‬  |  ‪6 × 3‬  |  ‪5 × 5‬  |  ‪8 × 9‬  |  ‪9 × 3‬  |  ‪2 × 7‬</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מכפלה זוגית</w:t>
            </w:r>
          </w:p>
        </w:tc>
        <w:tc>
          <w:tcPr>
            <w:tcW w:type="dxa" w:w="4989"/>
            <w:shd w:val="clear" w:color="auto" w:fill="0f766e"/>
          </w:tcPr>
          <w:p>
            <w:pPr>
              <w:bidi/>
              <w:spacing w:before="0" w:after="40"/>
              <w:jc w:val="both"/>
            </w:pPr>
            <w:r>
              <w:rPr>
                <w:b/>
                <w:bCs/>
                <w:color w:val="FFFFFF"/>
                <w:rtl/>
              </w:rPr>
              <w:t>מכפלה אי-זוגית</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8. [בינוני] בחרו.</w:t>
      </w:r>
    </w:p>
    <w:p>
      <w:pPr>
        <w:bidi/>
        <w:spacing w:before="0" w:after="20"/>
        <w:jc w:val="both"/>
      </w:pPr>
      <w:r>
        <w:rPr>
          <w:rtl/>
        </w:rPr>
        <w:t>א. ‪8 × 6‬ =</w:t>
      </w:r>
    </w:p>
    <w:p>
      <w:pPr>
        <w:bidi/>
        <w:spacing w:before="0" w:after="80"/>
        <w:jc w:val="both"/>
      </w:pPr>
      <w:r>
        <w:rPr>
          <w:rtl/>
        </w:rPr>
        <w:t xml:space="preserve">   ○ 54      ○ 48      ○ 42</w:t>
      </w:r>
    </w:p>
    <w:p>
      <w:pPr>
        <w:bidi/>
        <w:spacing w:before="0" w:after="20"/>
        <w:jc w:val="both"/>
      </w:pPr>
      <w:r>
        <w:rPr>
          <w:rtl/>
        </w:rPr>
        <w:t>ב. איזו מכפלה היא הגדולה ביותר?</w:t>
      </w:r>
    </w:p>
    <w:p>
      <w:pPr>
        <w:bidi/>
        <w:spacing w:before="0" w:after="80"/>
        <w:jc w:val="both"/>
      </w:pPr>
      <w:r>
        <w:rPr>
          <w:rtl/>
        </w:rPr>
        <w:t xml:space="preserve">   ○ ‪7 × 7‬      ○ ‪6 × 8‬      ○ ‪5 × 9‬</w:t>
      </w:r>
    </w:p>
    <w:p>
      <w:pPr>
        <w:bidi/>
        <w:spacing w:before="0" w:after="20"/>
        <w:jc w:val="both"/>
      </w:pPr>
      <w:r>
        <w:rPr>
          <w:rtl/>
        </w:rPr>
        <w:t>ג. ‪___ × 9 = 0‬</w:t>
      </w:r>
    </w:p>
    <w:p>
      <w:pPr>
        <w:bidi/>
        <w:spacing w:before="0" w:after="80"/>
        <w:jc w:val="both"/>
      </w:pPr>
      <w:r>
        <w:rPr>
          <w:rtl/>
        </w:rPr>
        <w:t xml:space="preserve">   ○ 9      ○ 1      ○ 0</w:t>
      </w:r>
    </w:p>
    <w:p>
      <w:pPr>
        <w:bidi/>
        <w:spacing w:before="160" w:after="60"/>
        <w:jc w:val="both"/>
      </w:pPr>
      <w:r>
        <w:rPr>
          <w:b/>
          <w:bCs/>
          <w:sz w:val="26"/>
          <w:szCs w:val="26"/>
          <w:rtl/>
        </w:rPr>
        <w:t>9. [בינוני] הסבירו איך חישבתם: איך עוזר לכם ‪6 × 5 = 30‬ לחשב את ‪6 × 6‬?</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[בינוני] כתבו במשבצות את כל המכפלות בשורת ה-9 (מ-‪1 × 9‬ עד ‪10 × 9)‬. מה אתם מגלים על סכום הספרות?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20" w:after="40"/>
        <w:jc w:val="center"/>
      </w:pPr>
      <w:r>
        <w:rPr>
          <w:rFonts w:ascii="Arial Black" w:hAnsi="Arial Black" w:cs="Arial Black"/>
          <w:b/>
          <w:bCs/>
          <w:color w:val="0F766E"/>
          <w:sz w:val="30"/>
          <w:szCs w:val="30"/>
          <w:rtl/>
        </w:rPr>
        <w:t>בספרייה השכונתית</w:t>
      </w:r>
    </w:p>
    <w:p>
      <w:pPr>
        <w:bidi/>
        <w:spacing w:before="0" w:after="80"/>
        <w:jc w:val="both"/>
      </w:pPr>
      <w:r>
        <w:rPr>
          <w:rtl/>
        </w:rPr>
        <w:t>בספרייה השכונתית יש מדף מיוחד לילדים. על המדף 6 קופסאות, ובכל קופסה 9 ספרי קומיקס. עומר ונועה מתנדבים בספרייה בימי שישי.</w:t>
      </w:r>
    </w:p>
    <w:p>
      <w:pPr>
        <w:bidi/>
        <w:spacing w:before="0" w:after="80"/>
        <w:jc w:val="both"/>
      </w:pPr>
      <w:r>
        <w:rPr>
          <w:rtl/>
        </w:rPr>
        <w:t>הם מדביקים מדבקות על הספרים: על כל ספר 2 מדבקות. ליד המדף עומדות 4 כורסאות, ועל כל כורסה 1 כרית. באחת הקופסאות שבמחסן לא נשאר אף ספר.</w:t>
      </w:r>
    </w:p>
    <w:p>
      <w:pPr>
        <w:bidi/>
        <w:spacing w:before="0" w:after="80"/>
        <w:jc w:val="both"/>
      </w:pPr>
      <w:r>
        <w:rPr>
          <w:rtl/>
        </w:rPr>
        <w:t>בכל יום שישי מגיעים לספרייה ילדים מכל השכונה. הספרנית מקריאה סיפור, ואחר כך כל ילד בוחר ספר ולוקח אותו הביתה לשבוע שלם. עומר ונועה אוהבים לעזור לילדים הקטנים למצוא ספר מתאים.</w:t>
      </w:r>
    </w:p>
    <w:p>
      <w:pPr>
        <w:bidi/>
        <w:spacing w:before="160" w:after="60"/>
        <w:jc w:val="both"/>
      </w:pPr>
      <w:r>
        <w:rPr>
          <w:b/>
          <w:bCs/>
          <w:sz w:val="26"/>
          <w:szCs w:val="26"/>
          <w:rtl/>
        </w:rPr>
        <w:t>11. [בינוני] לפי הסיפור: כמה ספרי קומיקס יש על המדף?</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[בינוני] לפי הסיפור: כמה מדבקות צריך כדי להדביק על 9 ספרים מקופסה אחת?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[בינוני] לפי הסיפור: כמה כריות יש על הכורסאות? איזה כלל של כפל מצאתם כאן?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14. [אתגר] אתגר: איתי חשב מספר מלוח הכפל. כשכופלים אותו ב-7 מקבלים 49, וכשכופלים אותו ב-0 מקבלים 0. מה המספר? ומה יקבל איתי אם יכפול אותו ב-1?</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240" w:after="40"/>
        <w:jc w:val="both"/>
      </w:pPr>
      <w:r>
        <w:rPr>
          <w:rFonts w:ascii="Arial Black" w:hAnsi="Arial Black" w:cs="Arial Black"/>
          <w:b/>
          <w:bCs/>
          <w:color w:val="0F766E"/>
          <w:sz w:val="34"/>
          <w:szCs w:val="34"/>
          <w:rtl/>
        </w:rPr>
        <w:t>📖 בעיות מילוליות</w:t>
      </w:r>
    </w:p>
    <w:p>
      <w:pPr>
        <w:bidi/>
        <w:spacing w:before="0" w:after="80"/>
        <w:jc w:val="both"/>
      </w:pPr>
      <w:r>
        <w:rPr>
          <w:color w:val="5B6476"/>
          <w:sz w:val="22"/>
          <w:szCs w:val="22"/>
          <w:rtl/>
        </w:rPr>
        <w:t>קראו בעיון · כתבו את דרך הפתרון · כתבו תשובה במשפט</w:t>
      </w:r>
    </w:p>
    <w:p>
      <w:pPr>
        <w:bidi/>
        <w:spacing w:before="160" w:after="60"/>
        <w:jc w:val="both"/>
      </w:pPr>
      <w:r>
        <w:rPr>
          <w:b/>
          <w:bCs/>
          <w:sz w:val="26"/>
          <w:szCs w:val="26"/>
          <w:rtl/>
        </w:rPr>
        <w:t>15. [קל] לכל חיפושית יש 6 רגליים. כמה רגליים יש ל-5 חיפושיות?</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16. [קל] בכל קופסה יש 8 טושים. כמה טושים יש ב-4 קופסאות?</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17. [בינוני] עידו קורא 7 עמודים בכל יום. כמה עמודים יקרא ב-9 ימים?</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18. [בינוני] ביום מבצע מחיר כרטיס לגן החיות לתלמיד הוא 1 ₪. כמה ישלמו 27 תלמידים?</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19. [אתגר] בספריית בית הספר יש 5 מדפים ועל כל אחד 8 ספרים, ועוד 3 מדפים ועל כל אחד 9 ספרים. כמה ספרים יש על כל המדפים?</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20. [אתגר] במטע בקיבוץ יש 7 שורות של 8 עצי תפוח, ו-6 שורות של 9 עצי אגס. מאילו עצים יש יותר, ובכמה?</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color w:val="0F766E"/>
          <w:sz w:val="26"/>
          <w:szCs w:val="26"/>
          <w:rtl/>
        </w:rPr>
        <w:t>21. פתרו. גזרו את כרטיסי התרגילים, והדביקו כל תרגיל מתחת לתוצאה שלו.</w:t>
      </w:r>
    </w:p>
    <w:tbl>
      <w:tblPr>
        <w:tblW w:type="auto" w:w="0"/>
        <w:tblLook w:firstColumn="1" w:firstRow="1" w:lastColumn="0" w:lastRow="0" w:noHBand="0" w:noVBand="1" w:val="04A0"/>
        <w:bidiVisual/>
        <w:tblLayout w:type="fixed"/>
      </w:tblPr>
      <w:tblGrid>
        <w:gridCol w:w="3326"/>
        <w:gridCol w:w="3326"/>
        <w:gridCol w:w="3326"/>
      </w:tblGrid>
      <w:tr>
        <w:tc>
          <w:tcPr>
            <w:tcW w:type="dxa" w:w="3288"/>
            <w:tcBorders>
              <w:top w:val="single" w:sz="8" w:color="C9CFDB" w:space="0"/>
              <w:left w:val="single" w:sz="8" w:color="C9CFDB" w:space="0"/>
              <w:bottom w:val="single" w:sz="8" w:color="C9CFDB" w:space="0"/>
              <w:right w:val="single" w:sz="8" w:color="C9CFDB" w:space="0"/>
            </w:tcBorders>
            <w:shd w:val="clear" w:color="auto" w:fill="F1F4F9"/>
            <w:vAlign w:val="center"/>
          </w:tcPr>
          <w:p>
            <w:pPr>
              <w:bidi/>
              <w:spacing w:before="40" w:after="40"/>
              <w:jc w:val="center"/>
            </w:pPr>
            <w:r>
              <w:rPr>
                <w:b/>
                <w:bCs/>
                <w:sz w:val="25"/>
                <w:szCs w:val="25"/>
                <w:rtl/>
              </w:rPr>
              <w:t>12</w:t>
            </w:r>
          </w:p>
        </w:tc>
        <w:tc>
          <w:tcPr>
            <w:tcW w:type="dxa" w:w="3288"/>
            <w:tcBorders>
              <w:top w:val="single" w:sz="8" w:color="C9CFDB" w:space="0"/>
              <w:left w:val="single" w:sz="8" w:color="C9CFDB" w:space="0"/>
              <w:bottom w:val="single" w:sz="8" w:color="C9CFDB" w:space="0"/>
              <w:right w:val="single" w:sz="8" w:color="C9CFDB" w:space="0"/>
            </w:tcBorders>
            <w:shd w:val="clear" w:color="auto" w:fill="F1F4F9"/>
            <w:vAlign w:val="center"/>
          </w:tcPr>
          <w:p>
            <w:pPr>
              <w:bidi/>
              <w:spacing w:before="40" w:after="40"/>
              <w:jc w:val="center"/>
            </w:pPr>
            <w:r>
              <w:rPr>
                <w:b/>
                <w:bCs/>
                <w:sz w:val="25"/>
                <w:szCs w:val="25"/>
                <w:rtl/>
              </w:rPr>
              <w:t>24</w:t>
            </w:r>
          </w:p>
        </w:tc>
        <w:tc>
          <w:tcPr>
            <w:tcW w:type="dxa" w:w="3288"/>
            <w:tcBorders>
              <w:top w:val="single" w:sz="8" w:color="C9CFDB" w:space="0"/>
              <w:left w:val="single" w:sz="8" w:color="C9CFDB" w:space="0"/>
              <w:bottom w:val="single" w:sz="8" w:color="C9CFDB" w:space="0"/>
              <w:right w:val="single" w:sz="8" w:color="C9CFDB" w:space="0"/>
            </w:tcBorders>
            <w:shd w:val="clear" w:color="auto" w:fill="F1F4F9"/>
            <w:vAlign w:val="center"/>
          </w:tcPr>
          <w:p>
            <w:pPr>
              <w:bidi/>
              <w:spacing w:before="40" w:after="40"/>
              <w:jc w:val="center"/>
            </w:pPr>
            <w:r>
              <w:rPr>
                <w:b/>
                <w:bCs/>
                <w:sz w:val="25"/>
                <w:szCs w:val="25"/>
                <w:rtl/>
              </w:rPr>
              <w:t>36</w:t>
            </w:r>
          </w:p>
        </w:tc>
      </w:tr>
      <w:tr>
        <w:trPr>
          <w:trHeight w:val="1360" w:hRule="exact"/>
        </w:trPr>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60" w:hRule="exact"/>
        </w:trPr>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bl>
    <w:p>
      <w:pPr>
        <w:bidi/>
        <w:spacing w:before="0" w:after="40"/>
        <w:jc w:val="both"/>
      </w:pPr>
    </w:p>
    <w:p>
      <w:pPr>
        <w:bidi/>
        <w:spacing w:before="160" w:after="60"/>
        <w:jc w:val="both"/>
      </w:pPr>
      <w:r>
        <w:rPr>
          <w:b/>
          <w:bCs/>
          <w:color w:val="0F766E"/>
          <w:sz w:val="26"/>
          <w:szCs w:val="26"/>
          <w:rtl/>
        </w:rPr>
        <w:t>22. מתחו קו מכל תרגיל אל התוצאה שלו.</w:t>
      </w:r>
    </w:p>
    <w:tbl>
      <w:tblPr>
        <w:tblW w:type="auto" w:w="0"/>
        <w:tblLook w:firstColumn="1" w:firstRow="1" w:lastColumn="0" w:lastRow="0" w:noHBand="0" w:noVBand="1" w:val="04A0"/>
        <w:bidiVisual/>
        <w:tblLayout w:type="fixed"/>
      </w:tblPr>
      <w:tblGrid>
        <w:gridCol w:w="1996"/>
        <w:gridCol w:w="1996"/>
        <w:gridCol w:w="1996"/>
        <w:gridCol w:w="1996"/>
        <w:gridCol w:w="1996"/>
      </w:tblGrid>
      <w:tr>
        <w:tc>
          <w:tcPr>
            <w:tcW w:type="dxa" w:w="3515"/>
            <w:vAlign w:val="center"/>
          </w:tcPr>
          <w:p>
            <w:pPr>
              <w:bidi/>
              <w:spacing w:before="80" w:after="80"/>
              <w:jc w:val="both"/>
            </w:pPr>
            <w:r>
              <w:rPr>
                <w:sz w:val="25"/>
                <w:szCs w:val="25"/>
                <w:rtl/>
              </w:rPr>
              <w:t>1. ‪7 × 8‬</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א. 64</w:t>
            </w:r>
          </w:p>
        </w:tc>
      </w:tr>
      <w:tr>
        <w:tc>
          <w:tcPr>
            <w:tcW w:type="dxa" w:w="3515"/>
            <w:vAlign w:val="center"/>
          </w:tcPr>
          <w:p>
            <w:pPr>
              <w:bidi/>
              <w:spacing w:before="80" w:after="80"/>
              <w:jc w:val="both"/>
            </w:pPr>
            <w:r>
              <w:rPr>
                <w:sz w:val="25"/>
                <w:szCs w:val="25"/>
                <w:rtl/>
              </w:rPr>
              <w:t>2. ‪6 × 9‬</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ב. 56</w:t>
            </w:r>
          </w:p>
        </w:tc>
      </w:tr>
      <w:tr>
        <w:tc>
          <w:tcPr>
            <w:tcW w:type="dxa" w:w="3515"/>
            <w:vAlign w:val="center"/>
          </w:tcPr>
          <w:p>
            <w:pPr>
              <w:bidi/>
              <w:spacing w:before="80" w:after="80"/>
              <w:jc w:val="both"/>
            </w:pPr>
            <w:r>
              <w:rPr>
                <w:sz w:val="25"/>
                <w:szCs w:val="25"/>
                <w:rtl/>
              </w:rPr>
              <w:t>3. ‪9 × 1‬</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ג. 54</w:t>
            </w:r>
          </w:p>
        </w:tc>
      </w:tr>
      <w:tr>
        <w:tc>
          <w:tcPr>
            <w:tcW w:type="dxa" w:w="3515"/>
            <w:vAlign w:val="center"/>
          </w:tcPr>
          <w:p>
            <w:pPr>
              <w:bidi/>
              <w:spacing w:before="80" w:after="80"/>
              <w:jc w:val="both"/>
            </w:pPr>
            <w:r>
              <w:rPr>
                <w:sz w:val="25"/>
                <w:szCs w:val="25"/>
                <w:rtl/>
              </w:rPr>
              <w:t>4. ‪5 × 0‬</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ד. 0</w:t>
            </w:r>
          </w:p>
        </w:tc>
      </w:tr>
      <w:tr>
        <w:tc>
          <w:tcPr>
            <w:tcW w:type="dxa" w:w="3515"/>
            <w:vAlign w:val="center"/>
          </w:tcPr>
          <w:p>
            <w:pPr>
              <w:bidi/>
              <w:spacing w:before="80" w:after="80"/>
              <w:jc w:val="both"/>
            </w:pPr>
            <w:r>
              <w:rPr>
                <w:sz w:val="25"/>
                <w:szCs w:val="25"/>
                <w:rtl/>
              </w:rPr>
              <w:t>5. ‪8 × 8‬</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ה. 9</w:t>
            </w:r>
          </w:p>
        </w:tc>
      </w:tr>
    </w:tbl>
    <w:p>
      <w:pPr>
        <w:bidi/>
        <w:spacing w:before="0" w:after="40"/>
        <w:jc w:val="both"/>
      </w:pPr>
    </w:p>
    <w:p>
      <w:pPr>
        <w:bidi/>
        <w:spacing w:before="0" w:after="80"/>
        <w:jc w:val="both"/>
      </w:pPr>
      <w:r>
        <w:br w:type="page"/>
      </w:r>
    </w:p>
    <w:p>
      <w:pPr>
        <w:bidi/>
        <w:spacing w:before="0" w:after="120"/>
        <w:jc w:val="both"/>
      </w:pPr>
      <w:r>
        <w:rPr>
          <w:rFonts w:ascii="Arial" w:hAnsi="Arial" w:cs="Arial"/>
          <w:color w:val="5B6476"/>
          <w:sz w:val="20"/>
          <w:szCs w:val="20"/>
          <w:rtl/>
        </w:rPr>
        <w:t>מתמטיקה · כיתה ג'   |   פרק 3</w:t>
      </w:r>
    </w:p>
    <w:p>
      <w:pPr>
        <w:bidi/>
        <w:spacing w:before="0" w:after="120"/>
        <w:jc w:val="both"/>
      </w:pPr>
      <w:r>
        <w:rPr>
          <w:rFonts w:ascii="Arial Black" w:hAnsi="Arial Black" w:cs="Arial Black"/>
          <w:b/>
          <w:bCs/>
          <w:color w:val="0F766E"/>
          <w:sz w:val="44"/>
          <w:szCs w:val="44"/>
          <w:rtl/>
        </w:rPr>
        <w:t>פרק 3: החילוק: חלוקה שווה והקשר בין כפל לחילוק</w:t>
      </w:r>
    </w:p>
    <w:p>
      <w:pPr>
        <w:bidi/>
        <w:spacing w:before="0" w:after="80"/>
        <w:jc w:val="center"/>
      </w:pPr>
      <w:r>
        <w:drawing>
          <wp:inline xmlns:a="http://schemas.openxmlformats.org/drawingml/2006/main" xmlns:pic="http://schemas.openxmlformats.org/drawingml/2006/picture">
            <wp:extent cx="3240000" cy="2160000"/>
            <wp:docPr id="4" name="Picture 4"/>
            <wp:cNvGraphicFramePr>
              <a:graphicFrameLocks noChangeAspect="1"/>
            </wp:cNvGraphicFramePr>
            <a:graphic>
              <a:graphicData uri="http://schemas.openxmlformats.org/drawingml/2006/picture">
                <pic:pic>
                  <pic:nvPicPr>
                    <pic:cNvPr id="0" name="math_g3_t03.jpg"/>
                    <pic:cNvPicPr/>
                  </pic:nvPicPr>
                  <pic:blipFill>
                    <a:blip r:embed="rId13"/>
                    <a:stretch>
                      <a:fillRect/>
                    </a:stretch>
                  </pic:blipFill>
                  <pic:spPr>
                    <a:xfrm>
                      <a:off x="0" y="0"/>
                      <a:ext cx="3240000" cy="2160000"/>
                    </a:xfrm>
                    <a:prstGeom prst="rect"/>
                  </pic:spPr>
                </pic:pic>
              </a:graphicData>
            </a:graphic>
          </wp:inline>
        </w:drawing>
      </w:r>
    </w:p>
    <w:p>
      <w:pPr>
        <w:bidi/>
        <w:spacing w:before="120" w:after="40"/>
        <w:jc w:val="both"/>
      </w:pPr>
      <w:r>
        <w:rPr>
          <w:rFonts w:ascii="Arial Black" w:hAnsi="Arial Black" w:cs="Arial Black"/>
          <w:b/>
          <w:bCs/>
          <w:color w:val="0F766E"/>
          <w:sz w:val="28"/>
          <w:szCs w:val="28"/>
          <w:rtl/>
        </w:rPr>
        <w:t>◆ שני סוגים של שאלות חילוק</w:t>
      </w:r>
    </w:p>
    <w:p>
      <w:pPr>
        <w:bidi/>
        <w:spacing w:before="0" w:after="20"/>
        <w:jc w:val="both"/>
      </w:pPr>
      <w:r>
        <w:rPr>
          <w:rtl/>
        </w:rPr>
        <w:t>1. חלוקה שווה: 12 עוגיות ל-3 ילדים. כמה לכל ילד? ‪12 : 3 = 4‬.</w:t>
      </w:r>
    </w:p>
    <w:p>
      <w:pPr>
        <w:bidi/>
        <w:spacing w:before="0" w:after="20"/>
        <w:jc w:val="both"/>
      </w:pPr>
      <w:r>
        <w:rPr>
          <w:rtl/>
        </w:rPr>
        <w:t>2. כמה קבוצות: 12 עוגיות, 4 בכל שקית. כמה שקיות? ‪12 : 4 = 3‬.</w:t>
      </w:r>
    </w:p>
    <w:p>
      <w:pPr>
        <w:bidi/>
        <w:spacing w:before="120" w:after="40"/>
        <w:jc w:val="both"/>
      </w:pPr>
      <w:r>
        <w:rPr>
          <w:rFonts w:ascii="Arial Black" w:hAnsi="Arial Black" w:cs="Arial Black"/>
          <w:b/>
          <w:bCs/>
          <w:color w:val="0F766E"/>
          <w:sz w:val="28"/>
          <w:szCs w:val="28"/>
          <w:rtl/>
        </w:rPr>
        <w:t>◆ שמות בתרגיל החילוק</w:t>
      </w:r>
    </w:p>
    <w:tbl>
      <w:tblPr>
        <w:tblStyle w:val="TableGrid"/>
        <w:tblW w:type="auto" w:w="0"/>
        <w:tblLook w:firstColumn="1" w:firstRow="1" w:lastColumn="0" w:lastRow="0" w:noHBand="0" w:noVBand="1" w:val="04A0"/>
        <w:bidiVisual/>
      </w:tblPr>
      <w:tblGrid>
        <w:gridCol w:w="1996"/>
        <w:gridCol w:w="1996"/>
        <w:gridCol w:w="1996"/>
        <w:gridCol w:w="1996"/>
        <w:gridCol w:w="1996"/>
      </w:tblGrid>
      <w:tr>
        <w:tc>
          <w:tcPr>
            <w:tcW w:type="dxa" w:w="1996"/>
            <w:shd w:val="clear" w:color="auto" w:fill="0f766e"/>
          </w:tcPr>
          <w:p>
            <w:pPr>
              <w:bidi/>
              <w:spacing w:before="0" w:after="40"/>
              <w:jc w:val="both"/>
            </w:pPr>
            <w:r>
              <w:rPr>
                <w:b/>
                <w:bCs/>
                <w:color w:val="FFFFFF"/>
                <w:rtl/>
              </w:rPr>
              <w:t>מחולק</w:t>
            </w:r>
          </w:p>
        </w:tc>
        <w:tc>
          <w:tcPr>
            <w:tcW w:type="dxa" w:w="1996"/>
            <w:shd w:val="clear" w:color="auto" w:fill="0f766e"/>
          </w:tcPr>
          <w:p>
            <w:pPr>
              <w:bidi/>
              <w:spacing w:before="0" w:after="40"/>
              <w:jc w:val="both"/>
            </w:pPr>
            <w:r>
              <w:rPr>
                <w:b/>
                <w:bCs/>
                <w:color w:val="FFFFFF"/>
                <w:rtl/>
              </w:rPr>
              <w:t>:</w:t>
            </w:r>
          </w:p>
        </w:tc>
        <w:tc>
          <w:tcPr>
            <w:tcW w:type="dxa" w:w="1996"/>
            <w:shd w:val="clear" w:color="auto" w:fill="0f766e"/>
          </w:tcPr>
          <w:p>
            <w:pPr>
              <w:bidi/>
              <w:spacing w:before="0" w:after="40"/>
              <w:jc w:val="both"/>
            </w:pPr>
            <w:r>
              <w:rPr>
                <w:b/>
                <w:bCs/>
                <w:color w:val="FFFFFF"/>
                <w:rtl/>
              </w:rPr>
              <w:t>מחלק</w:t>
            </w:r>
          </w:p>
        </w:tc>
        <w:tc>
          <w:tcPr>
            <w:tcW w:type="dxa" w:w="1996"/>
            <w:shd w:val="clear" w:color="auto" w:fill="0f766e"/>
          </w:tcPr>
          <w:p>
            <w:pPr>
              <w:bidi/>
              <w:spacing w:before="0" w:after="40"/>
              <w:jc w:val="both"/>
            </w:pPr>
            <w:r>
              <w:rPr>
                <w:b/>
                <w:bCs/>
                <w:color w:val="FFFFFF"/>
                <w:rtl/>
              </w:rPr>
              <w:t>=</w:t>
            </w:r>
          </w:p>
        </w:tc>
        <w:tc>
          <w:tcPr>
            <w:tcW w:type="dxa" w:w="1996"/>
            <w:shd w:val="clear" w:color="auto" w:fill="0f766e"/>
          </w:tcPr>
          <w:p>
            <w:pPr>
              <w:bidi/>
              <w:spacing w:before="0" w:after="40"/>
              <w:jc w:val="both"/>
            </w:pPr>
            <w:r>
              <w:rPr>
                <w:b/>
                <w:bCs/>
                <w:color w:val="FFFFFF"/>
                <w:rtl/>
              </w:rPr>
              <w:t>מנה</w:t>
            </w:r>
          </w:p>
        </w:tc>
      </w:tr>
      <w:tr>
        <w:tc>
          <w:tcPr>
            <w:tcW w:type="dxa" w:w="1996"/>
          </w:tcPr>
          <w:p>
            <w:pPr>
              <w:bidi/>
              <w:spacing w:before="0" w:after="40"/>
              <w:jc w:val="both"/>
            </w:pPr>
            <w:r>
              <w:rPr>
                <w:rtl/>
              </w:rPr>
              <w:t>35</w:t>
            </w:r>
          </w:p>
        </w:tc>
        <w:tc>
          <w:tcPr>
            <w:tcW w:type="dxa" w:w="1996"/>
          </w:tcPr>
          <w:p>
            <w:pPr>
              <w:bidi/>
              <w:spacing w:before="0" w:after="40"/>
              <w:jc w:val="both"/>
            </w:pPr>
            <w:r>
              <w:rPr>
                <w:rtl/>
              </w:rPr>
              <w:t>:</w:t>
            </w:r>
          </w:p>
        </w:tc>
        <w:tc>
          <w:tcPr>
            <w:tcW w:type="dxa" w:w="1996"/>
          </w:tcPr>
          <w:p>
            <w:pPr>
              <w:bidi/>
              <w:spacing w:before="0" w:after="40"/>
              <w:jc w:val="both"/>
            </w:pPr>
            <w:r>
              <w:rPr>
                <w:rtl/>
              </w:rPr>
              <w:t>7</w:t>
            </w:r>
          </w:p>
        </w:tc>
        <w:tc>
          <w:tcPr>
            <w:tcW w:type="dxa" w:w="1996"/>
          </w:tcPr>
          <w:p>
            <w:pPr>
              <w:bidi/>
              <w:spacing w:before="0" w:after="40"/>
              <w:jc w:val="both"/>
            </w:pPr>
            <w:r>
              <w:rPr>
                <w:rtl/>
              </w:rPr>
              <w:t>=</w:t>
            </w:r>
          </w:p>
        </w:tc>
        <w:tc>
          <w:tcPr>
            <w:tcW w:type="dxa" w:w="1996"/>
          </w:tcPr>
          <w:p>
            <w:pPr>
              <w:bidi/>
              <w:spacing w:before="0" w:after="40"/>
              <w:jc w:val="both"/>
            </w:pPr>
            <w:r>
              <w:rPr>
                <w:rtl/>
              </w:rPr>
              <w:t>5</w:t>
            </w:r>
          </w:p>
        </w:tc>
      </w:tr>
    </w:tbl>
    <w:p>
      <w:pPr>
        <w:bidi/>
        <w:spacing w:before="0" w:after="40"/>
        <w:jc w:val="both"/>
      </w:pPr>
    </w:p>
    <w:p>
      <w:pPr>
        <w:bidi/>
        <w:spacing w:before="120" w:after="40"/>
        <w:jc w:val="both"/>
      </w:pPr>
      <w:r>
        <w:rPr>
          <w:rFonts w:ascii="Arial Black" w:hAnsi="Arial Black" w:cs="Arial Black"/>
          <w:b/>
          <w:bCs/>
          <w:color w:val="0F766E"/>
          <w:sz w:val="28"/>
          <w:szCs w:val="28"/>
          <w:rtl/>
        </w:rPr>
        <w:t>◆ משפחת תרגילים</w:t>
      </w:r>
    </w:p>
    <w:p>
      <w:pPr>
        <w:bidi/>
        <w:spacing w:before="0" w:after="40"/>
        <w:jc w:val="both"/>
      </w:pPr>
      <w:r>
        <w:rPr>
          <w:rtl/>
        </w:rPr>
        <w:t>כפל וחילוק הן פעולות הפוכות.</w:t>
      </w:r>
    </w:p>
    <w:p>
      <w:pPr>
        <w:bidi/>
        <w:spacing w:before="0" w:after="120"/>
        <w:jc w:val="both"/>
      </w:pPr>
      <w:r>
        <w:rPr>
          <w:color w:val="334055"/>
          <w:sz w:val="24"/>
          <w:szCs w:val="24"/>
          <w:rtl/>
        </w:rPr>
        <w:t>דוגמה: ‪6 × 8 = 48 · 48 : 6 = 8 · 48 : 8 = 6‬</w:t>
      </w:r>
    </w:p>
    <w:p>
      <w:pPr>
        <w:bidi/>
        <w:spacing w:before="120" w:after="40"/>
        <w:jc w:val="both"/>
      </w:pPr>
      <w:r>
        <w:rPr>
          <w:rFonts w:ascii="Arial Black" w:hAnsi="Arial Black" w:cs="Arial Black"/>
          <w:b/>
          <w:bCs/>
          <w:color w:val="0F766E"/>
          <w:sz w:val="27"/>
          <w:szCs w:val="27"/>
          <w:rtl/>
        </w:rPr>
        <w:t>📘 איך פותרים?</w:t>
      </w:r>
    </w:p>
    <w:p>
      <w:pPr>
        <w:bidi/>
        <w:spacing w:before="0" w:after="20"/>
        <w:jc w:val="both"/>
      </w:pPr>
      <w:r>
        <w:rPr>
          <w:rtl/>
        </w:rPr>
        <w:t>1. שלב 1: קוראים ומבינים: מחלקים לחלקים שווים (כמה בכל חלק?) או לקבוצות בגודל ידוע (כמה קבוצות?).</w:t>
      </w:r>
    </w:p>
    <w:p>
      <w:pPr>
        <w:bidi/>
        <w:spacing w:before="0" w:after="20"/>
        <w:jc w:val="both"/>
      </w:pPr>
      <w:r>
        <w:rPr>
          <w:rtl/>
        </w:rPr>
        <w:t>2. שלב 2: כותבים תרגיל חילוק: הכמות הכוללת : מספר החלקים, או הכמות הכוללת : גודל הקבוצה.</w:t>
      </w:r>
    </w:p>
    <w:p>
      <w:pPr>
        <w:bidi/>
        <w:spacing w:before="0" w:after="20"/>
        <w:jc w:val="both"/>
      </w:pPr>
      <w:r>
        <w:rPr>
          <w:rtl/>
        </w:rPr>
        <w:t>3. שלב 3: מוצאים את התוצאה בעזרת הכפל: איזה מספר כפול המחלק נותן את הכמות?</w:t>
      </w:r>
    </w:p>
    <w:p>
      <w:pPr>
        <w:bidi/>
        <w:spacing w:before="0" w:after="20"/>
        <w:jc w:val="both"/>
      </w:pPr>
      <w:r>
        <w:rPr>
          <w:rtl/>
        </w:rPr>
        <w:t>4. שלב 4: בודקים בכפל: התוצאה × המחלק = הכמות הכוללת.</w:t>
      </w:r>
    </w:p>
    <w:p>
      <w:pPr>
        <w:bidi/>
        <w:spacing w:before="120" w:after="40"/>
        <w:jc w:val="both"/>
      </w:pPr>
      <w:r>
        <w:rPr>
          <w:b/>
          <w:bCs/>
          <w:color w:val="0F7A4F"/>
          <w:sz w:val="25"/>
          <w:szCs w:val="25"/>
          <w:rtl/>
        </w:rPr>
        <w:t>✏️ דוגמה פתורה: בכל שולחן יושבים 6 ילדים. כמה שולחנות צריך בשביל 30 ילדים?</w:t>
      </w:r>
    </w:p>
    <w:p>
      <w:pPr>
        <w:bidi/>
        <w:spacing w:before="0" w:after="20"/>
        <w:jc w:val="both"/>
      </w:pPr>
      <w:r>
        <w:rPr>
          <w:rtl/>
        </w:rPr>
        <w:t>1. מחלקים לקבוצות של 6, לכן כותבים חילוק: ‪30 : 6‬</w:t>
      </w:r>
    </w:p>
    <w:p>
      <w:pPr>
        <w:bidi/>
        <w:spacing w:before="0" w:after="20"/>
        <w:jc w:val="both"/>
      </w:pPr>
      <w:r>
        <w:rPr>
          <w:rtl/>
        </w:rPr>
        <w:t>2. ‪5 × 6 = 30‬</w:t>
      </w:r>
    </w:p>
    <w:p>
      <w:pPr>
        <w:bidi/>
        <w:spacing w:before="0" w:after="20"/>
        <w:jc w:val="both"/>
      </w:pPr>
      <w:r>
        <w:rPr>
          <w:rtl/>
        </w:rPr>
        <w:t>3. לכן ‪30 : 6 = 5‬</w:t>
      </w:r>
    </w:p>
    <w:p>
      <w:pPr>
        <w:bidi/>
        <w:spacing w:before="0" w:after="120"/>
        <w:jc w:val="both"/>
      </w:pPr>
      <w:r>
        <w:rPr>
          <w:b/>
          <w:bCs/>
          <w:sz w:val="25"/>
          <w:szCs w:val="25"/>
          <w:rtl/>
        </w:rPr>
        <w:t>התשובה: צריך 5 שולחנות</w:t>
      </w:r>
    </w:p>
    <w:p>
      <w:pPr>
        <w:bidi/>
        <w:spacing w:before="160" w:after="60"/>
        <w:jc w:val="both"/>
      </w:pPr>
      <w:r>
        <w:rPr>
          <w:b/>
          <w:bCs/>
          <w:sz w:val="26"/>
          <w:szCs w:val="26"/>
          <w:rtl/>
        </w:rPr>
        <w:t>1. [קל] חשבו.</w:t>
      </w:r>
    </w:p>
    <w:p>
      <w:pPr>
        <w:bidi/>
        <w:spacing w:before="0" w:after="60"/>
        <w:jc w:val="both"/>
      </w:pPr>
      <w:r>
        <w:rPr>
          <w:rtl/>
        </w:rPr>
        <w:t>א. ‪12 : 2 = __________‬</w:t>
      </w:r>
    </w:p>
    <w:p>
      <w:pPr>
        <w:bidi/>
        <w:spacing w:before="0" w:after="60"/>
        <w:jc w:val="both"/>
      </w:pPr>
      <w:r>
        <w:rPr>
          <w:rtl/>
        </w:rPr>
        <w:t>ב. ‪25 : 5 = __________‬</w:t>
      </w:r>
    </w:p>
    <w:p>
      <w:pPr>
        <w:bidi/>
        <w:spacing w:before="0" w:after="60"/>
        <w:jc w:val="both"/>
      </w:pPr>
      <w:r>
        <w:rPr>
          <w:rtl/>
        </w:rPr>
        <w:t>ג. ‪24 : 3 = __________‬</w:t>
      </w:r>
    </w:p>
    <w:p>
      <w:pPr>
        <w:bidi/>
        <w:spacing w:before="0" w:after="60"/>
        <w:jc w:val="both"/>
      </w:pPr>
      <w:r>
        <w:rPr>
          <w:rtl/>
        </w:rPr>
        <w:t>ד. ‪28 : 4 = __________‬</w:t>
      </w:r>
    </w:p>
    <w:p>
      <w:pPr>
        <w:bidi/>
        <w:spacing w:before="0" w:after="60"/>
        <w:jc w:val="both"/>
      </w:pPr>
      <w:r>
        <w:rPr>
          <w:rtl/>
        </w:rPr>
        <w:t>ה. ‪42 : 6 = __________‬</w:t>
      </w:r>
    </w:p>
    <w:p>
      <w:pPr>
        <w:bidi/>
        <w:spacing w:before="0" w:after="60"/>
        <w:jc w:val="both"/>
      </w:pPr>
      <w:r>
        <w:rPr>
          <w:rtl/>
        </w:rPr>
        <w:t>ו. ‪63 : 7 = __________‬</w:t>
      </w:r>
    </w:p>
    <w:p>
      <w:pPr>
        <w:bidi/>
        <w:spacing w:before="0" w:after="60"/>
        <w:jc w:val="both"/>
      </w:pPr>
      <w:r>
        <w:rPr>
          <w:rtl/>
        </w:rPr>
        <w:t>ז. ‪48 : 8 = __________‬</w:t>
      </w:r>
    </w:p>
    <w:p>
      <w:pPr>
        <w:bidi/>
        <w:spacing w:before="0" w:after="60"/>
        <w:jc w:val="both"/>
      </w:pPr>
      <w:r>
        <w:rPr>
          <w:rtl/>
        </w:rPr>
        <w:t>ח. ‪81 : 9 = __________‬</w:t>
      </w:r>
    </w:p>
    <w:p>
      <w:pPr>
        <w:bidi/>
        <w:spacing w:before="160" w:after="60"/>
        <w:jc w:val="both"/>
      </w:pPr>
      <w:r>
        <w:rPr>
          <w:b/>
          <w:bCs/>
          <w:sz w:val="26"/>
          <w:szCs w:val="26"/>
          <w:rtl/>
        </w:rPr>
        <w:t>2. [קל] השלימו את הטבלה.</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jc w:val="both"/>
            </w:pPr>
            <w:r>
              <w:rPr>
                <w:b/>
                <w:bCs/>
                <w:color w:val="FFFFFF"/>
                <w:rtl/>
              </w:rPr>
              <w:t>מחולק</w:t>
            </w:r>
          </w:p>
        </w:tc>
        <w:tc>
          <w:tcPr>
            <w:tcW w:type="dxa" w:w="2494"/>
            <w:shd w:val="clear" w:color="auto" w:fill="0f766e"/>
          </w:tcPr>
          <w:p>
            <w:pPr>
              <w:bidi/>
              <w:spacing w:before="0" w:after="40"/>
              <w:jc w:val="both"/>
            </w:pPr>
            <w:r>
              <w:rPr>
                <w:b/>
                <w:bCs/>
                <w:color w:val="FFFFFF"/>
                <w:rtl/>
              </w:rPr>
              <w:t>מחלק</w:t>
            </w:r>
          </w:p>
        </w:tc>
        <w:tc>
          <w:tcPr>
            <w:tcW w:type="dxa" w:w="2494"/>
            <w:shd w:val="clear" w:color="auto" w:fill="0f766e"/>
          </w:tcPr>
          <w:p>
            <w:pPr>
              <w:bidi/>
              <w:spacing w:before="0" w:after="40"/>
              <w:jc w:val="both"/>
            </w:pPr>
            <w:r>
              <w:rPr>
                <w:b/>
                <w:bCs/>
                <w:color w:val="FFFFFF"/>
                <w:rtl/>
              </w:rPr>
              <w:t>מנה</w:t>
            </w:r>
          </w:p>
        </w:tc>
        <w:tc>
          <w:tcPr>
            <w:tcW w:type="dxa" w:w="2494"/>
            <w:shd w:val="clear" w:color="auto" w:fill="0f766e"/>
          </w:tcPr>
          <w:p>
            <w:pPr>
              <w:bidi/>
              <w:spacing w:before="0" w:after="40"/>
              <w:jc w:val="both"/>
            </w:pPr>
            <w:r>
              <w:rPr>
                <w:b/>
                <w:bCs/>
                <w:color w:val="FFFFFF"/>
                <w:rtl/>
              </w:rPr>
              <w:t>בדיקה בכפל</w:t>
            </w:r>
          </w:p>
        </w:tc>
      </w:tr>
      <w:tr>
        <w:tc>
          <w:tcPr>
            <w:tcW w:type="dxa" w:w="2494"/>
          </w:tcPr>
          <w:p>
            <w:pPr>
              <w:bidi/>
              <w:spacing w:before="0" w:after="40"/>
              <w:jc w:val="both"/>
            </w:pPr>
            <w:r>
              <w:rPr>
                <w:rtl/>
              </w:rPr>
              <w:t>30</w:t>
            </w:r>
          </w:p>
        </w:tc>
        <w:tc>
          <w:tcPr>
            <w:tcW w:type="dxa" w:w="2494"/>
          </w:tcPr>
          <w:p>
            <w:pPr>
              <w:bidi/>
              <w:spacing w:before="0" w:after="40"/>
              <w:jc w:val="both"/>
            </w:pPr>
            <w:r>
              <w:rPr>
                <w:rtl/>
              </w:rPr>
              <w:t>6</w:t>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56</w:t>
            </w:r>
          </w:p>
        </w:tc>
        <w:tc>
          <w:tcPr>
            <w:tcW w:type="dxa" w:w="2494"/>
          </w:tcPr>
          <w:p>
            <w:pPr>
              <w:bidi/>
              <w:spacing w:before="0" w:after="40"/>
              <w:jc w:val="both"/>
            </w:pPr>
            <w:r>
              <w:rPr>
                <w:rtl/>
              </w:rPr>
              <w:t>7</w:t>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36</w:t>
            </w:r>
          </w:p>
        </w:tc>
        <w:tc>
          <w:tcPr>
            <w:tcW w:type="dxa" w:w="2494"/>
          </w:tcPr>
          <w:p>
            <w:pPr>
              <w:bidi/>
              <w:spacing w:before="0" w:after="40"/>
              <w:jc w:val="both"/>
            </w:pPr>
            <w:r>
              <w:rPr>
                <w:rtl/>
              </w:rPr>
              <w:t>4</w:t>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72</w:t>
            </w:r>
          </w:p>
        </w:tc>
        <w:tc>
          <w:tcPr>
            <w:tcW w:type="dxa" w:w="2494"/>
          </w:tcPr>
          <w:p>
            <w:pPr>
              <w:bidi/>
              <w:spacing w:before="0" w:after="40"/>
              <w:jc w:val="both"/>
            </w:pPr>
            <w:r>
              <w:rPr>
                <w:rtl/>
              </w:rPr>
              <w:t>9</w:t>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50</w:t>
            </w:r>
          </w:p>
        </w:tc>
        <w:tc>
          <w:tcPr>
            <w:tcW w:type="dxa" w:w="2494"/>
          </w:tcPr>
          <w:p>
            <w:pPr>
              <w:bidi/>
              <w:spacing w:before="0" w:after="40"/>
              <w:jc w:val="both"/>
            </w:pPr>
            <w:r>
              <w:rPr>
                <w:rtl/>
              </w:rPr>
              <w:t>10</w:t>
            </w:r>
          </w:p>
        </w:tc>
        <w:tc>
          <w:tcPr>
            <w:tcW w:type="dxa" w:w="2494"/>
          </w:tcPr>
          <w:p>
            <w:pPr>
              <w:bidi/>
              <w:spacing w:before="0" w:after="40"/>
              <w:jc w:val="both"/>
            </w:pPr>
            <w:r>
              <w:rPr>
                <w:rtl/>
              </w:rPr>
            </w:r>
          </w:p>
        </w:tc>
        <w:tc>
          <w:tcPr>
            <w:tcW w:type="dxa" w:w="2494"/>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[קל] השלימו את משפחת התרגילים.</w:t>
      </w:r>
    </w:p>
    <w:p>
      <w:pPr>
        <w:bidi/>
        <w:spacing w:before="0" w:after="60"/>
        <w:jc w:val="both"/>
      </w:pPr>
      <w:r>
        <w:rPr>
          <w:rtl/>
        </w:rPr>
        <w:t>א. ‪8 × 3 = 24‬ ← ‪24 : 8 = __________‬</w:t>
      </w:r>
    </w:p>
    <w:p>
      <w:pPr>
        <w:bidi/>
        <w:spacing w:before="0" w:after="60"/>
        <w:jc w:val="both"/>
      </w:pPr>
      <w:r>
        <w:rPr>
          <w:rtl/>
        </w:rPr>
        <w:t>ב. ‪6 × 9 = 54‬ ← ‪54 : 9 = __________‬</w:t>
      </w:r>
    </w:p>
    <w:p>
      <w:pPr>
        <w:bidi/>
        <w:spacing w:before="0" w:after="60"/>
        <w:jc w:val="both"/>
      </w:pPr>
      <w:r>
        <w:rPr>
          <w:rtl/>
        </w:rPr>
        <w:t>ג. ‪7 × 7 = 49‬ ← ‪49 : 7 = __________‬</w:t>
      </w:r>
    </w:p>
    <w:p>
      <w:pPr>
        <w:bidi/>
        <w:spacing w:before="0" w:after="60"/>
        <w:jc w:val="both"/>
      </w:pPr>
      <w:r>
        <w:rPr>
          <w:rtl/>
        </w:rPr>
        <w:t>ד. ‪5 × 6 = 30‬ ← ‪30 : 5 = __________‬</w:t>
      </w:r>
    </w:p>
    <w:p>
      <w:pPr>
        <w:bidi/>
        <w:spacing w:before="160" w:after="60"/>
        <w:jc w:val="both"/>
      </w:pPr>
      <w:r>
        <w:rPr>
          <w:b/>
          <w:bCs/>
          <w:sz w:val="26"/>
          <w:szCs w:val="26"/>
          <w:rtl/>
        </w:rPr>
        <w:t>4. [קל] התאימו לכל תרגיל חילוק את תרגיל הכפל שעוזר לפתור אותו.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‪32 : 8‬</w:t>
            </w:r>
          </w:p>
        </w:tc>
        <w:tc>
          <w:tcPr>
            <w:tcW w:type="dxa" w:w="4989"/>
          </w:tcPr>
          <w:p>
            <w:pPr>
              <w:bidi/>
              <w:spacing w:before="0" w:after="40"/>
              <w:jc w:val="both"/>
            </w:pPr>
            <w:r>
              <w:rPr>
                <w:rtl/>
              </w:rPr>
              <w:t>[   ] ‪4 × 8 = 32‬</w:t>
            </w:r>
          </w:p>
        </w:tc>
      </w:tr>
      <w:tr>
        <w:tc>
          <w:tcPr>
            <w:tcW w:type="dxa" w:w="4989"/>
          </w:tcPr>
          <w:p>
            <w:pPr>
              <w:bidi/>
              <w:spacing w:before="0" w:after="40"/>
              <w:jc w:val="both"/>
            </w:pPr>
            <w:r>
              <w:rPr>
                <w:rtl/>
              </w:rPr>
              <w:t>2. ‪45 : 5‬</w:t>
            </w:r>
          </w:p>
        </w:tc>
        <w:tc>
          <w:tcPr>
            <w:tcW w:type="dxa" w:w="4989"/>
          </w:tcPr>
          <w:p>
            <w:pPr>
              <w:bidi/>
              <w:spacing w:before="0" w:after="40"/>
              <w:jc w:val="both"/>
            </w:pPr>
            <w:r>
              <w:rPr>
                <w:rtl/>
              </w:rPr>
              <w:t>[   ] ‪9 × 5 = 45‬</w:t>
            </w:r>
          </w:p>
        </w:tc>
      </w:tr>
      <w:tr>
        <w:tc>
          <w:tcPr>
            <w:tcW w:type="dxa" w:w="4989"/>
          </w:tcPr>
          <w:p>
            <w:pPr>
              <w:bidi/>
              <w:spacing w:before="0" w:after="40"/>
              <w:jc w:val="both"/>
            </w:pPr>
            <w:r>
              <w:rPr>
                <w:rtl/>
              </w:rPr>
              <w:t>3. ‪42 : 7‬</w:t>
            </w:r>
          </w:p>
        </w:tc>
        <w:tc>
          <w:tcPr>
            <w:tcW w:type="dxa" w:w="4989"/>
          </w:tcPr>
          <w:p>
            <w:pPr>
              <w:bidi/>
              <w:spacing w:before="0" w:after="40"/>
              <w:jc w:val="both"/>
            </w:pPr>
            <w:r>
              <w:rPr>
                <w:rtl/>
              </w:rPr>
              <w:t>[   ] ‪3 × 6 = 18‬</w:t>
            </w:r>
          </w:p>
        </w:tc>
      </w:tr>
      <w:tr>
        <w:tc>
          <w:tcPr>
            <w:tcW w:type="dxa" w:w="4989"/>
          </w:tcPr>
          <w:p>
            <w:pPr>
              <w:bidi/>
              <w:spacing w:before="0" w:after="40"/>
              <w:jc w:val="both"/>
            </w:pPr>
            <w:r>
              <w:rPr>
                <w:rtl/>
              </w:rPr>
              <w:t>4. ‪18 : 6‬</w:t>
            </w:r>
          </w:p>
        </w:tc>
        <w:tc>
          <w:tcPr>
            <w:tcW w:type="dxa" w:w="4989"/>
          </w:tcPr>
          <w:p>
            <w:pPr>
              <w:bidi/>
              <w:spacing w:before="0" w:after="40"/>
              <w:jc w:val="both"/>
            </w:pPr>
            <w:r>
              <w:rPr>
                <w:rtl/>
              </w:rPr>
              <w:t>[   ] ‪6 × 7 = 42‬</w:t>
            </w:r>
          </w:p>
        </w:tc>
      </w:tr>
      <w:tr>
        <w:tc>
          <w:tcPr>
            <w:tcW w:type="dxa" w:w="4989"/>
          </w:tcPr>
          <w:p>
            <w:pPr>
              <w:bidi/>
              <w:spacing w:before="0" w:after="40"/>
              <w:jc w:val="both"/>
            </w:pPr>
            <w:r>
              <w:rPr>
                <w:rtl/>
              </w:rPr>
              <w:t>5. ‪70 : 10‬</w:t>
            </w:r>
          </w:p>
        </w:tc>
        <w:tc>
          <w:tcPr>
            <w:tcW w:type="dxa" w:w="4989"/>
          </w:tcPr>
          <w:p>
            <w:pPr>
              <w:bidi/>
              <w:spacing w:before="0" w:after="40"/>
              <w:jc w:val="both"/>
            </w:pPr>
            <w:r>
              <w:rPr>
                <w:rtl/>
              </w:rPr>
              <w:t>[   ] ‪7 × 10 = 70‬</w:t>
            </w:r>
          </w:p>
        </w:tc>
      </w:tr>
    </w:tbl>
    <w:p>
      <w:pPr>
        <w:bidi/>
        <w:spacing w:before="0" w:after="40"/>
        <w:jc w:val="both"/>
      </w:pPr>
    </w:p>
    <w:p>
      <w:pPr>
        <w:bidi/>
        <w:spacing w:before="160" w:after="60"/>
        <w:jc w:val="both"/>
      </w:pPr>
      <w:r>
        <w:rPr>
          <w:b/>
          <w:bCs/>
          <w:sz w:val="26"/>
          <w:szCs w:val="26"/>
          <w:rtl/>
        </w:rPr>
        <w:t>5. [בינוני] נכון או לא נכון?</w:t>
      </w:r>
    </w:p>
    <w:p>
      <w:pPr>
        <w:bidi/>
        <w:spacing w:before="0" w:after="60"/>
        <w:jc w:val="both"/>
      </w:pPr>
      <w:r>
        <w:rPr>
          <w:rtl/>
        </w:rPr>
        <w:t>א. כל מספר מחולק ב-1 שווה לעצמו: ‪9 : 1 = 9‬.      נכון / לא נכון</w:t>
      </w:r>
    </w:p>
    <w:p>
      <w:pPr>
        <w:bidi/>
        <w:spacing w:before="0" w:after="60"/>
        <w:jc w:val="both"/>
      </w:pPr>
      <w:r>
        <w:rPr>
          <w:rtl/>
        </w:rPr>
        <w:t>ב. בתרגיל ‪20 : 4 = 5‬, המספר 20 הוא המחולק.      נכון / לא נכון</w:t>
      </w:r>
    </w:p>
    <w:p>
      <w:pPr>
        <w:bidi/>
        <w:spacing w:before="0" w:after="60"/>
        <w:jc w:val="both"/>
      </w:pPr>
      <w:r>
        <w:rPr>
          <w:rtl/>
        </w:rPr>
        <w:t>ג. ‪48 : 6 = 9‬      נכון / לא נכון</w:t>
      </w:r>
    </w:p>
    <w:p>
      <w:pPr>
        <w:bidi/>
        <w:spacing w:before="0" w:after="60"/>
        <w:jc w:val="both"/>
      </w:pPr>
      <w:r>
        <w:rPr>
          <w:rtl/>
        </w:rPr>
        <w:t>ד. חילוק וכפל הן פעולות הפוכות.      נכון / לא נכון</w:t>
      </w:r>
    </w:p>
    <w:p>
      <w:pPr>
        <w:bidi/>
        <w:spacing w:before="160" w:after="60"/>
        <w:jc w:val="both"/>
      </w:pPr>
      <w:r>
        <w:rPr>
          <w:b/>
          <w:bCs/>
          <w:sz w:val="26"/>
          <w:szCs w:val="26"/>
          <w:rtl/>
        </w:rPr>
        <w:t>6. [בינוני] בחרו.</w:t>
      </w:r>
    </w:p>
    <w:p>
      <w:pPr>
        <w:bidi/>
        <w:spacing w:before="0" w:after="20"/>
        <w:jc w:val="both"/>
      </w:pPr>
      <w:r>
        <w:rPr>
          <w:rtl/>
        </w:rPr>
        <w:t>א. מה המנה בתרגיל ‪56 : 7‬?</w:t>
      </w:r>
    </w:p>
    <w:p>
      <w:pPr>
        <w:bidi/>
        <w:spacing w:before="0" w:after="80"/>
        <w:jc w:val="both"/>
      </w:pPr>
      <w:r>
        <w:rPr>
          <w:rtl/>
        </w:rPr>
        <w:t xml:space="preserve">   ○ 9      ○ 7      ○ 8</w:t>
      </w:r>
    </w:p>
    <w:p>
      <w:pPr>
        <w:bidi/>
        <w:spacing w:before="0" w:after="20"/>
        <w:jc w:val="both"/>
      </w:pPr>
      <w:r>
        <w:rPr>
          <w:rtl/>
        </w:rPr>
        <w:t>ב. 6 ילדים חילקו ביניהם 30 גולות שווה בשווה. כמה קיבל כל ילד?</w:t>
      </w:r>
    </w:p>
    <w:p>
      <w:pPr>
        <w:bidi/>
        <w:spacing w:before="0" w:after="80"/>
        <w:jc w:val="both"/>
      </w:pPr>
      <w:r>
        <w:rPr>
          <w:rtl/>
        </w:rPr>
        <w:t xml:space="preserve">   ○ 5      ○ 6      ○ 24</w:t>
      </w:r>
    </w:p>
    <w:p>
      <w:pPr>
        <w:bidi/>
        <w:spacing w:before="160" w:after="60"/>
        <w:jc w:val="both"/>
      </w:pPr>
      <w:r>
        <w:rPr>
          <w:b/>
          <w:bCs/>
          <w:sz w:val="26"/>
          <w:szCs w:val="26"/>
          <w:rtl/>
        </w:rPr>
        <w:t>7. [בינוני] מיינו את הבעיות: איזו שאלה שואלת «כמה בכל קבוצה?» ואיזו «כמה קבוצות?»</w:t>
      </w:r>
    </w:p>
    <w:p>
      <w:pPr>
        <w:bidi/>
        <w:spacing w:before="0" w:after="80"/>
        <w:jc w:val="both"/>
      </w:pPr>
      <w:r>
        <w:rPr>
          <w:color w:val="0F766E"/>
          <w:sz w:val="24"/>
          <w:szCs w:val="24"/>
          <w:rtl/>
        </w:rPr>
        <w:t>המילים: 20 כדורים ל-4 ילדים, כמה לכל ילד?  |  20 כדורים, 5 בכל שק. כמה שקים?  |  18 עפרונות ל-3 קלמרים, כמה בכל קלמר?  |  18 עפרונות, 6 בכל קלמר. כמה קלמרים?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כמה בכל קבוצה?</w:t>
            </w:r>
          </w:p>
        </w:tc>
        <w:tc>
          <w:tcPr>
            <w:tcW w:type="dxa" w:w="4989"/>
            <w:shd w:val="clear" w:color="auto" w:fill="0f766e"/>
          </w:tcPr>
          <w:p>
            <w:pPr>
              <w:bidi/>
              <w:spacing w:before="0" w:after="40"/>
              <w:jc w:val="both"/>
            </w:pPr>
            <w:r>
              <w:rPr>
                <w:b/>
                <w:bCs/>
                <w:color w:val="FFFFFF"/>
                <w:rtl/>
              </w:rPr>
              <w:t>כמה קבוצות?</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8. [בינוני] השלימו את המספר החסר.</w:t>
      </w:r>
    </w:p>
    <w:p>
      <w:pPr>
        <w:bidi/>
        <w:spacing w:before="0" w:after="60"/>
        <w:jc w:val="both"/>
      </w:pPr>
      <w:r>
        <w:rPr>
          <w:rtl/>
        </w:rPr>
        <w:t>א. ‪__________ : 3 = 9‬</w:t>
      </w:r>
    </w:p>
    <w:p>
      <w:pPr>
        <w:bidi/>
        <w:spacing w:before="0" w:after="60"/>
        <w:jc w:val="both"/>
      </w:pPr>
      <w:r>
        <w:rPr>
          <w:rtl/>
        </w:rPr>
        <w:t>ב. ‪__________ : 8 = 5‬</w:t>
      </w:r>
    </w:p>
    <w:p>
      <w:pPr>
        <w:bidi/>
        <w:spacing w:before="0" w:after="60"/>
        <w:jc w:val="both"/>
      </w:pPr>
      <w:r>
        <w:rPr>
          <w:rtl/>
        </w:rPr>
        <w:t>ג. ‪63 : __________ = 7‬</w:t>
      </w:r>
    </w:p>
    <w:p>
      <w:pPr>
        <w:bidi/>
        <w:spacing w:before="0" w:after="60"/>
        <w:jc w:val="both"/>
      </w:pPr>
      <w:r>
        <w:rPr>
          <w:rtl/>
        </w:rPr>
        <w:t>ד. ‪40 : __________ = 10‬</w:t>
      </w:r>
    </w:p>
    <w:p>
      <w:pPr>
        <w:bidi/>
        <w:spacing w:before="160" w:after="60"/>
        <w:jc w:val="both"/>
      </w:pPr>
      <w:r>
        <w:rPr>
          <w:b/>
          <w:bCs/>
          <w:sz w:val="26"/>
          <w:szCs w:val="26"/>
          <w:rtl/>
        </w:rPr>
        <w:t>9. [בינוני] שרטטו 24 ריבועים במערך של 4 שורות. כמה ריבועים בכל שורה? כתבו תרגיל חילוק ותרגיל כפל.</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[בינוני] הסבירו: נועם אומר ש-‪35 : 5 = 6‬. מה הטעות שלו, ואיך אפשר לגלות אותה?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20" w:after="40"/>
        <w:jc w:val="center"/>
      </w:pPr>
      <w:r>
        <w:rPr>
          <w:rFonts w:ascii="Arial Black" w:hAnsi="Arial Black" w:cs="Arial Black"/>
          <w:b/>
          <w:bCs/>
          <w:color w:val="0F766E"/>
          <w:sz w:val="30"/>
          <w:szCs w:val="30"/>
          <w:rtl/>
        </w:rPr>
        <w:t>בשוק</w:t>
      </w:r>
    </w:p>
    <w:p>
      <w:pPr>
        <w:bidi/>
        <w:spacing w:before="0" w:after="80"/>
        <w:jc w:val="both"/>
      </w:pPr>
      <w:r>
        <w:rPr>
          <w:rtl/>
        </w:rPr>
        <w:t>ביום שישי הלכו נועה ואחיה עומר עם אבא לשוק. בדוכן הפירות קנו 36 תפוזים. המוכר שם אותם ב-4 שקיות שוות.</w:t>
      </w:r>
    </w:p>
    <w:p>
      <w:pPr>
        <w:bidi/>
        <w:spacing w:before="0" w:after="80"/>
        <w:jc w:val="both"/>
      </w:pPr>
      <w:r>
        <w:rPr>
          <w:rtl/>
        </w:rPr>
        <w:t>אחר כך קנו 15 מלפפונים, והמוכר שם 5 מלפפונים בכל שקית. בבית סידרה נועה 21 תמרים על 3 צלחות, אותו מספר בכל צלחת.</w:t>
      </w:r>
    </w:p>
    <w:p>
      <w:pPr>
        <w:bidi/>
        <w:spacing w:before="0" w:after="80"/>
        <w:jc w:val="both"/>
      </w:pPr>
      <w:r>
        <w:rPr>
          <w:rtl/>
        </w:rPr>
        <w:t>השוק היה מלא אנשים, צבעים וריחות של תבלינים. המוכרים קראו בקול רם, ונועה ועומר נהנו לטעום תאנה מתוקה שקיבלו במתנה מאחד הדוכנים.</w:t>
      </w:r>
    </w:p>
    <w:p>
      <w:pPr>
        <w:bidi/>
        <w:spacing w:before="160" w:after="60"/>
        <w:jc w:val="both"/>
      </w:pPr>
      <w:r>
        <w:rPr>
          <w:b/>
          <w:bCs/>
          <w:sz w:val="26"/>
          <w:szCs w:val="26"/>
          <w:rtl/>
        </w:rPr>
        <w:t>11. [בינוני] לפי הסיפור: כמה תפוזים היו בכל שקית?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[בינוני] לפי הסיפור: בכמה שקיות שם המוכר את המלפפונים?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[בינוני] לפי הסיפור: כמה תמרים היו בכל צלחת? כתבו גם את תרגיל הבדיקה.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14. [אתגר] אתגר: למיכל יש בין 20 ל-30 חרוזים. אם תחלק אותם ל-4 צמידים או ל-6 צמידים, לא יישאר אף חרוז. כמה חרוזים יש למיכל?</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240" w:after="40"/>
        <w:jc w:val="both"/>
      </w:pPr>
      <w:r>
        <w:rPr>
          <w:rFonts w:ascii="Arial Black" w:hAnsi="Arial Black" w:cs="Arial Black"/>
          <w:b/>
          <w:bCs/>
          <w:color w:val="0F766E"/>
          <w:sz w:val="34"/>
          <w:szCs w:val="34"/>
          <w:rtl/>
        </w:rPr>
        <w:t>📖 בעיות מילוליות</w:t>
      </w:r>
    </w:p>
    <w:p>
      <w:pPr>
        <w:bidi/>
        <w:spacing w:before="0" w:after="80"/>
        <w:jc w:val="both"/>
      </w:pPr>
      <w:r>
        <w:rPr>
          <w:color w:val="5B6476"/>
          <w:sz w:val="22"/>
          <w:szCs w:val="22"/>
          <w:rtl/>
        </w:rPr>
        <w:t>קראו בעיון · כתבו את דרך הפתרון · כתבו תשובה במשפט</w:t>
      </w:r>
    </w:p>
    <w:p>
      <w:pPr>
        <w:bidi/>
        <w:spacing w:before="160" w:after="60"/>
        <w:jc w:val="both"/>
      </w:pPr>
      <w:r>
        <w:rPr>
          <w:b/>
          <w:bCs/>
          <w:sz w:val="26"/>
          <w:szCs w:val="26"/>
          <w:rtl/>
        </w:rPr>
        <w:t>15. [קל] סבתא אפתה 30 עוגיות וסידרה אותן שווה בשווה על 3 צלחות. כמה עוגיות יש על כל צלחת?</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16. [קל] בחבילה יש 18 עפרונות. נועם נותן 2 עפרונות לכל תלמיד. לכמה תלמידים יספיקו העפרונות?</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17. [בינוני] באוטובוס של הטיול יש 36 מקומות ישיבה, 4 מקומות בכל שורה. כמה שורות יש באוטובוס?</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18. [בינוני] מיכל קנתה 7 מחברות זהות ושילמה 63 ₪. כמה עלתה מחברת אחת?</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19. [אתגר] דניאל קנה לחגיגת הסיום 4 חבילות, ובכל חבילה 6 בלונים. הוא חילק את כל הבלונים שווה בשווה ל-3 כיתות. כמה בלונים קיבלה כל כיתה?</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20. [אתגר] בארגז היו 50 תפוזים. 5 תפוזים היו רקובים וזרקו אותם. את השאר חילקו שווה בשווה ל-9 משפחות. כמה תפוזים קיבלה כל משפחה?</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color w:val="0F766E"/>
          <w:sz w:val="26"/>
          <w:szCs w:val="26"/>
          <w:rtl/>
        </w:rPr>
        <w:t>21. פתרו. גזרו את כרטיסי המנות, והדביקו כל מנה ליד תרגיל החילוק.</w:t>
      </w:r>
    </w:p>
    <w:tbl>
      <w:tblPr>
        <w:tblW w:type="auto" w:w="0"/>
        <w:tblLook w:firstColumn="1" w:firstRow="1" w:lastColumn="0" w:lastRow="0" w:noHBand="0" w:noVBand="1" w:val="04A0"/>
        <w:bidiVisual/>
        <w:tblLayout w:type="fixed"/>
      </w:tblPr>
      <w:tblGrid>
        <w:gridCol w:w="3326"/>
        <w:gridCol w:w="3326"/>
        <w:gridCol w:w="3326"/>
      </w:tblGrid>
      <w:tr>
        <w:trPr>
          <w:trHeight w:val="1304" w:hRule="exact"/>
        </w:trPr>
        <w:tc>
          <w:tcPr>
            <w:tcW w:type="dxa" w:w="510"/>
            <w:vAlign w:val="center"/>
          </w:tcPr>
          <w:p>
            <w:pPr>
              <w:bidi/>
              <w:spacing w:before="0" w:after="0"/>
              <w:jc w:val="center"/>
            </w:pPr>
            <w:r>
              <w:rPr>
                <w:b/>
                <w:bCs/>
                <w:sz w:val="25"/>
                <w:szCs w:val="25"/>
                <w:rtl/>
              </w:rPr>
              <w:t>1.</w:t>
            </w:r>
          </w:p>
        </w:tc>
        <w:tc>
          <w:tcPr>
            <w:tcW w:type="dxa" w:w="7257"/>
            <w:vAlign w:val="center"/>
          </w:tcPr>
          <w:p>
            <w:pPr>
              <w:bidi/>
              <w:spacing w:before="0" w:after="0"/>
              <w:jc w:val="both"/>
            </w:pPr>
            <w:r>
              <w:rPr>
                <w:sz w:val="25"/>
                <w:szCs w:val="25"/>
                <w:rtl/>
              </w:rPr>
              <w:t>‪24 : 6‬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2.</w:t>
            </w:r>
          </w:p>
        </w:tc>
        <w:tc>
          <w:tcPr>
            <w:tcW w:type="dxa" w:w="7257"/>
            <w:vAlign w:val="center"/>
          </w:tcPr>
          <w:p>
            <w:pPr>
              <w:bidi/>
              <w:spacing w:before="0" w:after="0"/>
              <w:jc w:val="both"/>
            </w:pPr>
            <w:r>
              <w:rPr>
                <w:sz w:val="25"/>
                <w:szCs w:val="25"/>
                <w:rtl/>
              </w:rPr>
              <w:t>‪35 : 5‬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3.</w:t>
            </w:r>
          </w:p>
        </w:tc>
        <w:tc>
          <w:tcPr>
            <w:tcW w:type="dxa" w:w="7257"/>
            <w:vAlign w:val="center"/>
          </w:tcPr>
          <w:p>
            <w:pPr>
              <w:bidi/>
              <w:spacing w:before="0" w:after="0"/>
              <w:jc w:val="both"/>
            </w:pPr>
            <w:r>
              <w:rPr>
                <w:sz w:val="25"/>
                <w:szCs w:val="25"/>
                <w:rtl/>
              </w:rPr>
              <w:t>‪72 : 8‬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4.</w:t>
            </w:r>
          </w:p>
        </w:tc>
        <w:tc>
          <w:tcPr>
            <w:tcW w:type="dxa" w:w="7257"/>
            <w:vAlign w:val="center"/>
          </w:tcPr>
          <w:p>
            <w:pPr>
              <w:bidi/>
              <w:spacing w:before="0" w:after="0"/>
              <w:jc w:val="both"/>
            </w:pPr>
            <w:r>
              <w:rPr>
                <w:sz w:val="25"/>
                <w:szCs w:val="25"/>
                <w:rtl/>
              </w:rPr>
              <w:t>‪18 : 3‬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5.</w:t>
            </w:r>
          </w:p>
        </w:tc>
        <w:tc>
          <w:tcPr>
            <w:tcW w:type="dxa" w:w="7257"/>
            <w:vAlign w:val="center"/>
          </w:tcPr>
          <w:p>
            <w:pPr>
              <w:bidi/>
              <w:spacing w:before="0" w:after="0"/>
              <w:jc w:val="both"/>
            </w:pPr>
            <w:r>
              <w:rPr>
                <w:sz w:val="25"/>
                <w:szCs w:val="25"/>
                <w:rtl/>
              </w:rPr>
              <w:t>‪40 : 5‬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bl>
    <w:p>
      <w:pPr>
        <w:bidi/>
        <w:spacing w:before="0" w:after="40"/>
        <w:jc w:val="both"/>
      </w:pPr>
    </w:p>
    <w:p>
      <w:pPr>
        <w:bidi/>
        <w:spacing w:before="160" w:after="60"/>
        <w:jc w:val="both"/>
      </w:pPr>
      <w:r>
        <w:rPr>
          <w:b/>
          <w:bCs/>
          <w:color w:val="0F766E"/>
          <w:sz w:val="26"/>
          <w:szCs w:val="26"/>
          <w:rtl/>
        </w:rPr>
        <w:t>22. קראו את ביאורי המילים.</w:t>
      </w:r>
    </w:p>
    <w:tbl>
      <w:tblPr>
        <w:tblW w:type="auto" w:w="0"/>
        <w:tblLook w:firstColumn="1" w:firstRow="1" w:lastColumn="0" w:lastRow="0" w:noHBand="0" w:noVBand="1" w:val="04A0"/>
        <w:bidiVisual/>
        <w:tblLayout w:type="fixed"/>
      </w:tblPr>
      <w:tblGrid>
        <w:gridCol w:w="9978"/>
      </w:tblGrid>
      <w:tr>
        <w:tc>
          <w:tcPr>
            <w:tcW w:type="dxa" w:w="9865"/>
            <w:tcBorders>
              <w:top w:val="single" w:sz="12" w:color="E0A800" w:space="0"/>
              <w:left w:val="single" w:sz="12" w:color="E0A800" w:space="0"/>
              <w:bottom w:val="single" w:sz="12" w:color="E0A800" w:space="0"/>
              <w:right w:val="single" w:sz="12" w:color="E0A800" w:space="0"/>
            </w:tcBorders>
            <w:shd w:val="clear" w:color="auto" w:fill="FFF8E1"/>
          </w:tcPr>
          <w:p>
            <w:pPr>
              <w:bidi/>
              <w:spacing w:before="0" w:after="60"/>
              <w:jc w:val="both"/>
            </w:pPr>
            <w:r>
              <w:rPr>
                <w:b/>
                <w:bCs/>
                <w:color w:val="8A5A00"/>
                <w:sz w:val="26"/>
                <w:szCs w:val="26"/>
                <w:rtl/>
              </w:rPr>
              <w:t>📖 ביאורי מילים</w:t>
            </w:r>
          </w:p>
          <w:p>
            <w:pPr>
              <w:bidi/>
              <w:spacing w:before="0" w:after="40"/>
              <w:jc w:val="both"/>
            </w:pPr>
            <w:r>
              <w:rPr>
                <w:b/>
                <w:bCs/>
                <w:sz w:val="24"/>
                <w:szCs w:val="24"/>
                <w:rtl/>
              </w:rPr>
              <w:t xml:space="preserve">מחולק – </w:t>
            </w:r>
            <w:r>
              <w:rPr>
                <w:sz w:val="24"/>
                <w:szCs w:val="24"/>
                <w:rtl/>
              </w:rPr>
              <w:t>המספר שמחלקים: ב-‪24 : 6‬ הוא 24</w:t>
            </w:r>
          </w:p>
          <w:p>
            <w:pPr>
              <w:bidi/>
              <w:spacing w:before="0" w:after="40"/>
              <w:jc w:val="both"/>
            </w:pPr>
            <w:r>
              <w:rPr>
                <w:b/>
                <w:bCs/>
                <w:sz w:val="24"/>
                <w:szCs w:val="24"/>
                <w:rtl/>
              </w:rPr>
              <w:t xml:space="preserve">מחלק – </w:t>
            </w:r>
            <w:r>
              <w:rPr>
                <w:sz w:val="24"/>
                <w:szCs w:val="24"/>
                <w:rtl/>
              </w:rPr>
              <w:t>המספר שמחלקים בו: ב-‪24 : 6‬ הוא 6</w:t>
            </w:r>
          </w:p>
          <w:p>
            <w:pPr>
              <w:bidi/>
              <w:spacing w:before="0" w:after="40"/>
              <w:jc w:val="both"/>
            </w:pPr>
            <w:r>
              <w:rPr>
                <w:b/>
                <w:bCs/>
                <w:sz w:val="24"/>
                <w:szCs w:val="24"/>
                <w:rtl/>
              </w:rPr>
              <w:t xml:space="preserve">מנה – </w:t>
            </w:r>
            <w:r>
              <w:rPr>
                <w:sz w:val="24"/>
                <w:szCs w:val="24"/>
                <w:rtl/>
              </w:rPr>
              <w:t>התוצאה של החילוק: ‪24 : 6 = 4‬</w:t>
            </w:r>
          </w:p>
          <w:p>
            <w:pPr>
              <w:bidi/>
              <w:spacing w:before="0" w:after="40"/>
              <w:jc w:val="both"/>
            </w:pPr>
            <w:r>
              <w:rPr>
                <w:b/>
                <w:bCs/>
                <w:sz w:val="24"/>
                <w:szCs w:val="24"/>
                <w:rtl/>
              </w:rPr>
              <w:t xml:space="preserve">תרגיל הפוך – </w:t>
            </w:r>
            <w:r>
              <w:rPr>
                <w:sz w:val="24"/>
                <w:szCs w:val="24"/>
                <w:rtl/>
              </w:rPr>
              <w:t>כפל שבודק חילוק: ‪4 × 6 = 24‬</w:t>
            </w:r>
          </w:p>
        </w:tc>
      </w:tr>
    </w:tbl>
    <w:p>
      <w:pPr>
        <w:bidi/>
        <w:spacing w:before="0" w:after="40"/>
        <w:jc w:val="both"/>
      </w:pPr>
    </w:p>
    <w:p>
      <w:pPr>
        <w:bidi/>
        <w:spacing w:before="0" w:after="40"/>
        <w:jc w:val="both"/>
      </w:pPr>
      <w:r>
        <w:rPr>
          <w:b/>
          <w:bCs/>
          <w:sz w:val="25"/>
          <w:szCs w:val="25"/>
          <w:rtl/>
        </w:rPr>
        <w:t>✏️ כתבו תרגיל חילוק, ובדקו אותו בתרגיל כפל.</w:t>
      </w:r>
    </w:p>
    <w:p>
      <w:pPr>
        <w:bidi/>
        <w:spacing w:before="0" w:after="120"/>
        <w:jc w:val="both"/>
      </w:pPr>
      <w:r>
        <w:rPr>
          <w:color w:val="9AA3B5"/>
          <w:sz w:val="24"/>
          <w:szCs w:val="24"/>
          <w:rtl/>
        </w:rPr>
        <w:t>______________________________________________________________________</w:t>
      </w:r>
    </w:p>
    <w:p>
      <w:pPr>
        <w:bidi/>
        <w:spacing w:before="0" w:after="120"/>
        <w:jc w:val="both"/>
      </w:pPr>
      <w:r>
        <w:rPr>
          <w:color w:val="9AA3B5"/>
          <w:sz w:val="24"/>
          <w:szCs w:val="24"/>
          <w:rtl/>
        </w:rPr>
        <w:t>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מתמטיקה · כיתה ג'   |   פרק 4</w:t>
      </w:r>
    </w:p>
    <w:p>
      <w:pPr>
        <w:bidi/>
        <w:spacing w:before="0" w:after="120"/>
        <w:jc w:val="both"/>
      </w:pPr>
      <w:r>
        <w:rPr>
          <w:rFonts w:ascii="Arial Black" w:hAnsi="Arial Black" w:cs="Arial Black"/>
          <w:b/>
          <w:bCs/>
          <w:color w:val="0F766E"/>
          <w:sz w:val="44"/>
          <w:szCs w:val="44"/>
          <w:rtl/>
        </w:rPr>
        <w:t>פרק 4: כפל בעשרות שלמות ובמאות שלמות</w:t>
      </w:r>
    </w:p>
    <w:p>
      <w:pPr>
        <w:bidi/>
        <w:spacing w:before="0" w:after="80"/>
        <w:jc w:val="center"/>
      </w:pPr>
      <w:r>
        <w:drawing>
          <wp:inline xmlns:a="http://schemas.openxmlformats.org/drawingml/2006/main" xmlns:pic="http://schemas.openxmlformats.org/drawingml/2006/picture">
            <wp:extent cx="3240000" cy="2160000"/>
            <wp:docPr id="5" name="Picture 5"/>
            <wp:cNvGraphicFramePr>
              <a:graphicFrameLocks noChangeAspect="1"/>
            </wp:cNvGraphicFramePr>
            <a:graphic>
              <a:graphicData uri="http://schemas.openxmlformats.org/drawingml/2006/picture">
                <pic:pic>
                  <pic:nvPicPr>
                    <pic:cNvPr id="0" name="math_g3_t04.jpg"/>
                    <pic:cNvPicPr/>
                  </pic:nvPicPr>
                  <pic:blipFill>
                    <a:blip r:embed="rId14"/>
                    <a:stretch>
                      <a:fillRect/>
                    </a:stretch>
                  </pic:blipFill>
                  <pic:spPr>
                    <a:xfrm>
                      <a:off x="0" y="0"/>
                      <a:ext cx="3240000" cy="2160000"/>
                    </a:xfrm>
                    <a:prstGeom prst="rect"/>
                  </pic:spPr>
                </pic:pic>
              </a:graphicData>
            </a:graphic>
          </wp:inline>
        </w:drawing>
      </w:r>
    </w:p>
    <w:p>
      <w:pPr>
        <w:bidi/>
        <w:spacing w:before="120" w:after="40"/>
        <w:jc w:val="both"/>
      </w:pPr>
      <w:r>
        <w:rPr>
          <w:rFonts w:ascii="Arial Black" w:hAnsi="Arial Black" w:cs="Arial Black"/>
          <w:b/>
          <w:bCs/>
          <w:color w:val="0F766E"/>
          <w:sz w:val="28"/>
          <w:szCs w:val="28"/>
          <w:rtl/>
        </w:rPr>
        <w:t>◆ כפל ב-10 וב-100</w:t>
      </w:r>
    </w:p>
    <w:p>
      <w:pPr>
        <w:bidi/>
        <w:spacing w:before="0" w:after="20"/>
        <w:jc w:val="both"/>
      </w:pPr>
      <w:r>
        <w:rPr>
          <w:rtl/>
        </w:rPr>
        <w:t>1. כפל ב-10: מוסיפים 0 בסוף. ‪34 × 10 = 340‬.</w:t>
      </w:r>
    </w:p>
    <w:p>
      <w:pPr>
        <w:bidi/>
        <w:spacing w:before="0" w:after="20"/>
        <w:jc w:val="both"/>
      </w:pPr>
      <w:r>
        <w:rPr>
          <w:rtl/>
        </w:rPr>
        <w:t>2. כפל ב-100: מוסיפים 00 בסוף. ‪6 × 100 = 600‬.</w:t>
      </w:r>
    </w:p>
    <w:p>
      <w:pPr>
        <w:bidi/>
        <w:spacing w:before="120" w:after="40"/>
        <w:jc w:val="both"/>
      </w:pPr>
      <w:r>
        <w:rPr>
          <w:rFonts w:ascii="Arial Black" w:hAnsi="Arial Black" w:cs="Arial Black"/>
          <w:b/>
          <w:bCs/>
          <w:color w:val="0F766E"/>
          <w:sz w:val="28"/>
          <w:szCs w:val="28"/>
          <w:rtl/>
        </w:rPr>
        <w:t>◆ כפל בעשרות ובמאות שלמות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תרגיל</w:t>
            </w:r>
          </w:p>
        </w:tc>
        <w:tc>
          <w:tcPr>
            <w:tcW w:type="dxa" w:w="3326"/>
            <w:shd w:val="clear" w:color="auto" w:fill="0f766e"/>
          </w:tcPr>
          <w:p>
            <w:pPr>
              <w:bidi/>
              <w:spacing w:before="0" w:after="40"/>
              <w:jc w:val="both"/>
            </w:pPr>
            <w:r>
              <w:rPr>
                <w:b/>
                <w:bCs/>
                <w:color w:val="FFFFFF"/>
                <w:rtl/>
              </w:rPr>
              <w:t>מלוח הכפל</w:t>
            </w:r>
          </w:p>
        </w:tc>
        <w:tc>
          <w:tcPr>
            <w:tcW w:type="dxa" w:w="3326"/>
            <w:shd w:val="clear" w:color="auto" w:fill="0f766e"/>
          </w:tcPr>
          <w:p>
            <w:pPr>
              <w:bidi/>
              <w:spacing w:before="0" w:after="40"/>
              <w:jc w:val="both"/>
            </w:pPr>
            <w:r>
              <w:rPr>
                <w:b/>
                <w:bCs/>
                <w:color w:val="FFFFFF"/>
                <w:rtl/>
              </w:rPr>
              <w:t>התוצאה</w:t>
            </w:r>
          </w:p>
        </w:tc>
      </w:tr>
      <w:tr>
        <w:tc>
          <w:tcPr>
            <w:tcW w:type="dxa" w:w="3326"/>
          </w:tcPr>
          <w:p>
            <w:pPr>
              <w:bidi/>
              <w:spacing w:before="0" w:after="40"/>
              <w:jc w:val="both"/>
            </w:pPr>
            <w:r>
              <w:rPr>
                <w:rtl/>
              </w:rPr>
              <w:t>‪3 × 40‬</w:t>
            </w:r>
          </w:p>
        </w:tc>
        <w:tc>
          <w:tcPr>
            <w:tcW w:type="dxa" w:w="3326"/>
          </w:tcPr>
          <w:p>
            <w:pPr>
              <w:bidi/>
              <w:spacing w:before="0" w:after="40"/>
              <w:jc w:val="both"/>
            </w:pPr>
            <w:r>
              <w:rPr>
                <w:rtl/>
              </w:rPr>
              <w:t>‪3 × 4 = 12‬</w:t>
            </w:r>
          </w:p>
        </w:tc>
        <w:tc>
          <w:tcPr>
            <w:tcW w:type="dxa" w:w="3326"/>
          </w:tcPr>
          <w:p>
            <w:pPr>
              <w:bidi/>
              <w:spacing w:before="0" w:after="40"/>
              <w:jc w:val="both"/>
            </w:pPr>
            <w:r>
              <w:rPr>
                <w:rtl/>
              </w:rPr>
              <w:t>120</w:t>
            </w:r>
          </w:p>
        </w:tc>
      </w:tr>
      <w:tr>
        <w:tc>
          <w:tcPr>
            <w:tcW w:type="dxa" w:w="3326"/>
          </w:tcPr>
          <w:p>
            <w:pPr>
              <w:bidi/>
              <w:spacing w:before="0" w:after="40"/>
              <w:jc w:val="both"/>
            </w:pPr>
            <w:r>
              <w:rPr>
                <w:rtl/>
              </w:rPr>
              <w:t>‪6 × 70‬</w:t>
            </w:r>
          </w:p>
        </w:tc>
        <w:tc>
          <w:tcPr>
            <w:tcW w:type="dxa" w:w="3326"/>
          </w:tcPr>
          <w:p>
            <w:pPr>
              <w:bidi/>
              <w:spacing w:before="0" w:after="40"/>
              <w:jc w:val="both"/>
            </w:pPr>
            <w:r>
              <w:rPr>
                <w:rtl/>
              </w:rPr>
              <w:t>‪6 × 7 = 42‬</w:t>
            </w:r>
          </w:p>
        </w:tc>
        <w:tc>
          <w:tcPr>
            <w:tcW w:type="dxa" w:w="3326"/>
          </w:tcPr>
          <w:p>
            <w:pPr>
              <w:bidi/>
              <w:spacing w:before="0" w:after="40"/>
              <w:jc w:val="both"/>
            </w:pPr>
            <w:r>
              <w:rPr>
                <w:rtl/>
              </w:rPr>
              <w:t>420</w:t>
            </w:r>
          </w:p>
        </w:tc>
      </w:tr>
      <w:tr>
        <w:tc>
          <w:tcPr>
            <w:tcW w:type="dxa" w:w="3326"/>
          </w:tcPr>
          <w:p>
            <w:pPr>
              <w:bidi/>
              <w:spacing w:before="0" w:after="40"/>
              <w:jc w:val="both"/>
            </w:pPr>
            <w:r>
              <w:rPr>
                <w:rtl/>
              </w:rPr>
              <w:t>‪2 × 300‬</w:t>
            </w:r>
          </w:p>
        </w:tc>
        <w:tc>
          <w:tcPr>
            <w:tcW w:type="dxa" w:w="3326"/>
          </w:tcPr>
          <w:p>
            <w:pPr>
              <w:bidi/>
              <w:spacing w:before="0" w:after="40"/>
              <w:jc w:val="both"/>
            </w:pPr>
            <w:r>
              <w:rPr>
                <w:rtl/>
              </w:rPr>
              <w:t>‪2 × 3 = 6‬</w:t>
            </w:r>
          </w:p>
        </w:tc>
        <w:tc>
          <w:tcPr>
            <w:tcW w:type="dxa" w:w="3326"/>
          </w:tcPr>
          <w:p>
            <w:pPr>
              <w:bidi/>
              <w:spacing w:before="0" w:after="40"/>
              <w:jc w:val="both"/>
            </w:pPr>
            <w:r>
              <w:rPr>
                <w:rtl/>
              </w:rPr>
              <w:t>600</w:t>
            </w:r>
          </w:p>
        </w:tc>
      </w:tr>
    </w:tbl>
    <w:p>
      <w:pPr>
        <w:bidi/>
        <w:spacing w:before="0" w:after="40"/>
        <w:jc w:val="both"/>
      </w:pPr>
    </w:p>
    <w:p>
      <w:pPr>
        <w:bidi/>
        <w:spacing w:before="120" w:after="40"/>
        <w:jc w:val="both"/>
      </w:pPr>
      <w:r>
        <w:rPr>
          <w:rFonts w:ascii="Arial Black" w:hAnsi="Arial Black" w:cs="Arial Black"/>
          <w:b/>
          <w:bCs/>
          <w:color w:val="0F766E"/>
          <w:sz w:val="28"/>
          <w:szCs w:val="28"/>
          <w:rtl/>
        </w:rPr>
        <w:t>◆ זהירות, אפסים!</w:t>
      </w:r>
    </w:p>
    <w:p>
      <w:pPr>
        <w:bidi/>
        <w:spacing w:before="0" w:after="40"/>
        <w:jc w:val="both"/>
      </w:pPr>
      <w:r>
        <w:rPr>
          <w:rtl/>
        </w:rPr>
        <w:t>כשבתוצאה של לוח הכפל כבר יש 0, מוסיפים עוד 0.</w:t>
      </w:r>
    </w:p>
    <w:p>
      <w:pPr>
        <w:bidi/>
        <w:spacing w:before="0" w:after="120"/>
        <w:jc w:val="both"/>
      </w:pPr>
      <w:r>
        <w:rPr>
          <w:color w:val="334055"/>
          <w:sz w:val="24"/>
          <w:szCs w:val="24"/>
          <w:rtl/>
        </w:rPr>
        <w:t>דוגמה: ‪4 × 5 = 20 · 4 × 50 = 200‬</w:t>
      </w:r>
    </w:p>
    <w:p>
      <w:pPr>
        <w:bidi/>
        <w:spacing w:before="120" w:after="40"/>
        <w:jc w:val="both"/>
      </w:pPr>
      <w:r>
        <w:rPr>
          <w:rFonts w:ascii="Arial Black" w:hAnsi="Arial Black" w:cs="Arial Black"/>
          <w:b/>
          <w:bCs/>
          <w:color w:val="0F766E"/>
          <w:sz w:val="27"/>
          <w:szCs w:val="27"/>
          <w:rtl/>
        </w:rPr>
        <w:t>📘 איך פותרים?</w:t>
      </w:r>
    </w:p>
    <w:p>
      <w:pPr>
        <w:bidi/>
        <w:spacing w:before="0" w:after="20"/>
        <w:jc w:val="both"/>
      </w:pPr>
      <w:r>
        <w:rPr>
          <w:rtl/>
        </w:rPr>
        <w:t>1. שלב 1: מפרקים: 40 הן 4 עשרות, 300 הן 3 מאות.</w:t>
      </w:r>
    </w:p>
    <w:p>
      <w:pPr>
        <w:bidi/>
        <w:spacing w:before="0" w:after="20"/>
        <w:jc w:val="both"/>
      </w:pPr>
      <w:r>
        <w:rPr>
          <w:rtl/>
        </w:rPr>
        <w:t>2. שלב 2: כופלים את המספרים בלי האפסים, לפי לוח הכפל: ‪3 × 4 = 12‬.</w:t>
      </w:r>
    </w:p>
    <w:p>
      <w:pPr>
        <w:bidi/>
        <w:spacing w:before="0" w:after="20"/>
        <w:jc w:val="both"/>
      </w:pPr>
      <w:r>
        <w:rPr>
          <w:rtl/>
        </w:rPr>
        <w:t>3. שלב 3: מוסיפים את האפסים: אפס אחד לעשרות, שני אפסים למאות. ‪3 × 40 = 120‬, ‪3 × 300 = 900‬.</w:t>
      </w:r>
    </w:p>
    <w:p>
      <w:pPr>
        <w:bidi/>
        <w:spacing w:before="0" w:after="20"/>
        <w:jc w:val="both"/>
      </w:pPr>
      <w:r>
        <w:rPr>
          <w:rtl/>
        </w:rPr>
        <w:t>4. שלב 4: בודקים שהתוצאה הגיונית.</w:t>
      </w:r>
    </w:p>
    <w:p>
      <w:pPr>
        <w:bidi/>
        <w:spacing w:before="120" w:after="40"/>
        <w:jc w:val="both"/>
      </w:pPr>
      <w:r>
        <w:rPr>
          <w:b/>
          <w:bCs/>
          <w:color w:val="0F7A4F"/>
          <w:sz w:val="25"/>
          <w:szCs w:val="25"/>
          <w:rtl/>
        </w:rPr>
        <w:t>✏️ דוגמה פתורה: חשבו ‪4 × 200‬.</w:t>
      </w:r>
    </w:p>
    <w:p>
      <w:pPr>
        <w:bidi/>
        <w:spacing w:before="0" w:after="20"/>
        <w:jc w:val="both"/>
      </w:pPr>
      <w:r>
        <w:rPr>
          <w:rtl/>
        </w:rPr>
        <w:t>1. 200 הן 2 מאות.</w:t>
      </w:r>
    </w:p>
    <w:p>
      <w:pPr>
        <w:bidi/>
        <w:spacing w:before="0" w:after="20"/>
        <w:jc w:val="both"/>
      </w:pPr>
      <w:r>
        <w:rPr>
          <w:rtl/>
        </w:rPr>
        <w:t>2. ‪4 × 2 = 8‬, כלומר 8 מאות.</w:t>
      </w:r>
    </w:p>
    <w:p>
      <w:pPr>
        <w:bidi/>
        <w:spacing w:before="0" w:after="20"/>
        <w:jc w:val="both"/>
      </w:pPr>
      <w:r>
        <w:rPr>
          <w:rtl/>
        </w:rPr>
        <w:t>3. 8 מאות הן 800, לכן ‪4 × 200 = 800‬</w:t>
      </w:r>
    </w:p>
    <w:p>
      <w:pPr>
        <w:bidi/>
        <w:spacing w:before="0" w:after="120"/>
        <w:jc w:val="both"/>
      </w:pPr>
      <w:r>
        <w:rPr>
          <w:b/>
          <w:bCs/>
          <w:sz w:val="25"/>
          <w:szCs w:val="25"/>
          <w:rtl/>
        </w:rPr>
        <w:t>התשובה: 800</w:t>
      </w:r>
    </w:p>
    <w:p>
      <w:pPr>
        <w:bidi/>
        <w:spacing w:before="160" w:after="60"/>
        <w:jc w:val="both"/>
      </w:pPr>
      <w:r>
        <w:rPr>
          <w:b/>
          <w:bCs/>
          <w:sz w:val="26"/>
          <w:szCs w:val="26"/>
          <w:rtl/>
        </w:rPr>
        <w:t>1. [קל] חשבו.</w:t>
      </w:r>
    </w:p>
    <w:p>
      <w:pPr>
        <w:bidi/>
        <w:spacing w:before="0" w:after="60"/>
        <w:jc w:val="both"/>
      </w:pPr>
      <w:r>
        <w:rPr>
          <w:rtl/>
        </w:rPr>
        <w:t>א. ‪8 × 10 = __________‬</w:t>
      </w:r>
    </w:p>
    <w:p>
      <w:pPr>
        <w:bidi/>
        <w:spacing w:before="0" w:after="60"/>
        <w:jc w:val="both"/>
      </w:pPr>
      <w:r>
        <w:rPr>
          <w:rtl/>
        </w:rPr>
        <w:t>ב. ‪56 × 10 = __________‬</w:t>
      </w:r>
    </w:p>
    <w:p>
      <w:pPr>
        <w:bidi/>
        <w:spacing w:before="0" w:after="60"/>
        <w:jc w:val="both"/>
      </w:pPr>
      <w:r>
        <w:rPr>
          <w:rtl/>
        </w:rPr>
        <w:t>ג. ‪9 × 100 = __________‬</w:t>
      </w:r>
    </w:p>
    <w:p>
      <w:pPr>
        <w:bidi/>
        <w:spacing w:before="0" w:after="60"/>
        <w:jc w:val="both"/>
      </w:pPr>
      <w:r>
        <w:rPr>
          <w:rtl/>
        </w:rPr>
        <w:t>ד. ‪10 × 30 = __________‬</w:t>
      </w:r>
    </w:p>
    <w:p>
      <w:pPr>
        <w:bidi/>
        <w:spacing w:before="0" w:after="60"/>
        <w:jc w:val="both"/>
      </w:pPr>
      <w:r>
        <w:rPr>
          <w:rtl/>
        </w:rPr>
        <w:t>ה. ‪3 × 100 = __________‬</w:t>
      </w:r>
    </w:p>
    <w:p>
      <w:pPr>
        <w:bidi/>
        <w:spacing w:before="0" w:after="60"/>
        <w:jc w:val="both"/>
      </w:pPr>
      <w:r>
        <w:rPr>
          <w:rtl/>
        </w:rPr>
        <w:t>ו. ‪10 × 10 = __________‬</w:t>
      </w:r>
    </w:p>
    <w:p>
      <w:pPr>
        <w:bidi/>
        <w:spacing w:before="160" w:after="60"/>
        <w:jc w:val="both"/>
      </w:pPr>
      <w:r>
        <w:rPr>
          <w:b/>
          <w:bCs/>
          <w:sz w:val="26"/>
          <w:szCs w:val="26"/>
          <w:rtl/>
        </w:rPr>
        <w:t>2. [קל] חשבו בעזרת לוח הכפל.</w:t>
      </w:r>
    </w:p>
    <w:p>
      <w:pPr>
        <w:bidi/>
        <w:spacing w:before="0" w:after="60"/>
        <w:jc w:val="both"/>
      </w:pPr>
      <w:r>
        <w:rPr>
          <w:rtl/>
        </w:rPr>
        <w:t>א. ‪3 × 40 = __________‬</w:t>
      </w:r>
    </w:p>
    <w:p>
      <w:pPr>
        <w:bidi/>
        <w:spacing w:before="0" w:after="60"/>
        <w:jc w:val="both"/>
      </w:pPr>
      <w:r>
        <w:rPr>
          <w:rtl/>
        </w:rPr>
        <w:t>ב. ‪5 × 30 = __________‬</w:t>
      </w:r>
    </w:p>
    <w:p>
      <w:pPr>
        <w:bidi/>
        <w:spacing w:before="0" w:after="60"/>
        <w:jc w:val="both"/>
      </w:pPr>
      <w:r>
        <w:rPr>
          <w:rtl/>
        </w:rPr>
        <w:t>ג. ‪7 × 20 = __________‬</w:t>
      </w:r>
    </w:p>
    <w:p>
      <w:pPr>
        <w:bidi/>
        <w:spacing w:before="0" w:after="60"/>
        <w:jc w:val="both"/>
      </w:pPr>
      <w:r>
        <w:rPr>
          <w:rtl/>
        </w:rPr>
        <w:t>ד. ‪6 × 60 = __________‬</w:t>
      </w:r>
    </w:p>
    <w:p>
      <w:pPr>
        <w:bidi/>
        <w:spacing w:before="0" w:after="60"/>
        <w:jc w:val="both"/>
      </w:pPr>
      <w:r>
        <w:rPr>
          <w:rtl/>
        </w:rPr>
        <w:t>ה. ‪9 × 50 = __________‬</w:t>
      </w:r>
    </w:p>
    <w:p>
      <w:pPr>
        <w:bidi/>
        <w:spacing w:before="0" w:after="60"/>
        <w:jc w:val="both"/>
      </w:pPr>
      <w:r>
        <w:rPr>
          <w:rtl/>
        </w:rPr>
        <w:t>ו. ‪4 × 70 = __________‬</w:t>
      </w:r>
    </w:p>
    <w:p>
      <w:pPr>
        <w:bidi/>
        <w:spacing w:before="0" w:after="60"/>
        <w:jc w:val="both"/>
      </w:pPr>
      <w:r>
        <w:rPr>
          <w:rtl/>
        </w:rPr>
        <w:t>ז. ‪8 × 80 = __________‬</w:t>
      </w:r>
    </w:p>
    <w:p>
      <w:pPr>
        <w:bidi/>
        <w:spacing w:before="0" w:after="60"/>
        <w:jc w:val="both"/>
      </w:pPr>
      <w:r>
        <w:rPr>
          <w:rtl/>
        </w:rPr>
        <w:t>ח. ‪7 × 90 = __________‬</w:t>
      </w:r>
    </w:p>
    <w:p>
      <w:pPr>
        <w:bidi/>
        <w:spacing w:before="160" w:after="60"/>
        <w:jc w:val="both"/>
      </w:pPr>
      <w:r>
        <w:rPr>
          <w:b/>
          <w:bCs/>
          <w:sz w:val="26"/>
          <w:szCs w:val="26"/>
          <w:rtl/>
        </w:rPr>
        <w:t>3. [קל] השלימו את הטבלה.</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jc w:val="both"/>
            </w:pPr>
            <w:r>
              <w:rPr>
                <w:b/>
                <w:bCs/>
                <w:color w:val="FFFFFF"/>
                <w:rtl/>
              </w:rPr>
              <w:t>×</w:t>
            </w:r>
          </w:p>
        </w:tc>
        <w:tc>
          <w:tcPr>
            <w:tcW w:type="dxa" w:w="2494"/>
            <w:shd w:val="clear" w:color="auto" w:fill="0f766e"/>
          </w:tcPr>
          <w:p>
            <w:pPr>
              <w:bidi/>
              <w:spacing w:before="0" w:after="40"/>
              <w:jc w:val="both"/>
            </w:pPr>
            <w:r>
              <w:rPr>
                <w:b/>
                <w:bCs/>
                <w:color w:val="FFFFFF"/>
                <w:rtl/>
              </w:rPr>
              <w:t>4</w:t>
            </w:r>
          </w:p>
        </w:tc>
        <w:tc>
          <w:tcPr>
            <w:tcW w:type="dxa" w:w="2494"/>
            <w:shd w:val="clear" w:color="auto" w:fill="0f766e"/>
          </w:tcPr>
          <w:p>
            <w:pPr>
              <w:bidi/>
              <w:spacing w:before="0" w:after="40"/>
              <w:jc w:val="both"/>
            </w:pPr>
            <w:r>
              <w:rPr>
                <w:b/>
                <w:bCs/>
                <w:color w:val="FFFFFF"/>
                <w:rtl/>
              </w:rPr>
              <w:t>40</w:t>
            </w:r>
          </w:p>
        </w:tc>
        <w:tc>
          <w:tcPr>
            <w:tcW w:type="dxa" w:w="2494"/>
            <w:shd w:val="clear" w:color="auto" w:fill="0f766e"/>
          </w:tcPr>
          <w:p>
            <w:pPr>
              <w:bidi/>
              <w:spacing w:before="0" w:after="40"/>
              <w:jc w:val="both"/>
            </w:pPr>
            <w:r>
              <w:rPr>
                <w:b/>
                <w:bCs/>
                <w:color w:val="FFFFFF"/>
                <w:rtl/>
              </w:rPr>
              <w:t>400</w:t>
            </w:r>
          </w:p>
        </w:tc>
      </w:tr>
      <w:tr>
        <w:tc>
          <w:tcPr>
            <w:tcW w:type="dxa" w:w="2494"/>
          </w:tcPr>
          <w:p>
            <w:pPr>
              <w:bidi/>
              <w:spacing w:before="0" w:after="40"/>
              <w:jc w:val="both"/>
            </w:pPr>
            <w:r>
              <w:rPr>
                <w:rtl/>
              </w:rPr>
              <w:t>2</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1</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bl>
    <w:p>
      <w:pPr>
        <w:bidi/>
        <w:spacing w:before="0" w:after="40"/>
        <w:jc w:val="both"/>
      </w:pPr>
    </w:p>
    <w:p>
      <w:pPr>
        <w:bidi/>
        <w:spacing w:before="160" w:after="60"/>
        <w:jc w:val="both"/>
      </w:pPr>
      <w:r>
        <w:rPr>
          <w:b/>
          <w:bCs/>
          <w:sz w:val="26"/>
          <w:szCs w:val="26"/>
          <w:rtl/>
        </w:rPr>
        <w:t>4. [קל] השלימו את טבלת הכפל בעשרות.</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jc w:val="both"/>
            </w:pPr>
            <w:r>
              <w:rPr>
                <w:b/>
                <w:bCs/>
                <w:color w:val="FFFFFF"/>
                <w:rtl/>
              </w:rPr>
              <w:t>×</w:t>
            </w:r>
          </w:p>
        </w:tc>
        <w:tc>
          <w:tcPr>
            <w:tcW w:type="dxa" w:w="2494"/>
            <w:shd w:val="clear" w:color="auto" w:fill="0f766e"/>
          </w:tcPr>
          <w:p>
            <w:pPr>
              <w:bidi/>
              <w:spacing w:before="0" w:after="40"/>
              <w:jc w:val="both"/>
            </w:pPr>
            <w:r>
              <w:rPr>
                <w:b/>
                <w:bCs/>
                <w:color w:val="FFFFFF"/>
                <w:rtl/>
              </w:rPr>
              <w:t>20</w:t>
            </w:r>
          </w:p>
        </w:tc>
        <w:tc>
          <w:tcPr>
            <w:tcW w:type="dxa" w:w="2494"/>
            <w:shd w:val="clear" w:color="auto" w:fill="0f766e"/>
          </w:tcPr>
          <w:p>
            <w:pPr>
              <w:bidi/>
              <w:spacing w:before="0" w:after="40"/>
              <w:jc w:val="both"/>
            </w:pPr>
            <w:r>
              <w:rPr>
                <w:b/>
                <w:bCs/>
                <w:color w:val="FFFFFF"/>
                <w:rtl/>
              </w:rPr>
              <w:t>50</w:t>
            </w:r>
          </w:p>
        </w:tc>
        <w:tc>
          <w:tcPr>
            <w:tcW w:type="dxa" w:w="2494"/>
            <w:shd w:val="clear" w:color="auto" w:fill="0f766e"/>
          </w:tcPr>
          <w:p>
            <w:pPr>
              <w:bidi/>
              <w:spacing w:before="0" w:after="40"/>
              <w:jc w:val="both"/>
            </w:pPr>
            <w:r>
              <w:rPr>
                <w:b/>
                <w:bCs/>
                <w:color w:val="FFFFFF"/>
                <w:rtl/>
              </w:rPr>
              <w:t>70</w:t>
            </w:r>
          </w:p>
        </w:tc>
      </w:tr>
      <w:tr>
        <w:tc>
          <w:tcPr>
            <w:tcW w:type="dxa" w:w="2494"/>
          </w:tcPr>
          <w:p>
            <w:pPr>
              <w:bidi/>
              <w:spacing w:before="0" w:after="40"/>
              <w:jc w:val="both"/>
            </w:pPr>
            <w:r>
              <w:rPr>
                <w:rtl/>
              </w:rPr>
              <w:t>3</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6</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8</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bl>
    <w:p>
      <w:pPr>
        <w:bidi/>
        <w:spacing w:before="0" w:after="40"/>
        <w:jc w:val="both"/>
      </w:pPr>
    </w:p>
    <w:p>
      <w:pPr>
        <w:bidi/>
        <w:spacing w:before="160" w:after="60"/>
        <w:jc w:val="both"/>
      </w:pPr>
      <w:r>
        <w:rPr>
          <w:b/>
          <w:bCs/>
          <w:sz w:val="26"/>
          <w:szCs w:val="26"/>
          <w:rtl/>
        </w:rPr>
        <w:t>5. [קל] התאימו לכל תרגיל את התוצאה.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‪2 × 400‬</w:t>
            </w:r>
          </w:p>
        </w:tc>
        <w:tc>
          <w:tcPr>
            <w:tcW w:type="dxa" w:w="4989"/>
          </w:tcPr>
          <w:p>
            <w:pPr>
              <w:bidi/>
              <w:spacing w:before="0" w:after="40"/>
              <w:jc w:val="both"/>
            </w:pPr>
            <w:r>
              <w:rPr>
                <w:rtl/>
              </w:rPr>
              <w:t>[   ] 250</w:t>
            </w:r>
          </w:p>
        </w:tc>
      </w:tr>
      <w:tr>
        <w:tc>
          <w:tcPr>
            <w:tcW w:type="dxa" w:w="4989"/>
          </w:tcPr>
          <w:p>
            <w:pPr>
              <w:bidi/>
              <w:spacing w:before="0" w:after="40"/>
              <w:jc w:val="both"/>
            </w:pPr>
            <w:r>
              <w:rPr>
                <w:rtl/>
              </w:rPr>
              <w:t>2. ‪3 × 300‬</w:t>
            </w:r>
          </w:p>
        </w:tc>
        <w:tc>
          <w:tcPr>
            <w:tcW w:type="dxa" w:w="4989"/>
          </w:tcPr>
          <w:p>
            <w:pPr>
              <w:bidi/>
              <w:spacing w:before="0" w:after="40"/>
              <w:jc w:val="both"/>
            </w:pPr>
            <w:r>
              <w:rPr>
                <w:rtl/>
              </w:rPr>
              <w:t>[   ] 490</w:t>
            </w:r>
          </w:p>
        </w:tc>
      </w:tr>
      <w:tr>
        <w:tc>
          <w:tcPr>
            <w:tcW w:type="dxa" w:w="4989"/>
          </w:tcPr>
          <w:p>
            <w:pPr>
              <w:bidi/>
              <w:spacing w:before="0" w:after="40"/>
              <w:jc w:val="both"/>
            </w:pPr>
            <w:r>
              <w:rPr>
                <w:rtl/>
              </w:rPr>
              <w:t>3. ‪6 × 90‬</w:t>
            </w:r>
          </w:p>
        </w:tc>
        <w:tc>
          <w:tcPr>
            <w:tcW w:type="dxa" w:w="4989"/>
          </w:tcPr>
          <w:p>
            <w:pPr>
              <w:bidi/>
              <w:spacing w:before="0" w:after="40"/>
              <w:jc w:val="both"/>
            </w:pPr>
            <w:r>
              <w:rPr>
                <w:rtl/>
              </w:rPr>
              <w:t>[   ] 800</w:t>
            </w:r>
          </w:p>
        </w:tc>
      </w:tr>
      <w:tr>
        <w:tc>
          <w:tcPr>
            <w:tcW w:type="dxa" w:w="4989"/>
          </w:tcPr>
          <w:p>
            <w:pPr>
              <w:bidi/>
              <w:spacing w:before="0" w:after="40"/>
              <w:jc w:val="both"/>
            </w:pPr>
            <w:r>
              <w:rPr>
                <w:rtl/>
              </w:rPr>
              <w:t>4. ‪7 × 70‬</w:t>
            </w:r>
          </w:p>
        </w:tc>
        <w:tc>
          <w:tcPr>
            <w:tcW w:type="dxa" w:w="4989"/>
          </w:tcPr>
          <w:p>
            <w:pPr>
              <w:bidi/>
              <w:spacing w:before="0" w:after="40"/>
              <w:jc w:val="both"/>
            </w:pPr>
            <w:r>
              <w:rPr>
                <w:rtl/>
              </w:rPr>
              <w:t>[   ] 900</w:t>
            </w:r>
          </w:p>
        </w:tc>
      </w:tr>
      <w:tr>
        <w:tc>
          <w:tcPr>
            <w:tcW w:type="dxa" w:w="4989"/>
          </w:tcPr>
          <w:p>
            <w:pPr>
              <w:bidi/>
              <w:spacing w:before="0" w:after="40"/>
              <w:jc w:val="both"/>
            </w:pPr>
            <w:r>
              <w:rPr>
                <w:rtl/>
              </w:rPr>
              <w:t>5. ‪5 × 50‬</w:t>
            </w:r>
          </w:p>
        </w:tc>
        <w:tc>
          <w:tcPr>
            <w:tcW w:type="dxa" w:w="4989"/>
          </w:tcPr>
          <w:p>
            <w:pPr>
              <w:bidi/>
              <w:spacing w:before="0" w:after="40"/>
              <w:jc w:val="both"/>
            </w:pPr>
            <w:r>
              <w:rPr>
                <w:rtl/>
              </w:rPr>
              <w:t>[   ] 540</w:t>
            </w:r>
          </w:p>
        </w:tc>
      </w:tr>
      <w:tr>
        <w:tc>
          <w:tcPr>
            <w:tcW w:type="dxa" w:w="4989"/>
          </w:tcPr>
          <w:p>
            <w:pPr>
              <w:bidi/>
              <w:spacing w:before="0" w:after="40"/>
              <w:jc w:val="both"/>
            </w:pPr>
            <w:r>
              <w:rPr>
                <w:rtl/>
              </w:rPr>
              <w:t>6. ‪9 × 30‬</w:t>
            </w:r>
          </w:p>
        </w:tc>
        <w:tc>
          <w:tcPr>
            <w:tcW w:type="dxa" w:w="4989"/>
          </w:tcPr>
          <w:p>
            <w:pPr>
              <w:bidi/>
              <w:spacing w:before="0" w:after="40"/>
              <w:jc w:val="both"/>
            </w:pPr>
            <w:r>
              <w:rPr>
                <w:rtl/>
              </w:rPr>
              <w:t>[   ] 270</w:t>
            </w:r>
          </w:p>
        </w:tc>
      </w:tr>
    </w:tbl>
    <w:p>
      <w:pPr>
        <w:bidi/>
        <w:spacing w:before="0" w:after="40"/>
        <w:jc w:val="both"/>
      </w:pPr>
    </w:p>
    <w:p>
      <w:pPr>
        <w:bidi/>
        <w:spacing w:before="160" w:after="60"/>
        <w:jc w:val="both"/>
      </w:pPr>
      <w:r>
        <w:rPr>
          <w:b/>
          <w:bCs/>
          <w:sz w:val="26"/>
          <w:szCs w:val="26"/>
          <w:rtl/>
        </w:rPr>
        <w:t>6. [בינוני] נכון או לא נכון?</w:t>
      </w:r>
    </w:p>
    <w:p>
      <w:pPr>
        <w:bidi/>
        <w:spacing w:before="0" w:after="60"/>
        <w:jc w:val="both"/>
      </w:pPr>
      <w:r>
        <w:rPr>
          <w:rtl/>
        </w:rPr>
        <w:t>א. כשכופלים מספר ב-10, מוסיפים לו 0 בסוף.      נכון / לא נכון</w:t>
      </w:r>
    </w:p>
    <w:p>
      <w:pPr>
        <w:bidi/>
        <w:spacing w:before="0" w:after="60"/>
        <w:jc w:val="both"/>
      </w:pPr>
      <w:r>
        <w:rPr>
          <w:rtl/>
        </w:rPr>
        <w:t>ב. ‪8 × 50 = 40‬      נכון / לא נכון</w:t>
      </w:r>
    </w:p>
    <w:p>
      <w:pPr>
        <w:bidi/>
        <w:spacing w:before="0" w:after="60"/>
        <w:jc w:val="both"/>
      </w:pPr>
      <w:r>
        <w:rPr>
          <w:rtl/>
        </w:rPr>
        <w:t>ג. ‪9 × 40 = 4 × 90‬      נכון / לא נכון</w:t>
      </w:r>
    </w:p>
    <w:p>
      <w:pPr>
        <w:bidi/>
        <w:spacing w:before="0" w:after="60"/>
        <w:jc w:val="both"/>
      </w:pPr>
      <w:r>
        <w:rPr>
          <w:rtl/>
        </w:rPr>
        <w:t>ד. ‪2 × 300 = 500‬      נכון / לא נכון</w:t>
      </w:r>
    </w:p>
    <w:p>
      <w:pPr>
        <w:bidi/>
        <w:spacing w:before="160" w:after="60"/>
        <w:jc w:val="both"/>
      </w:pPr>
      <w:r>
        <w:rPr>
          <w:b/>
          <w:bCs/>
          <w:sz w:val="26"/>
          <w:szCs w:val="26"/>
          <w:rtl/>
        </w:rPr>
        <w:t>7. [בינוני] בחרו.</w:t>
      </w:r>
    </w:p>
    <w:p>
      <w:pPr>
        <w:bidi/>
        <w:spacing w:before="0" w:after="20"/>
        <w:jc w:val="both"/>
      </w:pPr>
      <w:r>
        <w:rPr>
          <w:rtl/>
        </w:rPr>
        <w:t>א. ‪6 × 80‬ =</w:t>
      </w:r>
    </w:p>
    <w:p>
      <w:pPr>
        <w:bidi/>
        <w:spacing w:before="0" w:after="80"/>
        <w:jc w:val="both"/>
      </w:pPr>
      <w:r>
        <w:rPr>
          <w:rtl/>
        </w:rPr>
        <w:t xml:space="preserve">   ○ 4,800      ○ 48      ○ 480</w:t>
      </w:r>
    </w:p>
    <w:p>
      <w:pPr>
        <w:bidi/>
        <w:spacing w:before="0" w:after="20"/>
        <w:jc w:val="both"/>
      </w:pPr>
      <w:r>
        <w:rPr>
          <w:rtl/>
        </w:rPr>
        <w:t>ב. מה חסר? ‪4 × ___ = 280‬</w:t>
      </w:r>
    </w:p>
    <w:p>
      <w:pPr>
        <w:bidi/>
        <w:spacing w:before="0" w:after="80"/>
        <w:jc w:val="both"/>
      </w:pPr>
      <w:r>
        <w:rPr>
          <w:rtl/>
        </w:rPr>
        <w:t xml:space="preserve">   ○ 70      ○ 7      ○ 700</w:t>
      </w:r>
    </w:p>
    <w:p>
      <w:pPr>
        <w:bidi/>
        <w:spacing w:before="160" w:after="60"/>
        <w:jc w:val="both"/>
      </w:pPr>
      <w:r>
        <w:rPr>
          <w:b/>
          <w:bCs/>
          <w:sz w:val="26"/>
          <w:szCs w:val="26"/>
          <w:rtl/>
        </w:rPr>
        <w:t>8. [בינוני] מיינו את התרגילים: התוצאה קטנה מ-300 או גדולה מ-300?</w:t>
      </w:r>
    </w:p>
    <w:p>
      <w:pPr>
        <w:bidi/>
        <w:spacing w:before="0" w:after="80"/>
        <w:jc w:val="both"/>
      </w:pPr>
      <w:r>
        <w:rPr>
          <w:color w:val="0F766E"/>
          <w:sz w:val="24"/>
          <w:szCs w:val="24"/>
          <w:rtl/>
        </w:rPr>
        <w:t>המילים: ‪4 × 70‬  |  ‪5 × 80‬  |  ‪6 × 40‬  |  ‪9 × 30‬  |  ‪7 × 60‬  |  ‪2 × 200‬  |  ‪3 × 90‬  |  ‪8 × 40‬</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קטנה מ-300</w:t>
            </w:r>
          </w:p>
        </w:tc>
        <w:tc>
          <w:tcPr>
            <w:tcW w:type="dxa" w:w="4989"/>
            <w:shd w:val="clear" w:color="auto" w:fill="0f766e"/>
          </w:tcPr>
          <w:p>
            <w:pPr>
              <w:bidi/>
              <w:spacing w:before="0" w:after="40"/>
              <w:jc w:val="both"/>
            </w:pPr>
            <w:r>
              <w:rPr>
                <w:b/>
                <w:bCs/>
                <w:color w:val="FFFFFF"/>
                <w:rtl/>
              </w:rPr>
              <w:t>גדולה מ-300</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9. [בינוני] השלימו את המספר החסר.</w:t>
      </w:r>
    </w:p>
    <w:p>
      <w:pPr>
        <w:bidi/>
        <w:spacing w:before="0" w:after="60"/>
        <w:jc w:val="both"/>
      </w:pPr>
      <w:r>
        <w:rPr>
          <w:rtl/>
        </w:rPr>
        <w:t>א. ‪__________ × 30 = 270‬</w:t>
      </w:r>
    </w:p>
    <w:p>
      <w:pPr>
        <w:bidi/>
        <w:spacing w:before="0" w:after="60"/>
        <w:jc w:val="both"/>
      </w:pPr>
      <w:r>
        <w:rPr>
          <w:rtl/>
        </w:rPr>
        <w:t>ב. ‪7 × __________ = 420‬</w:t>
      </w:r>
    </w:p>
    <w:p>
      <w:pPr>
        <w:bidi/>
        <w:spacing w:before="0" w:after="60"/>
        <w:jc w:val="both"/>
      </w:pPr>
      <w:r>
        <w:rPr>
          <w:rtl/>
        </w:rPr>
        <w:t>ג. ‪__________ × 100 = 600‬</w:t>
      </w:r>
    </w:p>
    <w:p>
      <w:pPr>
        <w:bidi/>
        <w:spacing w:before="0" w:after="60"/>
        <w:jc w:val="both"/>
      </w:pPr>
      <w:r>
        <w:rPr>
          <w:rtl/>
        </w:rPr>
        <w:t>ד. ‪4 × __________ = 800‬</w:t>
      </w:r>
    </w:p>
    <w:p>
      <w:pPr>
        <w:bidi/>
        <w:spacing w:before="160" w:after="60"/>
        <w:jc w:val="both"/>
      </w:pPr>
      <w:r>
        <w:rPr>
          <w:b/>
          <w:bCs/>
          <w:sz w:val="26"/>
          <w:szCs w:val="26"/>
          <w:rtl/>
        </w:rPr>
        <w:t>10. [בינוני] הסבירו: דניאל חישב ‪5 × 60 = 30‬. מה הטעות שלו? כתבו את התשובה הנכונה.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[בינוני] פתרו במשבצות בשתי דרכים: ‪4 × 200‬ (בחיבור חוזר ובעזרת לוח הכפל).</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20" w:after="40"/>
        <w:jc w:val="center"/>
      </w:pPr>
      <w:r>
        <w:rPr>
          <w:rFonts w:ascii="Arial Black" w:hAnsi="Arial Black" w:cs="Arial Black"/>
          <w:b/>
          <w:bCs/>
          <w:color w:val="0F766E"/>
          <w:sz w:val="30"/>
          <w:szCs w:val="30"/>
          <w:rtl/>
        </w:rPr>
        <w:t>במגרש הכדורגל</w:t>
      </w:r>
    </w:p>
    <w:p>
      <w:pPr>
        <w:bidi/>
        <w:spacing w:before="0" w:after="80"/>
        <w:jc w:val="both"/>
      </w:pPr>
      <w:r>
        <w:rPr>
          <w:rtl/>
        </w:rPr>
        <w:t>בשכונה של אריאל נבנה מגרש כדורגל חדש. לצד המגרש הציבו 5 יציעים, ובכל יציע 80 מושבים. בטקס הפתיחה הגיעו 4 קבוצות ילדים, ובכל קבוצה 20 שחקנים.</w:t>
      </w:r>
    </w:p>
    <w:p>
      <w:pPr>
        <w:bidi/>
        <w:spacing w:before="0" w:after="80"/>
        <w:jc w:val="both"/>
      </w:pPr>
      <w:r>
        <w:rPr>
          <w:rtl/>
        </w:rPr>
        <w:t>כל שחקן קיבל חולצה, והעירייה הזמינה עוד 3 ארגזים של כדורים, ובכל ארגז 30 כדורים.</w:t>
      </w:r>
    </w:p>
    <w:p>
      <w:pPr>
        <w:bidi/>
        <w:spacing w:before="0" w:after="80"/>
        <w:jc w:val="both"/>
      </w:pPr>
      <w:r>
        <w:rPr>
          <w:rtl/>
        </w:rPr>
        <w:t>השחקנים התחממו על הדשא החדש והתרגשו מאוד. ראש העירייה גזר את הסרט, והקהל מחא כפיים. אחר כך התחיל משחק ראשון בין שתי קבוצות של ילדי השכונה.</w:t>
      </w:r>
    </w:p>
    <w:p>
      <w:pPr>
        <w:bidi/>
        <w:spacing w:before="160" w:after="60"/>
        <w:jc w:val="both"/>
      </w:pPr>
      <w:r>
        <w:rPr>
          <w:b/>
          <w:bCs/>
          <w:sz w:val="26"/>
          <w:szCs w:val="26"/>
          <w:rtl/>
        </w:rPr>
        <w:t>12. [בינוני] לפי הסיפור: כמה מושבים יש ביציעים?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[בינוני] לפי הסיפור: כמה שחקנים הגיעו לטקס? כמה חולצות חילקו?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14. [בינוני] לפי הסיפור: כמה כדורים הזמינה העירייה?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15. [אתגר] אתגר: מה גדול יותר, ‪6 × 70‬ או ‪5 × 80‬? בכמה? הסבירו.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240" w:after="40"/>
        <w:jc w:val="both"/>
      </w:pPr>
      <w:r>
        <w:rPr>
          <w:rFonts w:ascii="Arial Black" w:hAnsi="Arial Black" w:cs="Arial Black"/>
          <w:b/>
          <w:bCs/>
          <w:color w:val="0F766E"/>
          <w:sz w:val="34"/>
          <w:szCs w:val="34"/>
          <w:rtl/>
        </w:rPr>
        <w:t>📖 בעיות מילוליות</w:t>
      </w:r>
    </w:p>
    <w:p>
      <w:pPr>
        <w:bidi/>
        <w:spacing w:before="0" w:after="80"/>
        <w:jc w:val="both"/>
      </w:pPr>
      <w:r>
        <w:rPr>
          <w:color w:val="5B6476"/>
          <w:sz w:val="22"/>
          <w:szCs w:val="22"/>
          <w:rtl/>
        </w:rPr>
        <w:t>קראו בעיון · כתבו את דרך הפתרון · כתבו תשובה במשפט</w:t>
      </w:r>
    </w:p>
    <w:p>
      <w:pPr>
        <w:bidi/>
        <w:spacing w:before="160" w:after="60"/>
        <w:jc w:val="both"/>
      </w:pPr>
      <w:r>
        <w:rPr>
          <w:b/>
          <w:bCs/>
          <w:sz w:val="26"/>
          <w:szCs w:val="26"/>
          <w:rtl/>
        </w:rPr>
        <w:t>16. [קל] בכל שורה בגינה שתלו 10 שתילים. כמה שתילים שתלו ב-7 שורות?</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17. [קל] חבילת עפרונות עולה 20 ₪. כמה עולות 5 חבילות?</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18. [בינוני] במטע בקיבוץ יש 6 שורות, ובכל שורה 40 עצים. כמה עצים יש במטע?</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19. [בינוני] אריאל רוכב על אופניים 300 מטרים בכל דקה. כמה מטרים ירכב ב-3 דקות?</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20. [אתגר] באולם יש 8 שורות, ובכל שורה 20 כסאות. לטקס הגיעו 150 אורחים, וכל אחד ישב על כיסא. כמה כסאות נשארו פנויים?</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21. [אתגר] משה קנה 2 מחשבונים במחיר 90 ₪ כל אחד, ו-3 ספרים במחיר 40 ₪ כל אחד. כמה שילם משה בסך הכול?</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color w:val="0F766E"/>
          <w:sz w:val="26"/>
          <w:szCs w:val="26"/>
          <w:rtl/>
        </w:rPr>
        <w:t>22. פתרו. גזרו את כרטיסי התרגילים, והדביקו כל תרגיל מתחת לתוצאה שלו.</w:t>
      </w:r>
    </w:p>
    <w:tbl>
      <w:tblPr>
        <w:tblW w:type="auto" w:w="0"/>
        <w:tblLook w:firstColumn="1" w:firstRow="1" w:lastColumn="0" w:lastRow="0" w:noHBand="0" w:noVBand="1" w:val="04A0"/>
        <w:bidiVisual/>
        <w:tblLayout w:type="fixed"/>
      </w:tblPr>
      <w:tblGrid>
        <w:gridCol w:w="3326"/>
        <w:gridCol w:w="3326"/>
        <w:gridCol w:w="3326"/>
      </w:tblGrid>
      <w:tr>
        <w:tc>
          <w:tcPr>
            <w:tcW w:type="dxa" w:w="3288"/>
            <w:tcBorders>
              <w:top w:val="single" w:sz="8" w:color="C9CFDB" w:space="0"/>
              <w:left w:val="single" w:sz="8" w:color="C9CFDB" w:space="0"/>
              <w:bottom w:val="single" w:sz="8" w:color="C9CFDB" w:space="0"/>
              <w:right w:val="single" w:sz="8" w:color="C9CFDB" w:space="0"/>
            </w:tcBorders>
            <w:shd w:val="clear" w:color="auto" w:fill="F1F4F9"/>
            <w:vAlign w:val="center"/>
          </w:tcPr>
          <w:p>
            <w:pPr>
              <w:bidi/>
              <w:spacing w:before="40" w:after="40"/>
              <w:jc w:val="center"/>
            </w:pPr>
            <w:r>
              <w:rPr>
                <w:b/>
                <w:bCs/>
                <w:sz w:val="25"/>
                <w:szCs w:val="25"/>
                <w:rtl/>
              </w:rPr>
              <w:t>120</w:t>
            </w:r>
          </w:p>
        </w:tc>
        <w:tc>
          <w:tcPr>
            <w:tcW w:type="dxa" w:w="3288"/>
            <w:tcBorders>
              <w:top w:val="single" w:sz="8" w:color="C9CFDB" w:space="0"/>
              <w:left w:val="single" w:sz="8" w:color="C9CFDB" w:space="0"/>
              <w:bottom w:val="single" w:sz="8" w:color="C9CFDB" w:space="0"/>
              <w:right w:val="single" w:sz="8" w:color="C9CFDB" w:space="0"/>
            </w:tcBorders>
            <w:shd w:val="clear" w:color="auto" w:fill="F1F4F9"/>
            <w:vAlign w:val="center"/>
          </w:tcPr>
          <w:p>
            <w:pPr>
              <w:bidi/>
              <w:spacing w:before="40" w:after="40"/>
              <w:jc w:val="center"/>
            </w:pPr>
            <w:r>
              <w:rPr>
                <w:b/>
                <w:bCs/>
                <w:sz w:val="25"/>
                <w:szCs w:val="25"/>
                <w:rtl/>
              </w:rPr>
              <w:t>200</w:t>
            </w:r>
          </w:p>
        </w:tc>
        <w:tc>
          <w:tcPr>
            <w:tcW w:type="dxa" w:w="3288"/>
            <w:tcBorders>
              <w:top w:val="single" w:sz="8" w:color="C9CFDB" w:space="0"/>
              <w:left w:val="single" w:sz="8" w:color="C9CFDB" w:space="0"/>
              <w:bottom w:val="single" w:sz="8" w:color="C9CFDB" w:space="0"/>
              <w:right w:val="single" w:sz="8" w:color="C9CFDB" w:space="0"/>
            </w:tcBorders>
            <w:shd w:val="clear" w:color="auto" w:fill="F1F4F9"/>
            <w:vAlign w:val="center"/>
          </w:tcPr>
          <w:p>
            <w:pPr>
              <w:bidi/>
              <w:spacing w:before="40" w:after="40"/>
              <w:jc w:val="center"/>
            </w:pPr>
            <w:r>
              <w:rPr>
                <w:b/>
                <w:bCs/>
                <w:sz w:val="25"/>
                <w:szCs w:val="25"/>
                <w:rtl/>
              </w:rPr>
              <w:t>240</w:t>
            </w:r>
          </w:p>
        </w:tc>
      </w:tr>
      <w:tr>
        <w:trPr>
          <w:trHeight w:val="1360" w:hRule="exact"/>
        </w:trPr>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60" w:hRule="exact"/>
        </w:trPr>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bl>
    <w:p>
      <w:pPr>
        <w:bidi/>
        <w:spacing w:before="0" w:after="40"/>
        <w:jc w:val="both"/>
      </w:pPr>
    </w:p>
    <w:p>
      <w:pPr>
        <w:bidi/>
        <w:spacing w:before="160" w:after="60"/>
        <w:jc w:val="both"/>
      </w:pPr>
      <w:r>
        <w:rPr>
          <w:b/>
          <w:bCs/>
          <w:color w:val="0F766E"/>
          <w:sz w:val="26"/>
          <w:szCs w:val="26"/>
          <w:rtl/>
        </w:rPr>
        <w:t>23. מתחו קו מכל תרגיל אל התוצאה שלו.</w:t>
      </w:r>
    </w:p>
    <w:tbl>
      <w:tblPr>
        <w:tblW w:type="auto" w:w="0"/>
        <w:tblLook w:firstColumn="1" w:firstRow="1" w:lastColumn="0" w:lastRow="0" w:noHBand="0" w:noVBand="1" w:val="04A0"/>
        <w:bidiVisual/>
        <w:tblLayout w:type="fixed"/>
      </w:tblPr>
      <w:tblGrid>
        <w:gridCol w:w="1996"/>
        <w:gridCol w:w="1996"/>
        <w:gridCol w:w="1996"/>
        <w:gridCol w:w="1996"/>
        <w:gridCol w:w="1996"/>
      </w:tblGrid>
      <w:tr>
        <w:tc>
          <w:tcPr>
            <w:tcW w:type="dxa" w:w="3515"/>
            <w:vAlign w:val="center"/>
          </w:tcPr>
          <w:p>
            <w:pPr>
              <w:bidi/>
              <w:spacing w:before="80" w:after="80"/>
              <w:jc w:val="both"/>
            </w:pPr>
            <w:r>
              <w:rPr>
                <w:sz w:val="25"/>
                <w:szCs w:val="25"/>
                <w:rtl/>
              </w:rPr>
              <w:t>1. ‪7 × 10‬</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א. 70</w:t>
            </w:r>
          </w:p>
        </w:tc>
      </w:tr>
      <w:tr>
        <w:tc>
          <w:tcPr>
            <w:tcW w:type="dxa" w:w="3515"/>
            <w:vAlign w:val="center"/>
          </w:tcPr>
          <w:p>
            <w:pPr>
              <w:bidi/>
              <w:spacing w:before="80" w:after="80"/>
              <w:jc w:val="both"/>
            </w:pPr>
            <w:r>
              <w:rPr>
                <w:sz w:val="25"/>
                <w:szCs w:val="25"/>
                <w:rtl/>
              </w:rPr>
              <w:t>2. ‪7 × 100‬</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ב. 90</w:t>
            </w:r>
          </w:p>
        </w:tc>
      </w:tr>
      <w:tr>
        <w:tc>
          <w:tcPr>
            <w:tcW w:type="dxa" w:w="3515"/>
            <w:vAlign w:val="center"/>
          </w:tcPr>
          <w:p>
            <w:pPr>
              <w:bidi/>
              <w:spacing w:before="80" w:after="80"/>
              <w:jc w:val="both"/>
            </w:pPr>
            <w:r>
              <w:rPr>
                <w:sz w:val="25"/>
                <w:szCs w:val="25"/>
                <w:rtl/>
              </w:rPr>
              <w:t>3. ‪3 × 30‬</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ג. 800</w:t>
            </w:r>
          </w:p>
        </w:tc>
      </w:tr>
      <w:tr>
        <w:tc>
          <w:tcPr>
            <w:tcW w:type="dxa" w:w="3515"/>
            <w:vAlign w:val="center"/>
          </w:tcPr>
          <w:p>
            <w:pPr>
              <w:bidi/>
              <w:spacing w:before="80" w:after="80"/>
              <w:jc w:val="both"/>
            </w:pPr>
            <w:r>
              <w:rPr>
                <w:sz w:val="25"/>
                <w:szCs w:val="25"/>
                <w:rtl/>
              </w:rPr>
              <w:t>4. ‪4 × 200‬</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ד. 700</w:t>
            </w:r>
          </w:p>
        </w:tc>
      </w:tr>
      <w:tr>
        <w:tc>
          <w:tcPr>
            <w:tcW w:type="dxa" w:w="3515"/>
            <w:vAlign w:val="center"/>
          </w:tcPr>
          <w:p>
            <w:pPr>
              <w:bidi/>
              <w:spacing w:before="80" w:after="80"/>
              <w:jc w:val="both"/>
            </w:pPr>
            <w:r>
              <w:rPr>
                <w:sz w:val="25"/>
                <w:szCs w:val="25"/>
                <w:rtl/>
              </w:rPr>
              <w:t>5. ‪9 × 50‬</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ה. 450</w:t>
            </w:r>
          </w:p>
        </w:tc>
      </w:tr>
    </w:tbl>
    <w:p>
      <w:pPr>
        <w:bidi/>
        <w:spacing w:before="0" w:after="40"/>
        <w:jc w:val="both"/>
      </w:pPr>
    </w:p>
    <w:p>
      <w:pPr>
        <w:bidi/>
        <w:spacing w:before="0" w:after="80"/>
        <w:jc w:val="both"/>
      </w:pPr>
      <w:r>
        <w:br w:type="page"/>
      </w:r>
    </w:p>
    <w:p>
      <w:pPr>
        <w:bidi/>
        <w:spacing w:before="0" w:after="120"/>
        <w:jc w:val="both"/>
      </w:pPr>
      <w:r>
        <w:rPr>
          <w:rFonts w:ascii="Arial" w:hAnsi="Arial" w:cs="Arial"/>
          <w:color w:val="5B6476"/>
          <w:sz w:val="20"/>
          <w:szCs w:val="20"/>
          <w:rtl/>
        </w:rPr>
        <w:t>מתמטיקה · כיתה ג'   |   פרק 5</w:t>
      </w:r>
    </w:p>
    <w:p>
      <w:pPr>
        <w:bidi/>
        <w:spacing w:before="0" w:after="120"/>
        <w:jc w:val="both"/>
      </w:pPr>
      <w:r>
        <w:rPr>
          <w:rFonts w:ascii="Arial Black" w:hAnsi="Arial Black" w:cs="Arial Black"/>
          <w:b/>
          <w:bCs/>
          <w:color w:val="0F766E"/>
          <w:sz w:val="44"/>
          <w:szCs w:val="44"/>
          <w:rtl/>
        </w:rPr>
        <w:t>פרק 5: כפל במאונך בגורם חד-ספרתי</w:t>
      </w:r>
    </w:p>
    <w:p>
      <w:pPr>
        <w:bidi/>
        <w:spacing w:before="0" w:after="80"/>
        <w:jc w:val="center"/>
      </w:pPr>
      <w:r>
        <w:drawing>
          <wp:inline xmlns:a="http://schemas.openxmlformats.org/drawingml/2006/main" xmlns:pic="http://schemas.openxmlformats.org/drawingml/2006/picture">
            <wp:extent cx="3240000" cy="2160000"/>
            <wp:docPr id="6" name="Picture 6"/>
            <wp:cNvGraphicFramePr>
              <a:graphicFrameLocks noChangeAspect="1"/>
            </wp:cNvGraphicFramePr>
            <a:graphic>
              <a:graphicData uri="http://schemas.openxmlformats.org/drawingml/2006/picture">
                <pic:pic>
                  <pic:nvPicPr>
                    <pic:cNvPr id="0" name="math_g3_t05.jpg"/>
                    <pic:cNvPicPr/>
                  </pic:nvPicPr>
                  <pic:blipFill>
                    <a:blip r:embed="rId15"/>
                    <a:stretch>
                      <a:fillRect/>
                    </a:stretch>
                  </pic:blipFill>
                  <pic:spPr>
                    <a:xfrm>
                      <a:off x="0" y="0"/>
                      <a:ext cx="3240000" cy="2160000"/>
                    </a:xfrm>
                    <a:prstGeom prst="rect"/>
                  </pic:spPr>
                </pic:pic>
              </a:graphicData>
            </a:graphic>
          </wp:inline>
        </w:drawing>
      </w:r>
    </w:p>
    <w:p>
      <w:pPr>
        <w:bidi/>
        <w:spacing w:before="120" w:after="40"/>
        <w:jc w:val="both"/>
      </w:pPr>
      <w:r>
        <w:rPr>
          <w:rFonts w:ascii="Arial Black" w:hAnsi="Arial Black" w:cs="Arial Black"/>
          <w:b/>
          <w:bCs/>
          <w:color w:val="0F766E"/>
          <w:sz w:val="28"/>
          <w:szCs w:val="28"/>
          <w:rtl/>
        </w:rPr>
        <w:t>◆ מפרקים ומחברים (חוק הפילוג)</w:t>
      </w:r>
    </w:p>
    <w:p>
      <w:pPr>
        <w:bidi/>
        <w:spacing w:before="0" w:after="40"/>
        <w:jc w:val="both"/>
      </w:pPr>
      <w:r>
        <w:rPr>
          <w:rtl/>
        </w:rPr>
        <w:t>מפרקים את המספר לעשרות ולאחדות, כופלים כל חלק ומחברים.</w:t>
      </w:r>
    </w:p>
    <w:p>
      <w:pPr>
        <w:bidi/>
        <w:spacing w:before="0" w:after="120"/>
        <w:jc w:val="both"/>
      </w:pPr>
      <w:r>
        <w:rPr>
          <w:color w:val="334055"/>
          <w:sz w:val="24"/>
          <w:szCs w:val="24"/>
          <w:rtl/>
        </w:rPr>
        <w:t>דוגמה: ‪4 × 23 = 4 × 20 + 4 × 3 · 80 + 12 = 92‬</w:t>
      </w:r>
    </w:p>
    <w:p>
      <w:pPr>
        <w:bidi/>
        <w:spacing w:before="120" w:after="40"/>
        <w:jc w:val="both"/>
      </w:pPr>
      <w:r>
        <w:rPr>
          <w:rFonts w:ascii="Arial Black" w:hAnsi="Arial Black" w:cs="Arial Black"/>
          <w:b/>
          <w:bCs/>
          <w:color w:val="0F766E"/>
          <w:sz w:val="28"/>
          <w:szCs w:val="28"/>
          <w:rtl/>
        </w:rPr>
        <w:t>◆ כפל במאונך: ‪36 × 4‬</w:t>
      </w:r>
    </w:p>
    <w:p>
      <w:pPr>
        <w:bidi/>
        <w:spacing w:before="0" w:after="20"/>
        <w:jc w:val="both"/>
      </w:pPr>
      <w:r>
        <w:rPr>
          <w:rtl/>
        </w:rPr>
        <w:t>1. אחדות: ‪6 × 4 = 24‬. כותבים 4 וזוכרים 2.</w:t>
      </w:r>
    </w:p>
    <w:p>
      <w:pPr>
        <w:bidi/>
        <w:spacing w:before="0" w:after="20"/>
        <w:jc w:val="both"/>
      </w:pPr>
      <w:r>
        <w:rPr>
          <w:rtl/>
        </w:rPr>
        <w:t>2. עשרות: ‪3 × 4 = 12‬, ועוד ‪2 = 14‬. כותבים 14.</w:t>
      </w:r>
    </w:p>
    <w:p>
      <w:pPr>
        <w:bidi/>
        <w:spacing w:before="0" w:after="20"/>
        <w:jc w:val="both"/>
      </w:pPr>
      <w:r>
        <w:rPr>
          <w:rtl/>
        </w:rPr>
        <w:t>3. התוצאה: 144.</w:t>
      </w:r>
    </w:p>
    <w:p>
      <w:pPr>
        <w:bidi/>
        <w:spacing w:before="120" w:after="40"/>
        <w:jc w:val="both"/>
      </w:pPr>
      <w:r>
        <w:rPr>
          <w:rFonts w:ascii="Arial Black" w:hAnsi="Arial Black" w:cs="Arial Black"/>
          <w:b/>
          <w:bCs/>
          <w:color w:val="0F766E"/>
          <w:sz w:val="28"/>
          <w:szCs w:val="28"/>
          <w:rtl/>
        </w:rPr>
        <w:t>◆ בודקים באומדן</w:t>
      </w:r>
    </w:p>
    <w:p>
      <w:pPr>
        <w:bidi/>
        <w:spacing w:before="0" w:after="40"/>
        <w:jc w:val="both"/>
      </w:pPr>
      <w:r>
        <w:rPr>
          <w:rtl/>
        </w:rPr>
        <w:t>מעגלים לפני החישוב: ‪7 × 48‬ קרוב ל-‪7 × 50 = 350‬. התוצאה 336 קרובה, ולכן הגיונית.</w:t>
      </w:r>
    </w:p>
    <w:p>
      <w:pPr>
        <w:bidi/>
        <w:spacing w:before="120" w:after="40"/>
        <w:jc w:val="both"/>
      </w:pPr>
      <w:r>
        <w:rPr>
          <w:rFonts w:ascii="Arial Black" w:hAnsi="Arial Black" w:cs="Arial Black"/>
          <w:b/>
          <w:bCs/>
          <w:color w:val="0F766E"/>
          <w:sz w:val="27"/>
          <w:szCs w:val="27"/>
          <w:rtl/>
        </w:rPr>
        <w:t>📘 איך פותרים?</w:t>
      </w:r>
    </w:p>
    <w:p>
      <w:pPr>
        <w:bidi/>
        <w:spacing w:before="0" w:after="20"/>
        <w:jc w:val="both"/>
      </w:pPr>
      <w:r>
        <w:rPr>
          <w:rtl/>
        </w:rPr>
        <w:t>1. שלב 1: כותבים את המספר הגדול למעלה, ואת הגורם החד-ספרתי מתחת לספרת האחדות.</w:t>
      </w:r>
    </w:p>
    <w:p>
      <w:pPr>
        <w:bidi/>
        <w:spacing w:before="0" w:after="20"/>
        <w:jc w:val="both"/>
      </w:pPr>
      <w:r>
        <w:rPr>
          <w:rtl/>
        </w:rPr>
        <w:t>2. שלב 2: כופלים את האחדות. אם יצא 10 או יותר, כותבים את ספרת האחדות ומעבירים את העשרות («זוכרים») מעל עמודת העשרות.</w:t>
      </w:r>
    </w:p>
    <w:p>
      <w:pPr>
        <w:bidi/>
        <w:spacing w:before="0" w:after="20"/>
        <w:jc w:val="both"/>
      </w:pPr>
      <w:r>
        <w:rPr>
          <w:rtl/>
        </w:rPr>
        <w:t>3. שלב 3: כופלים את העשרות ומוסיפים את מה שזכרנו. ממשיכים כך גם במאות.</w:t>
      </w:r>
    </w:p>
    <w:p>
      <w:pPr>
        <w:bidi/>
        <w:spacing w:before="0" w:after="20"/>
        <w:jc w:val="both"/>
      </w:pPr>
      <w:r>
        <w:rPr>
          <w:rtl/>
        </w:rPr>
        <w:t>4. שלב 4: בודקים באומדן: ‪48 × 6‬ קרוב ל-‪50 × 6 = 300‬.</w:t>
      </w:r>
    </w:p>
    <w:p>
      <w:pPr>
        <w:bidi/>
        <w:spacing w:before="120" w:after="40"/>
        <w:jc w:val="both"/>
      </w:pPr>
      <w:r>
        <w:rPr>
          <w:b/>
          <w:bCs/>
          <w:color w:val="0F7A4F"/>
          <w:sz w:val="25"/>
          <w:szCs w:val="25"/>
          <w:rtl/>
        </w:rPr>
        <w:t>✏️ דוגמה פתורה: פתרו במאונך: ‪135 × 4‬</w:t>
      </w:r>
    </w:p>
    <w:p>
      <w:pPr>
        <w:bidi/>
        <w:spacing w:before="0" w:after="20"/>
        <w:jc w:val="both"/>
      </w:pPr>
      <w:r>
        <w:rPr>
          <w:rtl/>
        </w:rPr>
        <w:t>1. אחדות: ‪5 × 4 = 20‬, כותבים 0 וזוכרים 2</w:t>
      </w:r>
    </w:p>
    <w:p>
      <w:pPr>
        <w:bidi/>
        <w:spacing w:before="0" w:after="20"/>
        <w:jc w:val="both"/>
      </w:pPr>
      <w:r>
        <w:rPr>
          <w:rtl/>
        </w:rPr>
        <w:t>2. עשרות: ‪3 × 4 = 12‬, ועוד ‪2: 12 + 2 = 14‬, כותבים 4 וזוכרים 1</w:t>
      </w:r>
    </w:p>
    <w:p>
      <w:pPr>
        <w:bidi/>
        <w:spacing w:before="0" w:after="20"/>
        <w:jc w:val="both"/>
      </w:pPr>
      <w:r>
        <w:rPr>
          <w:rtl/>
        </w:rPr>
        <w:t>3. מאות: ‪1 × 4 = 4‬, ועוד ‪1: 4 + 1 = 5‬</w:t>
      </w:r>
    </w:p>
    <w:p>
      <w:pPr>
        <w:bidi/>
        <w:spacing w:before="0" w:after="20"/>
        <w:jc w:val="both"/>
      </w:pPr>
      <w:r>
        <w:rPr>
          <w:rtl/>
        </w:rPr>
        <w:t>4. קוראים את התוצאה: 540</w:t>
      </w:r>
    </w:p>
    <w:p>
      <w:pPr>
        <w:bidi/>
        <w:spacing w:before="0" w:after="120"/>
        <w:jc w:val="both"/>
      </w:pPr>
      <w:r>
        <w:rPr>
          <w:b/>
          <w:bCs/>
          <w:sz w:val="25"/>
          <w:szCs w:val="25"/>
          <w:rtl/>
        </w:rPr>
        <w:t>התשובה: ‪135 × 4 = 540‬</w:t>
      </w:r>
    </w:p>
    <w:p>
      <w:pPr>
        <w:bidi/>
        <w:spacing w:before="160" w:after="60"/>
        <w:jc w:val="both"/>
      </w:pPr>
      <w:r>
        <w:rPr>
          <w:b/>
          <w:bCs/>
          <w:sz w:val="26"/>
          <w:szCs w:val="26"/>
          <w:rtl/>
        </w:rPr>
        <w:t>1. [קל] חשבו בעזרת פירוק.</w:t>
      </w:r>
    </w:p>
    <w:p>
      <w:pPr>
        <w:bidi/>
        <w:spacing w:before="0" w:after="60"/>
        <w:jc w:val="both"/>
      </w:pPr>
      <w:r>
        <w:rPr>
          <w:rtl/>
        </w:rPr>
        <w:t>א. ‪2 × 43 = 80 + 6 = __________‬</w:t>
      </w:r>
    </w:p>
    <w:p>
      <w:pPr>
        <w:bidi/>
        <w:spacing w:before="0" w:after="60"/>
        <w:jc w:val="both"/>
      </w:pPr>
      <w:r>
        <w:rPr>
          <w:rtl/>
        </w:rPr>
        <w:t>ב. ‪3 × 31 = 90 + 3 = __________‬</w:t>
      </w:r>
    </w:p>
    <w:p>
      <w:pPr>
        <w:bidi/>
        <w:spacing w:before="0" w:after="60"/>
        <w:jc w:val="both"/>
      </w:pPr>
      <w:r>
        <w:rPr>
          <w:rtl/>
        </w:rPr>
        <w:t>ג. ‪4 × 15 = 40 + 20 = __________‬</w:t>
      </w:r>
    </w:p>
    <w:p>
      <w:pPr>
        <w:bidi/>
        <w:spacing w:before="0" w:after="60"/>
        <w:jc w:val="both"/>
      </w:pPr>
      <w:r>
        <w:rPr>
          <w:rtl/>
        </w:rPr>
        <w:t>ד. ‪6 × 14 = 60 + 24 = __________‬</w:t>
      </w:r>
    </w:p>
    <w:p>
      <w:pPr>
        <w:bidi/>
        <w:spacing w:before="160" w:after="60"/>
        <w:jc w:val="both"/>
      </w:pPr>
      <w:r>
        <w:rPr>
          <w:b/>
          <w:bCs/>
          <w:sz w:val="26"/>
          <w:szCs w:val="26"/>
          <w:rtl/>
        </w:rPr>
        <w:t>2. [קל] השלימו את טבלת הפירוק.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jc w:val="both"/>
            </w:pPr>
            <w:r>
              <w:rPr>
                <w:b/>
                <w:bCs/>
                <w:color w:val="FFFFFF"/>
                <w:rtl/>
              </w:rPr>
              <w:t>תרגיל</w:t>
            </w:r>
          </w:p>
        </w:tc>
        <w:tc>
          <w:tcPr>
            <w:tcW w:type="dxa" w:w="2494"/>
            <w:shd w:val="clear" w:color="auto" w:fill="0f766e"/>
          </w:tcPr>
          <w:p>
            <w:pPr>
              <w:bidi/>
              <w:spacing w:before="0" w:after="40"/>
              <w:jc w:val="both"/>
            </w:pPr>
            <w:r>
              <w:rPr>
                <w:b/>
                <w:bCs/>
                <w:color w:val="FFFFFF"/>
                <w:rtl/>
              </w:rPr>
              <w:t>כפל העשרות</w:t>
            </w:r>
          </w:p>
        </w:tc>
        <w:tc>
          <w:tcPr>
            <w:tcW w:type="dxa" w:w="2494"/>
            <w:shd w:val="clear" w:color="auto" w:fill="0f766e"/>
          </w:tcPr>
          <w:p>
            <w:pPr>
              <w:bidi/>
              <w:spacing w:before="0" w:after="40"/>
              <w:jc w:val="both"/>
            </w:pPr>
            <w:r>
              <w:rPr>
                <w:b/>
                <w:bCs/>
                <w:color w:val="FFFFFF"/>
                <w:rtl/>
              </w:rPr>
              <w:t>כפל האחדות</w:t>
            </w:r>
          </w:p>
        </w:tc>
        <w:tc>
          <w:tcPr>
            <w:tcW w:type="dxa" w:w="2494"/>
            <w:shd w:val="clear" w:color="auto" w:fill="0f766e"/>
          </w:tcPr>
          <w:p>
            <w:pPr>
              <w:bidi/>
              <w:spacing w:before="0" w:after="40"/>
              <w:jc w:val="both"/>
            </w:pPr>
            <w:r>
              <w:rPr>
                <w:b/>
                <w:bCs/>
                <w:color w:val="FFFFFF"/>
                <w:rtl/>
              </w:rPr>
              <w:t>התוצאה</w:t>
            </w:r>
          </w:p>
        </w:tc>
      </w:tr>
      <w:tr>
        <w:tc>
          <w:tcPr>
            <w:tcW w:type="dxa" w:w="2494"/>
          </w:tcPr>
          <w:p>
            <w:pPr>
              <w:bidi/>
              <w:spacing w:before="0" w:after="40"/>
              <w:jc w:val="both"/>
            </w:pPr>
            <w:r>
              <w:rPr>
                <w:rtl/>
              </w:rPr>
              <w:t>‪5 × 24‬</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‪3 × 67‬</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‪8 × 32‬</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‪9 × 15‬</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[בינוני] פתרו במאונך: ‪34 × 2‬   |   ‪21 × 4‬   |   ‪33 × 3‬</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4. [בינוני] פתרו במאונך (עם העברה): ‪39 × 2‬   |   ‪57 × 4‬   |   ‪86 × 7‬</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[בינוני] פתרו במאונך: ‪142 × 2‬   |   ‪231 × 4‬   |   ‪115 × 6‬</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6. [קל] התאימו לכל תרגיל את התוצאה.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‪3 × 29‬</w:t>
            </w:r>
          </w:p>
        </w:tc>
        <w:tc>
          <w:tcPr>
            <w:tcW w:type="dxa" w:w="4989"/>
          </w:tcPr>
          <w:p>
            <w:pPr>
              <w:bidi/>
              <w:spacing w:before="0" w:after="40"/>
              <w:jc w:val="both"/>
            </w:pPr>
            <w:r>
              <w:rPr>
                <w:rtl/>
              </w:rPr>
              <w:t>[   ] 182</w:t>
            </w:r>
          </w:p>
        </w:tc>
      </w:tr>
      <w:tr>
        <w:tc>
          <w:tcPr>
            <w:tcW w:type="dxa" w:w="4989"/>
          </w:tcPr>
          <w:p>
            <w:pPr>
              <w:bidi/>
              <w:spacing w:before="0" w:after="40"/>
              <w:jc w:val="both"/>
            </w:pPr>
            <w:r>
              <w:rPr>
                <w:rtl/>
              </w:rPr>
              <w:t>2. ‪4 × 18‬</w:t>
            </w:r>
          </w:p>
        </w:tc>
        <w:tc>
          <w:tcPr>
            <w:tcW w:type="dxa" w:w="4989"/>
          </w:tcPr>
          <w:p>
            <w:pPr>
              <w:bidi/>
              <w:spacing w:before="0" w:after="40"/>
              <w:jc w:val="both"/>
            </w:pPr>
            <w:r>
              <w:rPr>
                <w:rtl/>
              </w:rPr>
              <w:t>[   ] 185</w:t>
            </w:r>
          </w:p>
        </w:tc>
      </w:tr>
      <w:tr>
        <w:tc>
          <w:tcPr>
            <w:tcW w:type="dxa" w:w="4989"/>
          </w:tcPr>
          <w:p>
            <w:pPr>
              <w:bidi/>
              <w:spacing w:before="0" w:after="40"/>
              <w:jc w:val="both"/>
            </w:pPr>
            <w:r>
              <w:rPr>
                <w:rtl/>
              </w:rPr>
              <w:t>3. ‪5 × 37‬</w:t>
            </w:r>
          </w:p>
        </w:tc>
        <w:tc>
          <w:tcPr>
            <w:tcW w:type="dxa" w:w="4989"/>
          </w:tcPr>
          <w:p>
            <w:pPr>
              <w:bidi/>
              <w:spacing w:before="0" w:after="40"/>
              <w:jc w:val="both"/>
            </w:pPr>
            <w:r>
              <w:rPr>
                <w:rtl/>
              </w:rPr>
              <w:t>[   ] 108</w:t>
            </w:r>
          </w:p>
        </w:tc>
      </w:tr>
      <w:tr>
        <w:tc>
          <w:tcPr>
            <w:tcW w:type="dxa" w:w="4989"/>
          </w:tcPr>
          <w:p>
            <w:pPr>
              <w:bidi/>
              <w:spacing w:before="0" w:after="40"/>
              <w:jc w:val="both"/>
            </w:pPr>
            <w:r>
              <w:rPr>
                <w:rtl/>
              </w:rPr>
              <w:t>4. ‪7 × 26‬</w:t>
            </w:r>
          </w:p>
        </w:tc>
        <w:tc>
          <w:tcPr>
            <w:tcW w:type="dxa" w:w="4989"/>
          </w:tcPr>
          <w:p>
            <w:pPr>
              <w:bidi/>
              <w:spacing w:before="0" w:after="40"/>
              <w:jc w:val="both"/>
            </w:pPr>
            <w:r>
              <w:rPr>
                <w:rtl/>
              </w:rPr>
              <w:t>[   ] 198</w:t>
            </w:r>
          </w:p>
        </w:tc>
      </w:tr>
      <w:tr>
        <w:tc>
          <w:tcPr>
            <w:tcW w:type="dxa" w:w="4989"/>
          </w:tcPr>
          <w:p>
            <w:pPr>
              <w:bidi/>
              <w:spacing w:before="0" w:after="40"/>
              <w:jc w:val="both"/>
            </w:pPr>
            <w:r>
              <w:rPr>
                <w:rtl/>
              </w:rPr>
              <w:t>5. ‪2 × 99‬</w:t>
            </w:r>
          </w:p>
        </w:tc>
        <w:tc>
          <w:tcPr>
            <w:tcW w:type="dxa" w:w="4989"/>
          </w:tcPr>
          <w:p>
            <w:pPr>
              <w:bidi/>
              <w:spacing w:before="0" w:after="40"/>
              <w:jc w:val="both"/>
            </w:pPr>
            <w:r>
              <w:rPr>
                <w:rtl/>
              </w:rPr>
              <w:t>[   ] 87</w:t>
            </w:r>
          </w:p>
        </w:tc>
      </w:tr>
      <w:tr>
        <w:tc>
          <w:tcPr>
            <w:tcW w:type="dxa" w:w="4989"/>
          </w:tcPr>
          <w:p>
            <w:pPr>
              <w:bidi/>
              <w:spacing w:before="0" w:after="40"/>
              <w:jc w:val="both"/>
            </w:pPr>
            <w:r>
              <w:rPr>
                <w:rtl/>
              </w:rPr>
              <w:t>6. ‪9 × 12‬</w:t>
            </w:r>
          </w:p>
        </w:tc>
        <w:tc>
          <w:tcPr>
            <w:tcW w:type="dxa" w:w="4989"/>
          </w:tcPr>
          <w:p>
            <w:pPr>
              <w:bidi/>
              <w:spacing w:before="0" w:after="40"/>
              <w:jc w:val="both"/>
            </w:pPr>
            <w:r>
              <w:rPr>
                <w:rtl/>
              </w:rPr>
              <w:t>[   ] 72</w:t>
            </w:r>
          </w:p>
        </w:tc>
      </w:tr>
    </w:tbl>
    <w:p>
      <w:pPr>
        <w:bidi/>
        <w:spacing w:before="0" w:after="40"/>
        <w:jc w:val="both"/>
      </w:pPr>
    </w:p>
    <w:p>
      <w:pPr>
        <w:bidi/>
        <w:spacing w:before="160" w:after="60"/>
        <w:jc w:val="both"/>
      </w:pPr>
      <w:r>
        <w:rPr>
          <w:b/>
          <w:bCs/>
          <w:sz w:val="26"/>
          <w:szCs w:val="26"/>
          <w:rtl/>
        </w:rPr>
        <w:t>7. [בינוני] אומדן: בחרו את התוצאה הקרובה ביותר.</w:t>
      </w:r>
    </w:p>
    <w:p>
      <w:pPr>
        <w:bidi/>
        <w:spacing w:before="0" w:after="20"/>
        <w:jc w:val="both"/>
      </w:pPr>
      <w:r>
        <w:rPr>
          <w:rtl/>
        </w:rPr>
        <w:t>א. ‪5 × 61‬ קרוב ל:</w:t>
      </w:r>
    </w:p>
    <w:p>
      <w:pPr>
        <w:bidi/>
        <w:spacing w:before="0" w:after="80"/>
        <w:jc w:val="both"/>
      </w:pPr>
      <w:r>
        <w:rPr>
          <w:rtl/>
        </w:rPr>
        <w:t xml:space="preserve">   ○ 300      ○ 3,000      ○ 30</w:t>
      </w:r>
    </w:p>
    <w:p>
      <w:pPr>
        <w:bidi/>
        <w:spacing w:before="0" w:after="20"/>
        <w:jc w:val="both"/>
      </w:pPr>
      <w:r>
        <w:rPr>
          <w:rtl/>
        </w:rPr>
        <w:t>ב. ‪3 × 302‬ קרוב ל:</w:t>
      </w:r>
    </w:p>
    <w:p>
      <w:pPr>
        <w:bidi/>
        <w:spacing w:before="0" w:after="80"/>
        <w:jc w:val="both"/>
      </w:pPr>
      <w:r>
        <w:rPr>
          <w:rtl/>
        </w:rPr>
        <w:t xml:space="preserve">   ○ 600      ○ 900      ○ 300</w:t>
      </w:r>
    </w:p>
    <w:p>
      <w:pPr>
        <w:bidi/>
        <w:spacing w:before="160" w:after="60"/>
        <w:jc w:val="both"/>
      </w:pPr>
      <w:r>
        <w:rPr>
          <w:b/>
          <w:bCs/>
          <w:sz w:val="26"/>
          <w:szCs w:val="26"/>
          <w:rtl/>
        </w:rPr>
        <w:t>8. [בינוני] נכון או לא נכון?</w:t>
      </w:r>
    </w:p>
    <w:p>
      <w:pPr>
        <w:bidi/>
        <w:spacing w:before="0" w:after="60"/>
        <w:jc w:val="both"/>
      </w:pPr>
      <w:r>
        <w:rPr>
          <w:rtl/>
        </w:rPr>
        <w:t>א. בכפל במאונך מתחילים מספרת האחדות.      נכון / לא נכון</w:t>
      </w:r>
    </w:p>
    <w:p>
      <w:pPr>
        <w:bidi/>
        <w:spacing w:before="0" w:after="60"/>
        <w:jc w:val="both"/>
      </w:pPr>
      <w:r>
        <w:rPr>
          <w:rtl/>
        </w:rPr>
        <w:t>ב. ‪7 × 34 = 218‬      נכון / לא נכון</w:t>
      </w:r>
    </w:p>
    <w:p>
      <w:pPr>
        <w:bidi/>
        <w:spacing w:before="0" w:after="60"/>
        <w:jc w:val="both"/>
      </w:pPr>
      <w:r>
        <w:rPr>
          <w:rtl/>
        </w:rPr>
        <w:t>ג. ‪2 × 409 = 818‬      נכון / לא נכון</w:t>
      </w:r>
    </w:p>
    <w:p>
      <w:pPr>
        <w:bidi/>
        <w:spacing w:before="0" w:after="60"/>
        <w:jc w:val="both"/>
      </w:pPr>
      <w:r>
        <w:rPr>
          <w:rtl/>
        </w:rPr>
        <w:t>ד. ‪8 × 25 = 200‬      נכון / לא נכון</w:t>
      </w:r>
    </w:p>
    <w:p>
      <w:pPr>
        <w:bidi/>
        <w:spacing w:before="160" w:after="60"/>
        <w:jc w:val="both"/>
      </w:pPr>
      <w:r>
        <w:rPr>
          <w:b/>
          <w:bCs/>
          <w:sz w:val="26"/>
          <w:szCs w:val="26"/>
          <w:rtl/>
        </w:rPr>
        <w:t>9. [בינוני] חשבו ומיינו: התוצאה זוגית או אי-זוגית?</w:t>
      </w:r>
    </w:p>
    <w:p>
      <w:pPr>
        <w:bidi/>
        <w:spacing w:before="0" w:after="80"/>
        <w:jc w:val="both"/>
      </w:pPr>
      <w:r>
        <w:rPr>
          <w:color w:val="0F766E"/>
          <w:sz w:val="24"/>
          <w:szCs w:val="24"/>
          <w:rtl/>
        </w:rPr>
        <w:t>המילים: ‪3 × 25‬  |  ‪4 × 17‬  |  ‪5 × 33‬  |  ‪6 × 21‬  |  ‪7 × 15‬  |  ‪8 × 43‬</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זוגית</w:t>
            </w:r>
          </w:p>
        </w:tc>
        <w:tc>
          <w:tcPr>
            <w:tcW w:type="dxa" w:w="4989"/>
            <w:shd w:val="clear" w:color="auto" w:fill="0f766e"/>
          </w:tcPr>
          <w:p>
            <w:pPr>
              <w:bidi/>
              <w:spacing w:before="0" w:after="40"/>
              <w:jc w:val="both"/>
            </w:pPr>
            <w:r>
              <w:rPr>
                <w:b/>
                <w:bCs/>
                <w:color w:val="FFFFFF"/>
                <w:rtl/>
              </w:rPr>
              <w:t>אי-זוגית</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10. [בינוני] הסבירו: יואב פתר ‪3 × 48‬ וכתב 124. מה הטעות שלו? פתרו נכון.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20" w:after="40"/>
        <w:jc w:val="center"/>
      </w:pPr>
      <w:r>
        <w:rPr>
          <w:rFonts w:ascii="Arial Black" w:hAnsi="Arial Black" w:cs="Arial Black"/>
          <w:b/>
          <w:bCs/>
          <w:color w:val="0F766E"/>
          <w:sz w:val="30"/>
          <w:szCs w:val="30"/>
          <w:rtl/>
        </w:rPr>
        <w:t>יריד ספרים</w:t>
      </w:r>
    </w:p>
    <w:p>
      <w:pPr>
        <w:bidi/>
        <w:spacing w:before="0" w:after="80"/>
        <w:jc w:val="both"/>
      </w:pPr>
      <w:r>
        <w:rPr>
          <w:rtl/>
        </w:rPr>
        <w:t>בבית הספר נערך יריד ספרים. דוכן ספרי הילדים הציג 6 מדפים, ובכל מדף 35 ספרים. ספר קומיקס עלה 28 שקלים.</w:t>
      </w:r>
    </w:p>
    <w:p>
      <w:pPr>
        <w:bidi/>
        <w:spacing w:before="0" w:after="80"/>
        <w:jc w:val="both"/>
      </w:pPr>
      <w:r>
        <w:rPr>
          <w:rtl/>
        </w:rPr>
        <w:t>מיכל קנתה 3 ספרי קומיקס. אורי, המוכר, סידר גם 4 ארגזים של ספרי מדע, ובכל ארגז 125 ספרים. בסוף היום כמעט לא נשארו ספרים על המדפים.</w:t>
      </w:r>
    </w:p>
    <w:p>
      <w:pPr>
        <w:bidi/>
        <w:spacing w:before="0" w:after="80"/>
        <w:jc w:val="both"/>
      </w:pPr>
      <w:r>
        <w:rPr>
          <w:rtl/>
        </w:rPr>
        <w:t>ביריד היו גם פינת קריאה ושולחן יצירה לילדים הקטנים. סופרת מוכרת הקריאה קטע מהספר החדש שלה וחתמה על ספרים לתלמידים.</w:t>
      </w:r>
    </w:p>
    <w:p>
      <w:pPr>
        <w:bidi/>
        <w:spacing w:before="160" w:after="60"/>
        <w:jc w:val="both"/>
      </w:pPr>
      <w:r>
        <w:rPr>
          <w:b/>
          <w:bCs/>
          <w:sz w:val="26"/>
          <w:szCs w:val="26"/>
          <w:rtl/>
        </w:rPr>
        <w:t>11. [בינוני] לפי הסיפור: כמה ספרים היו על המדפים בדוכן ספרי הילדים? פתרו במאונך.</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[בינוני] לפי הסיפור: כמה שילמה מיכל?</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[בינוני] לפי הסיפור: כמה ספרי מדע היו בארגזים?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14. [אתגר] אתגר: בחרו ספרות מתוך 3, 5, 7 (כל ספרה פעם אחת) ובנו תרגיל ▢▢ × ▢ עם התוצאה הגדולה ביותר. הסבירו.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240" w:after="40"/>
        <w:jc w:val="both"/>
      </w:pPr>
      <w:r>
        <w:rPr>
          <w:rFonts w:ascii="Arial Black" w:hAnsi="Arial Black" w:cs="Arial Black"/>
          <w:b/>
          <w:bCs/>
          <w:color w:val="0F766E"/>
          <w:sz w:val="34"/>
          <w:szCs w:val="34"/>
          <w:rtl/>
        </w:rPr>
        <w:t>📖 בעיות מילוליות</w:t>
      </w:r>
    </w:p>
    <w:p>
      <w:pPr>
        <w:bidi/>
        <w:spacing w:before="0" w:after="80"/>
        <w:jc w:val="both"/>
      </w:pPr>
      <w:r>
        <w:rPr>
          <w:color w:val="5B6476"/>
          <w:sz w:val="22"/>
          <w:szCs w:val="22"/>
          <w:rtl/>
        </w:rPr>
        <w:t>קראו בעיון · כתבו את דרך הפתרון · כתבו תשובה במשפט</w:t>
      </w:r>
    </w:p>
    <w:p>
      <w:pPr>
        <w:bidi/>
        <w:spacing w:before="160" w:after="60"/>
        <w:jc w:val="both"/>
      </w:pPr>
      <w:r>
        <w:rPr>
          <w:b/>
          <w:bCs/>
          <w:sz w:val="26"/>
          <w:szCs w:val="26"/>
          <w:rtl/>
        </w:rPr>
        <w:t>15. [קל] בכל שקית יש 32 גולות. כמה גולות יש ב-2 שקיות?</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16. [קל] בכל שורה באולם הספורט יש 18 מושבים. כמה מושבים יש ב-5 שורות?</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17. [בינוני] קבוצת צופים הלכה 16 קילומטרים בכל יום, במשך 7 ימים. כמה קילומטרים הלכה הקבוצה?</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18. [בינוני] בבית הדפוס הדפיסו 213 עלונים בכל שעה. כמה עלונים הדפיסו ב-4 שעות?</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19. [אתגר] בספרייה יש 4 מדפים ועל כל אחד 65 ספרים, ועוד 3 מדפים ועל כל אחד 48 ספרים. כמה ספרים יש על כל המדפים?</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20. [אתגר] אליה קנה 8 מחברות במחיר 12 ₪ כל אחת, ו-2 קלמרים במחיר 35 ₪ כל אחד. כמה שילם אליה בסך הכול?</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color w:val="0F766E"/>
          <w:sz w:val="26"/>
          <w:szCs w:val="26"/>
          <w:rtl/>
        </w:rPr>
        <w:t>21. פתרו במאונך במחברת. גזרו את כרטיסי התוצאות, והדביקו כל תוצאה ליד התרגיל.</w:t>
      </w:r>
    </w:p>
    <w:tbl>
      <w:tblPr>
        <w:tblW w:type="auto" w:w="0"/>
        <w:tblLook w:firstColumn="1" w:firstRow="1" w:lastColumn="0" w:lastRow="0" w:noHBand="0" w:noVBand="1" w:val="04A0"/>
        <w:bidiVisual/>
        <w:tblLayout w:type="fixed"/>
      </w:tblPr>
      <w:tblGrid>
        <w:gridCol w:w="3326"/>
        <w:gridCol w:w="3326"/>
        <w:gridCol w:w="3326"/>
      </w:tblGrid>
      <w:tr>
        <w:trPr>
          <w:trHeight w:val="1304" w:hRule="exact"/>
        </w:trPr>
        <w:tc>
          <w:tcPr>
            <w:tcW w:type="dxa" w:w="510"/>
            <w:vAlign w:val="center"/>
          </w:tcPr>
          <w:p>
            <w:pPr>
              <w:bidi/>
              <w:spacing w:before="0" w:after="0"/>
              <w:jc w:val="center"/>
            </w:pPr>
            <w:r>
              <w:rPr>
                <w:b/>
                <w:bCs/>
                <w:sz w:val="25"/>
                <w:szCs w:val="25"/>
                <w:rtl/>
              </w:rPr>
              <w:t>1.</w:t>
            </w:r>
          </w:p>
        </w:tc>
        <w:tc>
          <w:tcPr>
            <w:tcW w:type="dxa" w:w="7257"/>
            <w:vAlign w:val="center"/>
          </w:tcPr>
          <w:p>
            <w:pPr>
              <w:bidi/>
              <w:spacing w:before="0" w:after="0"/>
              <w:jc w:val="both"/>
            </w:pPr>
            <w:r>
              <w:rPr>
                <w:sz w:val="25"/>
                <w:szCs w:val="25"/>
                <w:rtl/>
              </w:rPr>
              <w:t>‪23 × 3‬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2.</w:t>
            </w:r>
          </w:p>
        </w:tc>
        <w:tc>
          <w:tcPr>
            <w:tcW w:type="dxa" w:w="7257"/>
            <w:vAlign w:val="center"/>
          </w:tcPr>
          <w:p>
            <w:pPr>
              <w:bidi/>
              <w:spacing w:before="0" w:after="0"/>
              <w:jc w:val="both"/>
            </w:pPr>
            <w:r>
              <w:rPr>
                <w:sz w:val="25"/>
                <w:szCs w:val="25"/>
                <w:rtl/>
              </w:rPr>
              <w:t>‪14 × 5‬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3.</w:t>
            </w:r>
          </w:p>
        </w:tc>
        <w:tc>
          <w:tcPr>
            <w:tcW w:type="dxa" w:w="7257"/>
            <w:vAlign w:val="center"/>
          </w:tcPr>
          <w:p>
            <w:pPr>
              <w:bidi/>
              <w:spacing w:before="0" w:after="0"/>
              <w:jc w:val="both"/>
            </w:pPr>
            <w:r>
              <w:rPr>
                <w:sz w:val="25"/>
                <w:szCs w:val="25"/>
                <w:rtl/>
              </w:rPr>
              <w:t>‪32 × 4‬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4.</w:t>
            </w:r>
          </w:p>
        </w:tc>
        <w:tc>
          <w:tcPr>
            <w:tcW w:type="dxa" w:w="7257"/>
            <w:vAlign w:val="center"/>
          </w:tcPr>
          <w:p>
            <w:pPr>
              <w:bidi/>
              <w:spacing w:before="0" w:after="0"/>
              <w:jc w:val="both"/>
            </w:pPr>
            <w:r>
              <w:rPr>
                <w:sz w:val="25"/>
                <w:szCs w:val="25"/>
                <w:rtl/>
              </w:rPr>
              <w:t>‪27 × 2‬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5.</w:t>
            </w:r>
          </w:p>
        </w:tc>
        <w:tc>
          <w:tcPr>
            <w:tcW w:type="dxa" w:w="7257"/>
            <w:vAlign w:val="center"/>
          </w:tcPr>
          <w:p>
            <w:pPr>
              <w:bidi/>
              <w:spacing w:before="0" w:after="0"/>
              <w:jc w:val="both"/>
            </w:pPr>
            <w:r>
              <w:rPr>
                <w:sz w:val="25"/>
                <w:szCs w:val="25"/>
                <w:rtl/>
              </w:rPr>
              <w:t>‪45 × 6‬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bl>
    <w:p>
      <w:pPr>
        <w:bidi/>
        <w:spacing w:before="0" w:after="40"/>
        <w:jc w:val="both"/>
      </w:pPr>
    </w:p>
    <w:p>
      <w:pPr>
        <w:bidi/>
        <w:spacing w:before="160" w:after="60"/>
        <w:jc w:val="both"/>
      </w:pPr>
      <w:r>
        <w:rPr>
          <w:b/>
          <w:bCs/>
          <w:color w:val="0F766E"/>
          <w:sz w:val="26"/>
          <w:szCs w:val="26"/>
          <w:rtl/>
        </w:rPr>
        <w:t>22. התאימו תמונה לתרגיל: כתבו בריבוע את מספר התמונה.</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1</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2</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3</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4</w:t>
            </w:r>
          </w:p>
        </w:tc>
      </w:tr>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r>
    </w:tbl>
    <w:p>
      <w:pPr>
        <w:bidi/>
        <w:spacing w:before="0" w:after="40"/>
        <w:jc w:val="both"/>
      </w:pPr>
    </w:p>
    <w:p>
      <w:pPr>
        <w:bidi/>
        <w:spacing w:before="0" w:after="60"/>
        <w:jc w:val="both"/>
      </w:pPr>
      <w:r>
        <w:rPr>
          <w:sz w:val="25"/>
          <w:szCs w:val="25"/>
          <w:rtl/>
        </w:rPr>
        <w:t>[      ]   בכל תבנית 12 ביצים. בחמש תבניות: ‪5 × 12 = 60‬</w:t>
      </w:r>
    </w:p>
    <w:p>
      <w:pPr>
        <w:bidi/>
        <w:spacing w:before="0" w:after="60"/>
        <w:jc w:val="both"/>
      </w:pPr>
      <w:r>
        <w:rPr>
          <w:sz w:val="25"/>
          <w:szCs w:val="25"/>
          <w:rtl/>
        </w:rPr>
        <w:t>[      ]   בכל ארגז 24 בקבוקים. בשלושה ארגזים: ‪3 × 24 = 72‬</w:t>
      </w:r>
    </w:p>
    <w:p>
      <w:pPr>
        <w:bidi/>
        <w:spacing w:before="0" w:after="60"/>
        <w:jc w:val="both"/>
      </w:pPr>
      <w:r>
        <w:rPr>
          <w:sz w:val="25"/>
          <w:szCs w:val="25"/>
          <w:rtl/>
        </w:rPr>
        <w:t>[      ]   בכל אוטובוס 45 נוסעים. בשני אוטובוסים: ‪2 × 45 = 90‬</w:t>
      </w:r>
    </w:p>
    <w:p>
      <w:pPr>
        <w:bidi/>
        <w:spacing w:before="0" w:after="60"/>
        <w:jc w:val="both"/>
      </w:pPr>
      <w:r>
        <w:rPr>
          <w:sz w:val="25"/>
          <w:szCs w:val="25"/>
          <w:rtl/>
        </w:rPr>
        <w:t>[      ]   בכל מדף 16 ספרים. בארבעה מדפים: ‪4 × 16 = 64‬</w:t>
      </w:r>
    </w:p>
    <w:p>
      <w:pPr>
        <w:bidi/>
        <w:spacing w:before="0" w:after="80"/>
        <w:jc w:val="both"/>
      </w:pPr>
      <w:r>
        <w:br w:type="page"/>
      </w:r>
    </w:p>
    <w:p>
      <w:pPr>
        <w:bidi/>
        <w:spacing w:before="0" w:after="120"/>
        <w:jc w:val="both"/>
      </w:pPr>
      <w:r>
        <w:rPr>
          <w:rFonts w:ascii="Arial" w:hAnsi="Arial" w:cs="Arial"/>
          <w:color w:val="5B6476"/>
          <w:sz w:val="20"/>
          <w:szCs w:val="20"/>
          <w:rtl/>
        </w:rPr>
        <w:t>מתמטיקה · כיתה ג'   |   פרק 6</w:t>
      </w:r>
    </w:p>
    <w:p>
      <w:pPr>
        <w:bidi/>
        <w:spacing w:before="0" w:after="120"/>
        <w:jc w:val="both"/>
      </w:pPr>
      <w:r>
        <w:rPr>
          <w:rFonts w:ascii="Arial Black" w:hAnsi="Arial Black" w:cs="Arial Black"/>
          <w:b/>
          <w:bCs/>
          <w:color w:val="0F766E"/>
          <w:sz w:val="44"/>
          <w:szCs w:val="44"/>
          <w:rtl/>
        </w:rPr>
        <w:t>פרק 6: חילוק בתחום המאה עם שארית וסימני התחלקות ב-2, 5 ו-10</w:t>
      </w:r>
    </w:p>
    <w:p>
      <w:pPr>
        <w:bidi/>
        <w:spacing w:before="0" w:after="80"/>
        <w:jc w:val="center"/>
      </w:pPr>
      <w:r>
        <w:drawing>
          <wp:inline xmlns:a="http://schemas.openxmlformats.org/drawingml/2006/main" xmlns:pic="http://schemas.openxmlformats.org/drawingml/2006/picture">
            <wp:extent cx="3240000" cy="2160000"/>
            <wp:docPr id="7" name="Picture 7"/>
            <wp:cNvGraphicFramePr>
              <a:graphicFrameLocks noChangeAspect="1"/>
            </wp:cNvGraphicFramePr>
            <a:graphic>
              <a:graphicData uri="http://schemas.openxmlformats.org/drawingml/2006/picture">
                <pic:pic>
                  <pic:nvPicPr>
                    <pic:cNvPr id="0" name="math_g3_t06.jpg"/>
                    <pic:cNvPicPr/>
                  </pic:nvPicPr>
                  <pic:blipFill>
                    <a:blip r:embed="rId16"/>
                    <a:stretch>
                      <a:fillRect/>
                    </a:stretch>
                  </pic:blipFill>
                  <pic:spPr>
                    <a:xfrm>
                      <a:off x="0" y="0"/>
                      <a:ext cx="3240000" cy="2160000"/>
                    </a:xfrm>
                    <a:prstGeom prst="rect"/>
                  </pic:spPr>
                </pic:pic>
              </a:graphicData>
            </a:graphic>
          </wp:inline>
        </w:drawing>
      </w:r>
    </w:p>
    <w:p>
      <w:pPr>
        <w:bidi/>
        <w:spacing w:before="120" w:after="40"/>
        <w:jc w:val="both"/>
      </w:pPr>
      <w:r>
        <w:rPr>
          <w:rFonts w:ascii="Arial Black" w:hAnsi="Arial Black" w:cs="Arial Black"/>
          <w:b/>
          <w:bCs/>
          <w:color w:val="0F766E"/>
          <w:sz w:val="28"/>
          <w:szCs w:val="28"/>
          <w:rtl/>
        </w:rPr>
        <w:t>◆ חילוק עם שארית</w:t>
      </w:r>
    </w:p>
    <w:p>
      <w:pPr>
        <w:bidi/>
        <w:spacing w:before="0" w:after="40"/>
        <w:jc w:val="both"/>
      </w:pPr>
      <w:r>
        <w:rPr>
          <w:rtl/>
        </w:rPr>
        <w:t>מחפשים בלוח הכפל את המכפלה הגדולה ביותר שאינה גדולה מהמחולק. מה שנשאר הוא השארית.</w:t>
      </w:r>
    </w:p>
    <w:p>
      <w:pPr>
        <w:bidi/>
        <w:spacing w:before="0" w:after="120"/>
        <w:jc w:val="both"/>
      </w:pPr>
      <w:r>
        <w:rPr>
          <w:color w:val="334055"/>
          <w:sz w:val="24"/>
          <w:szCs w:val="24"/>
          <w:rtl/>
        </w:rPr>
        <w:t>דוגמה: ‪38 : 6 = 6‬ (שארית ‪2) · 6 × 6 = 36‬, ‪38 − 36 = 2‬</w:t>
      </w:r>
    </w:p>
    <w:p>
      <w:pPr>
        <w:bidi/>
        <w:spacing w:before="120" w:after="40"/>
        <w:jc w:val="both"/>
      </w:pPr>
      <w:r>
        <w:rPr>
          <w:rFonts w:ascii="Arial Black" w:hAnsi="Arial Black" w:cs="Arial Black"/>
          <w:b/>
          <w:bCs/>
          <w:color w:val="0F766E"/>
          <w:sz w:val="28"/>
          <w:szCs w:val="28"/>
          <w:rtl/>
        </w:rPr>
        <w:t>◆ שני כללים חשובים</w:t>
      </w:r>
    </w:p>
    <w:p>
      <w:pPr>
        <w:bidi/>
        <w:spacing w:before="0" w:after="20"/>
        <w:jc w:val="both"/>
      </w:pPr>
      <w:r>
        <w:rPr>
          <w:rtl/>
        </w:rPr>
        <w:t>1. השארית תמיד קטנה מהמחלק.</w:t>
      </w:r>
    </w:p>
    <w:p>
      <w:pPr>
        <w:bidi/>
        <w:spacing w:before="0" w:after="20"/>
        <w:jc w:val="both"/>
      </w:pPr>
      <w:r>
        <w:rPr>
          <w:rtl/>
        </w:rPr>
        <w:t>2. בדיקה: מנה × מחלק + שארית = מחולק.</w:t>
      </w:r>
    </w:p>
    <w:p>
      <w:pPr>
        <w:bidi/>
        <w:spacing w:before="120" w:after="40"/>
        <w:jc w:val="both"/>
      </w:pPr>
      <w:r>
        <w:rPr>
          <w:rFonts w:ascii="Arial Black" w:hAnsi="Arial Black" w:cs="Arial Black"/>
          <w:b/>
          <w:bCs/>
          <w:color w:val="0F766E"/>
          <w:sz w:val="28"/>
          <w:szCs w:val="28"/>
          <w:rtl/>
        </w:rPr>
        <w:t>◆ סימני התחלקות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מתחלק ב-</w:t>
            </w:r>
          </w:p>
        </w:tc>
        <w:tc>
          <w:tcPr>
            <w:tcW w:type="dxa" w:w="3326"/>
            <w:shd w:val="clear" w:color="auto" w:fill="0f766e"/>
          </w:tcPr>
          <w:p>
            <w:pPr>
              <w:bidi/>
              <w:spacing w:before="0" w:after="40"/>
              <w:jc w:val="both"/>
            </w:pPr>
            <w:r>
              <w:rPr>
                <w:b/>
                <w:bCs/>
                <w:color w:val="FFFFFF"/>
                <w:rtl/>
              </w:rPr>
              <w:t>אם ספרת האחדות</w:t>
            </w:r>
          </w:p>
        </w:tc>
        <w:tc>
          <w:tcPr>
            <w:tcW w:type="dxa" w:w="3326"/>
            <w:shd w:val="clear" w:color="auto" w:fill="0f766e"/>
          </w:tcPr>
          <w:p>
            <w:pPr>
              <w:bidi/>
              <w:spacing w:before="0" w:after="40"/>
              <w:jc w:val="both"/>
            </w:pPr>
            <w:r>
              <w:rPr>
                <w:b/>
                <w:bCs/>
                <w:color w:val="FFFFFF"/>
                <w:rtl/>
              </w:rPr>
              <w:t>דוגמה</w:t>
            </w:r>
          </w:p>
        </w:tc>
      </w:tr>
      <w:tr>
        <w:tc>
          <w:tcPr>
            <w:tcW w:type="dxa" w:w="3326"/>
          </w:tcPr>
          <w:p>
            <w:pPr>
              <w:bidi/>
              <w:spacing w:before="0" w:after="40"/>
              <w:jc w:val="both"/>
            </w:pPr>
            <w:r>
              <w:rPr>
                <w:rtl/>
              </w:rPr>
              <w:t>2</w:t>
            </w:r>
          </w:p>
        </w:tc>
        <w:tc>
          <w:tcPr>
            <w:tcW w:type="dxa" w:w="3326"/>
          </w:tcPr>
          <w:p>
            <w:pPr>
              <w:bidi/>
              <w:spacing w:before="0" w:after="40"/>
              <w:jc w:val="both"/>
            </w:pPr>
            <w:r>
              <w:rPr>
                <w:rtl/>
              </w:rPr>
              <w:t>0, 2, 4, 6, 8</w:t>
            </w:r>
          </w:p>
        </w:tc>
        <w:tc>
          <w:tcPr>
            <w:tcW w:type="dxa" w:w="3326"/>
          </w:tcPr>
          <w:p>
            <w:pPr>
              <w:bidi/>
              <w:spacing w:before="0" w:after="40"/>
              <w:jc w:val="both"/>
            </w:pPr>
            <w:r>
              <w:rPr>
                <w:rtl/>
              </w:rPr>
              <w:t>74</w:t>
            </w:r>
          </w:p>
        </w:tc>
      </w:tr>
      <w:tr>
        <w:tc>
          <w:tcPr>
            <w:tcW w:type="dxa" w:w="3326"/>
          </w:tcPr>
          <w:p>
            <w:pPr>
              <w:bidi/>
              <w:spacing w:before="0" w:after="40"/>
              <w:jc w:val="both"/>
            </w:pPr>
            <w:r>
              <w:rPr>
                <w:rtl/>
              </w:rPr>
              <w:t>5</w:t>
            </w:r>
          </w:p>
        </w:tc>
        <w:tc>
          <w:tcPr>
            <w:tcW w:type="dxa" w:w="3326"/>
          </w:tcPr>
          <w:p>
            <w:pPr>
              <w:bidi/>
              <w:spacing w:before="0" w:after="40"/>
              <w:jc w:val="both"/>
            </w:pPr>
            <w:r>
              <w:rPr>
                <w:rtl/>
              </w:rPr>
              <w:t>0 או 5</w:t>
            </w:r>
          </w:p>
        </w:tc>
        <w:tc>
          <w:tcPr>
            <w:tcW w:type="dxa" w:w="3326"/>
          </w:tcPr>
          <w:p>
            <w:pPr>
              <w:bidi/>
              <w:spacing w:before="0" w:after="40"/>
              <w:jc w:val="both"/>
            </w:pPr>
            <w:r>
              <w:rPr>
                <w:rtl/>
              </w:rPr>
              <w:t>85</w:t>
            </w:r>
          </w:p>
        </w:tc>
      </w:tr>
      <w:tr>
        <w:tc>
          <w:tcPr>
            <w:tcW w:type="dxa" w:w="3326"/>
          </w:tcPr>
          <w:p>
            <w:pPr>
              <w:bidi/>
              <w:spacing w:before="0" w:after="40"/>
              <w:jc w:val="both"/>
            </w:pPr>
            <w:r>
              <w:rPr>
                <w:rtl/>
              </w:rPr>
              <w:t>10</w:t>
            </w:r>
          </w:p>
        </w:tc>
        <w:tc>
          <w:tcPr>
            <w:tcW w:type="dxa" w:w="3326"/>
          </w:tcPr>
          <w:p>
            <w:pPr>
              <w:bidi/>
              <w:spacing w:before="0" w:after="40"/>
              <w:jc w:val="both"/>
            </w:pPr>
            <w:r>
              <w:rPr>
                <w:rtl/>
              </w:rPr>
              <w:t>0</w:t>
            </w:r>
          </w:p>
        </w:tc>
        <w:tc>
          <w:tcPr>
            <w:tcW w:type="dxa" w:w="3326"/>
          </w:tcPr>
          <w:p>
            <w:pPr>
              <w:bidi/>
              <w:spacing w:before="0" w:after="40"/>
              <w:jc w:val="both"/>
            </w:pPr>
            <w:r>
              <w:rPr>
                <w:rtl/>
              </w:rPr>
              <w:t>60</w:t>
            </w:r>
          </w:p>
        </w:tc>
      </w:tr>
    </w:tbl>
    <w:p>
      <w:pPr>
        <w:bidi/>
        <w:spacing w:before="0" w:after="40"/>
        <w:jc w:val="both"/>
      </w:pPr>
    </w:p>
    <w:p>
      <w:pPr>
        <w:bidi/>
        <w:spacing w:before="120" w:after="40"/>
        <w:jc w:val="both"/>
      </w:pPr>
      <w:r>
        <w:rPr>
          <w:rFonts w:ascii="Arial Black" w:hAnsi="Arial Black" w:cs="Arial Black"/>
          <w:b/>
          <w:bCs/>
          <w:color w:val="0F766E"/>
          <w:sz w:val="27"/>
          <w:szCs w:val="27"/>
          <w:rtl/>
        </w:rPr>
        <w:t>📘 איך פותרים?</w:t>
      </w:r>
    </w:p>
    <w:p>
      <w:pPr>
        <w:bidi/>
        <w:spacing w:before="0" w:after="20"/>
        <w:jc w:val="both"/>
      </w:pPr>
      <w:r>
        <w:rPr>
          <w:rtl/>
        </w:rPr>
        <w:t>1. שלב 1: מחפשים בלוח הכפל את המכפלה הגדולה ביותר של המחלק שאינה גדולה מהמחולק. למשל ב-‪38 : 5‬ זו 35, כי ‪7 × 5 = 35‬.</w:t>
      </w:r>
    </w:p>
    <w:p>
      <w:pPr>
        <w:bidi/>
        <w:spacing w:before="0" w:after="20"/>
        <w:jc w:val="both"/>
      </w:pPr>
      <w:r>
        <w:rPr>
          <w:rtl/>
        </w:rPr>
        <w:t>2. שלב 2: המנה היא 7. מחשבים את השארית: ‪38 − 35 = 3‬.</w:t>
      </w:r>
    </w:p>
    <w:p>
      <w:pPr>
        <w:bidi/>
        <w:spacing w:before="0" w:after="20"/>
        <w:jc w:val="both"/>
      </w:pPr>
      <w:r>
        <w:rPr>
          <w:rtl/>
        </w:rPr>
        <w:t>3. שלב 3: בודקים שהשארית קטנה מהמחלק (3 קטן מ-5), וכותבים: ‪38 : 5 = 7‬ (שארית 3).</w:t>
      </w:r>
    </w:p>
    <w:p>
      <w:pPr>
        <w:bidi/>
        <w:spacing w:before="0" w:after="20"/>
        <w:jc w:val="both"/>
      </w:pPr>
      <w:r>
        <w:rPr>
          <w:rtl/>
        </w:rPr>
        <w:t>4. שלב 4: סימני התחלקות: ב-2 – ספרת האחדות זוגית; ב-5 – ספרת האחדות 0 או 5; ב-10 – ספרת האחדות 0.</w:t>
      </w:r>
    </w:p>
    <w:p>
      <w:pPr>
        <w:bidi/>
        <w:spacing w:before="120" w:after="40"/>
        <w:jc w:val="both"/>
      </w:pPr>
      <w:r>
        <w:rPr>
          <w:b/>
          <w:bCs/>
          <w:color w:val="0F7A4F"/>
          <w:sz w:val="25"/>
          <w:szCs w:val="25"/>
          <w:rtl/>
        </w:rPr>
        <w:t>✏️ דוגמה פתורה: 26 תלמידים מתחלקים לקבוצות של 4. כמה קבוצות שלמות יהיו, וכמה תלמידים יישארו?</w:t>
      </w:r>
    </w:p>
    <w:p>
      <w:pPr>
        <w:bidi/>
        <w:spacing w:before="0" w:after="20"/>
        <w:jc w:val="both"/>
      </w:pPr>
      <w:r>
        <w:rPr>
          <w:rtl/>
        </w:rPr>
        <w:t>1. מחשבים ‪26 : 4‬</w:t>
      </w:r>
    </w:p>
    <w:p>
      <w:pPr>
        <w:bidi/>
        <w:spacing w:before="0" w:after="20"/>
        <w:jc w:val="both"/>
      </w:pPr>
      <w:r>
        <w:rPr>
          <w:rtl/>
        </w:rPr>
        <w:t>2. ‪6 × 4 = 24‬, ו-‪7 × 4 = 28‬ גדול מדי</w:t>
      </w:r>
    </w:p>
    <w:p>
      <w:pPr>
        <w:bidi/>
        <w:spacing w:before="0" w:after="20"/>
        <w:jc w:val="both"/>
      </w:pPr>
      <w:r>
        <w:rPr>
          <w:rtl/>
        </w:rPr>
        <w:t>3. ‪26 − 24 = 2‬</w:t>
      </w:r>
    </w:p>
    <w:p>
      <w:pPr>
        <w:bidi/>
        <w:spacing w:before="0" w:after="120"/>
        <w:jc w:val="both"/>
      </w:pPr>
      <w:r>
        <w:rPr>
          <w:b/>
          <w:bCs/>
          <w:sz w:val="25"/>
          <w:szCs w:val="25"/>
          <w:rtl/>
        </w:rPr>
        <w:t>התשובה: 6 קבוצות שלמות, ו-2 תלמידים נשארים</w:t>
      </w:r>
    </w:p>
    <w:p>
      <w:pPr>
        <w:bidi/>
        <w:spacing w:before="160" w:after="60"/>
        <w:jc w:val="both"/>
      </w:pPr>
      <w:r>
        <w:rPr>
          <w:b/>
          <w:bCs/>
          <w:sz w:val="26"/>
          <w:szCs w:val="26"/>
          <w:rtl/>
        </w:rPr>
        <w:t>1. [קל] חלקו ומלאו את המנה ואת השארית.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תרגיל</w:t>
            </w:r>
          </w:p>
        </w:tc>
        <w:tc>
          <w:tcPr>
            <w:tcW w:type="dxa" w:w="3326"/>
            <w:shd w:val="clear" w:color="auto" w:fill="0f766e"/>
          </w:tcPr>
          <w:p>
            <w:pPr>
              <w:bidi/>
              <w:spacing w:before="0" w:after="40"/>
              <w:jc w:val="both"/>
            </w:pPr>
            <w:r>
              <w:rPr>
                <w:b/>
                <w:bCs/>
                <w:color w:val="FFFFFF"/>
                <w:rtl/>
              </w:rPr>
              <w:t>מנה</w:t>
            </w:r>
          </w:p>
        </w:tc>
        <w:tc>
          <w:tcPr>
            <w:tcW w:type="dxa" w:w="3326"/>
            <w:shd w:val="clear" w:color="auto" w:fill="0f766e"/>
          </w:tcPr>
          <w:p>
            <w:pPr>
              <w:bidi/>
              <w:spacing w:before="0" w:after="40"/>
              <w:jc w:val="both"/>
            </w:pPr>
            <w:r>
              <w:rPr>
                <w:b/>
                <w:bCs/>
                <w:color w:val="FFFFFF"/>
                <w:rtl/>
              </w:rPr>
              <w:t>שארית</w:t>
            </w:r>
          </w:p>
        </w:tc>
      </w:tr>
      <w:tr>
        <w:tc>
          <w:tcPr>
            <w:tcW w:type="dxa" w:w="3326"/>
          </w:tcPr>
          <w:p>
            <w:pPr>
              <w:bidi/>
              <w:spacing w:before="0" w:after="40"/>
              <w:jc w:val="both"/>
            </w:pPr>
            <w:r>
              <w:rPr>
                <w:rtl/>
              </w:rPr>
              <w:t>‪15 : 2‬</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‪20 : 3‬</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‪33 : 4‬</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‪48 : 5‬</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‪55 : 6‬</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‪71 : 8‬</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2. [קל] השלימו את השארית.</w:t>
      </w:r>
    </w:p>
    <w:p>
      <w:pPr>
        <w:bidi/>
        <w:spacing w:before="0" w:after="60"/>
        <w:jc w:val="both"/>
      </w:pPr>
      <w:r>
        <w:rPr>
          <w:rtl/>
        </w:rPr>
        <w:t>א. ‪16 : 3 = 5‬ (שארית __________)</w:t>
      </w:r>
    </w:p>
    <w:p>
      <w:pPr>
        <w:bidi/>
        <w:spacing w:before="0" w:after="60"/>
        <w:jc w:val="both"/>
      </w:pPr>
      <w:r>
        <w:rPr>
          <w:rtl/>
        </w:rPr>
        <w:t>ב. ‪38 : 7 = 5‬ (שארית __________)</w:t>
      </w:r>
    </w:p>
    <w:p>
      <w:pPr>
        <w:bidi/>
        <w:spacing w:before="0" w:after="60"/>
        <w:jc w:val="both"/>
      </w:pPr>
      <w:r>
        <w:rPr>
          <w:rtl/>
        </w:rPr>
        <w:t>ג. ‪43 : 5 = 8‬ (שארית __________)</w:t>
      </w:r>
    </w:p>
    <w:p>
      <w:pPr>
        <w:bidi/>
        <w:spacing w:before="0" w:after="60"/>
        <w:jc w:val="both"/>
      </w:pPr>
      <w:r>
        <w:rPr>
          <w:rtl/>
        </w:rPr>
        <w:t>ד. ‪66 : 9 = 7‬ (שארית __________)</w:t>
      </w:r>
    </w:p>
    <w:p>
      <w:pPr>
        <w:bidi/>
        <w:spacing w:before="160" w:after="60"/>
        <w:jc w:val="both"/>
      </w:pPr>
      <w:r>
        <w:rPr>
          <w:b/>
          <w:bCs/>
          <w:sz w:val="26"/>
          <w:szCs w:val="26"/>
          <w:rtl/>
        </w:rPr>
        <w:t>3. [קל] השלימו את המנה.</w:t>
      </w:r>
    </w:p>
    <w:p>
      <w:pPr>
        <w:bidi/>
        <w:spacing w:before="0" w:after="60"/>
        <w:jc w:val="both"/>
      </w:pPr>
      <w:r>
        <w:rPr>
          <w:rtl/>
        </w:rPr>
        <w:t>א. ‪31 : 4 = __________‬ (שארית 3)</w:t>
      </w:r>
    </w:p>
    <w:p>
      <w:pPr>
        <w:bidi/>
        <w:spacing w:before="0" w:after="60"/>
        <w:jc w:val="both"/>
      </w:pPr>
      <w:r>
        <w:rPr>
          <w:rtl/>
        </w:rPr>
        <w:t>ב. ‪44 : 9 = __________‬ (שארית 8)</w:t>
      </w:r>
    </w:p>
    <w:p>
      <w:pPr>
        <w:bidi/>
        <w:spacing w:before="0" w:after="60"/>
        <w:jc w:val="both"/>
      </w:pPr>
      <w:r>
        <w:rPr>
          <w:rtl/>
        </w:rPr>
        <w:t>ג. ‪57 : 6 = __________‬ (שארית 3)</w:t>
      </w:r>
    </w:p>
    <w:p>
      <w:pPr>
        <w:bidi/>
        <w:spacing w:before="0" w:after="60"/>
        <w:jc w:val="both"/>
      </w:pPr>
      <w:r>
        <w:rPr>
          <w:rtl/>
        </w:rPr>
        <w:t>ד. ‪79 : 10 = __________‬ (שארית 9)</w:t>
      </w:r>
    </w:p>
    <w:p>
      <w:pPr>
        <w:bidi/>
        <w:spacing w:before="160" w:after="60"/>
        <w:jc w:val="both"/>
      </w:pPr>
      <w:r>
        <w:rPr>
          <w:b/>
          <w:bCs/>
          <w:sz w:val="26"/>
          <w:szCs w:val="26"/>
          <w:rtl/>
        </w:rPr>
        <w:t>4. [בינוני] בחרו.</w:t>
      </w:r>
    </w:p>
    <w:p>
      <w:pPr>
        <w:bidi/>
        <w:spacing w:before="0" w:after="20"/>
        <w:jc w:val="both"/>
      </w:pPr>
      <w:r>
        <w:rPr>
          <w:rtl/>
        </w:rPr>
        <w:t>א. ‪53 : 7‬ =</w:t>
      </w:r>
    </w:p>
    <w:p>
      <w:pPr>
        <w:bidi/>
        <w:spacing w:before="0" w:after="80"/>
        <w:jc w:val="both"/>
      </w:pPr>
      <w:r>
        <w:rPr>
          <w:rtl/>
        </w:rPr>
        <w:t xml:space="preserve">   ○ 8 (שארית 3)      ○ 7 (שארית 4)      ○ 7 (שארית 3)</w:t>
      </w:r>
    </w:p>
    <w:p>
      <w:pPr>
        <w:bidi/>
        <w:spacing w:before="0" w:after="20"/>
        <w:jc w:val="both"/>
      </w:pPr>
      <w:r>
        <w:rPr>
          <w:rtl/>
        </w:rPr>
        <w:t>ב. מה השארית הגדולה ביותר האפשרית בחילוק ב-9?</w:t>
      </w:r>
    </w:p>
    <w:p>
      <w:pPr>
        <w:bidi/>
        <w:spacing w:before="0" w:after="80"/>
        <w:jc w:val="both"/>
      </w:pPr>
      <w:r>
        <w:rPr>
          <w:rtl/>
        </w:rPr>
        <w:t xml:space="preserve">   ○ 9      ○ 8      ○ 10</w:t>
      </w:r>
    </w:p>
    <w:p>
      <w:pPr>
        <w:bidi/>
        <w:spacing w:before="160" w:after="60"/>
        <w:jc w:val="both"/>
      </w:pPr>
      <w:r>
        <w:rPr>
          <w:b/>
          <w:bCs/>
          <w:sz w:val="26"/>
          <w:szCs w:val="26"/>
          <w:rtl/>
        </w:rPr>
        <w:t>5. [בינוני] מיינו את המספרים: מתחלק ב-5 או לא מתחלק ב-5?</w:t>
      </w:r>
    </w:p>
    <w:p>
      <w:pPr>
        <w:bidi/>
        <w:spacing w:before="0" w:after="80"/>
        <w:jc w:val="both"/>
      </w:pPr>
      <w:r>
        <w:rPr>
          <w:color w:val="0F766E"/>
          <w:sz w:val="24"/>
          <w:szCs w:val="24"/>
          <w:rtl/>
        </w:rPr>
        <w:t>המילים: 25  |  42  |  60  |  95  |  13  |  70  |  58  |  85</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מתחלק ב-5</w:t>
            </w:r>
          </w:p>
        </w:tc>
        <w:tc>
          <w:tcPr>
            <w:tcW w:type="dxa" w:w="4989"/>
            <w:shd w:val="clear" w:color="auto" w:fill="0f766e"/>
          </w:tcPr>
          <w:p>
            <w:pPr>
              <w:bidi/>
              <w:spacing w:before="0" w:after="40"/>
              <w:jc w:val="both"/>
            </w:pPr>
            <w:r>
              <w:rPr>
                <w:b/>
                <w:bCs/>
                <w:color w:val="FFFFFF"/>
                <w:rtl/>
              </w:rPr>
              <w:t>לא מתחלק ב-5</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[קל] סמנו ✓ אם המספר מתחלק, ו-✗ אם לא.</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jc w:val="both"/>
            </w:pPr>
            <w:r>
              <w:rPr>
                <w:b/>
                <w:bCs/>
                <w:color w:val="FFFFFF"/>
                <w:rtl/>
              </w:rPr>
              <w:t>מספר</w:t>
            </w:r>
          </w:p>
        </w:tc>
        <w:tc>
          <w:tcPr>
            <w:tcW w:type="dxa" w:w="2494"/>
            <w:shd w:val="clear" w:color="auto" w:fill="0f766e"/>
          </w:tcPr>
          <w:p>
            <w:pPr>
              <w:bidi/>
              <w:spacing w:before="0" w:after="40"/>
              <w:jc w:val="both"/>
            </w:pPr>
            <w:r>
              <w:rPr>
                <w:b/>
                <w:bCs/>
                <w:color w:val="FFFFFF"/>
                <w:rtl/>
              </w:rPr>
              <w:t>ב-2</w:t>
            </w:r>
          </w:p>
        </w:tc>
        <w:tc>
          <w:tcPr>
            <w:tcW w:type="dxa" w:w="2494"/>
            <w:shd w:val="clear" w:color="auto" w:fill="0f766e"/>
          </w:tcPr>
          <w:p>
            <w:pPr>
              <w:bidi/>
              <w:spacing w:before="0" w:after="40"/>
              <w:jc w:val="both"/>
            </w:pPr>
            <w:r>
              <w:rPr>
                <w:b/>
                <w:bCs/>
                <w:color w:val="FFFFFF"/>
                <w:rtl/>
              </w:rPr>
              <w:t>ב-5</w:t>
            </w:r>
          </w:p>
        </w:tc>
        <w:tc>
          <w:tcPr>
            <w:tcW w:type="dxa" w:w="2494"/>
            <w:shd w:val="clear" w:color="auto" w:fill="0f766e"/>
          </w:tcPr>
          <w:p>
            <w:pPr>
              <w:bidi/>
              <w:spacing w:before="0" w:after="40"/>
              <w:jc w:val="both"/>
            </w:pPr>
            <w:r>
              <w:rPr>
                <w:b/>
                <w:bCs/>
                <w:color w:val="FFFFFF"/>
                <w:rtl/>
              </w:rPr>
              <w:t>ב-10</w:t>
            </w:r>
          </w:p>
        </w:tc>
      </w:tr>
      <w:tr>
        <w:tc>
          <w:tcPr>
            <w:tcW w:type="dxa" w:w="2494"/>
          </w:tcPr>
          <w:p>
            <w:pPr>
              <w:bidi/>
              <w:spacing w:before="0" w:after="40"/>
              <w:jc w:val="both"/>
            </w:pPr>
            <w:r>
              <w:rPr>
                <w:rtl/>
              </w:rPr>
              <w:t>20</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45</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58</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81</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90</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bl>
    <w:p>
      <w:pPr>
        <w:bidi/>
        <w:spacing w:before="0" w:after="40"/>
        <w:jc w:val="both"/>
      </w:pPr>
    </w:p>
    <w:p>
      <w:pPr>
        <w:bidi/>
        <w:spacing w:before="160" w:after="60"/>
        <w:jc w:val="both"/>
      </w:pPr>
      <w:r>
        <w:rPr>
          <w:b/>
          <w:bCs/>
          <w:sz w:val="26"/>
          <w:szCs w:val="26"/>
          <w:rtl/>
        </w:rPr>
        <w:t>7. [בינוני] נכון או לא נכון?</w:t>
      </w:r>
    </w:p>
    <w:p>
      <w:pPr>
        <w:bidi/>
        <w:spacing w:before="0" w:after="60"/>
        <w:jc w:val="both"/>
      </w:pPr>
      <w:r>
        <w:rPr>
          <w:rtl/>
        </w:rPr>
        <w:t>א. השארית תמיד קטנה מהמחלק.      נכון / לא נכון</w:t>
      </w:r>
    </w:p>
    <w:p>
      <w:pPr>
        <w:bidi/>
        <w:spacing w:before="0" w:after="60"/>
        <w:jc w:val="both"/>
      </w:pPr>
      <w:r>
        <w:rPr>
          <w:rtl/>
        </w:rPr>
        <w:t>ב. ‪36 : 5 = 7‬ (שארית 1)      נכון / לא נכון</w:t>
      </w:r>
    </w:p>
    <w:p>
      <w:pPr>
        <w:bidi/>
        <w:spacing w:before="0" w:after="60"/>
        <w:jc w:val="both"/>
      </w:pPr>
      <w:r>
        <w:rPr>
          <w:rtl/>
        </w:rPr>
        <w:t>ג. מספר שספרת האחדות שלו 5 מתחלק ב-2.      נכון / לא נכון</w:t>
      </w:r>
    </w:p>
    <w:p>
      <w:pPr>
        <w:bidi/>
        <w:spacing w:before="0" w:after="60"/>
        <w:jc w:val="both"/>
      </w:pPr>
      <w:r>
        <w:rPr>
          <w:rtl/>
        </w:rPr>
        <w:t>ד. ‪40 : 6 = 6‬ (שארית 6)      נכון / לא נכון</w:t>
      </w:r>
    </w:p>
    <w:p>
      <w:pPr>
        <w:bidi/>
        <w:spacing w:before="160" w:after="60"/>
        <w:jc w:val="both"/>
      </w:pPr>
      <w:r>
        <w:rPr>
          <w:b/>
          <w:bCs/>
          <w:sz w:val="26"/>
          <w:szCs w:val="26"/>
          <w:rtl/>
        </w:rPr>
        <w:t>8. [בינוני] התאימו לכל תרגיל את הבדיקה המתאימה.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‪29 : 4 = 7‬ (שארית 1)</w:t>
            </w:r>
          </w:p>
        </w:tc>
        <w:tc>
          <w:tcPr>
            <w:tcW w:type="dxa" w:w="4989"/>
          </w:tcPr>
          <w:p>
            <w:pPr>
              <w:bidi/>
              <w:spacing w:before="0" w:after="40"/>
              <w:jc w:val="both"/>
            </w:pPr>
            <w:r>
              <w:rPr>
                <w:rtl/>
              </w:rPr>
              <w:t>[   ] ‪5 × 9 + 5 = 50‬</w:t>
            </w:r>
          </w:p>
        </w:tc>
      </w:tr>
      <w:tr>
        <w:tc>
          <w:tcPr>
            <w:tcW w:type="dxa" w:w="4989"/>
          </w:tcPr>
          <w:p>
            <w:pPr>
              <w:bidi/>
              <w:spacing w:before="0" w:after="40"/>
              <w:jc w:val="both"/>
            </w:pPr>
            <w:r>
              <w:rPr>
                <w:rtl/>
              </w:rPr>
              <w:t>2. ‪35 : 8 = 4‬ (שארית 3)</w:t>
            </w:r>
          </w:p>
        </w:tc>
        <w:tc>
          <w:tcPr>
            <w:tcW w:type="dxa" w:w="4989"/>
          </w:tcPr>
          <w:p>
            <w:pPr>
              <w:bidi/>
              <w:spacing w:before="0" w:after="40"/>
              <w:jc w:val="both"/>
            </w:pPr>
            <w:r>
              <w:rPr>
                <w:rtl/>
              </w:rPr>
              <w:t>[   ] ‪4 × 8 + 3 = 35‬</w:t>
            </w:r>
          </w:p>
        </w:tc>
      </w:tr>
      <w:tr>
        <w:tc>
          <w:tcPr>
            <w:tcW w:type="dxa" w:w="4989"/>
          </w:tcPr>
          <w:p>
            <w:pPr>
              <w:bidi/>
              <w:spacing w:before="0" w:after="40"/>
              <w:jc w:val="both"/>
            </w:pPr>
            <w:r>
              <w:rPr>
                <w:rtl/>
              </w:rPr>
              <w:t>3. ‪62 : 7 = 8‬ (שארית 6)</w:t>
            </w:r>
          </w:p>
        </w:tc>
        <w:tc>
          <w:tcPr>
            <w:tcW w:type="dxa" w:w="4989"/>
          </w:tcPr>
          <w:p>
            <w:pPr>
              <w:bidi/>
              <w:spacing w:before="0" w:after="40"/>
              <w:jc w:val="both"/>
            </w:pPr>
            <w:r>
              <w:rPr>
                <w:rtl/>
              </w:rPr>
              <w:t>[   ] ‪8 × 7 + 6 = 62‬</w:t>
            </w:r>
          </w:p>
        </w:tc>
      </w:tr>
      <w:tr>
        <w:tc>
          <w:tcPr>
            <w:tcW w:type="dxa" w:w="4989"/>
          </w:tcPr>
          <w:p>
            <w:pPr>
              <w:bidi/>
              <w:spacing w:before="0" w:after="40"/>
              <w:jc w:val="both"/>
            </w:pPr>
            <w:r>
              <w:rPr>
                <w:rtl/>
              </w:rPr>
              <w:t>4. ‪50 : 9 = 5‬ (שארית 5)</w:t>
            </w:r>
          </w:p>
        </w:tc>
        <w:tc>
          <w:tcPr>
            <w:tcW w:type="dxa" w:w="4989"/>
          </w:tcPr>
          <w:p>
            <w:pPr>
              <w:bidi/>
              <w:spacing w:before="0" w:after="40"/>
              <w:jc w:val="both"/>
            </w:pPr>
            <w:r>
              <w:rPr>
                <w:rtl/>
              </w:rPr>
              <w:t>[   ] ‪7 × 4 + 1 = 29‬</w:t>
            </w:r>
          </w:p>
        </w:tc>
      </w:tr>
    </w:tbl>
    <w:p>
      <w:pPr>
        <w:bidi/>
        <w:spacing w:before="0" w:after="40"/>
        <w:jc w:val="both"/>
      </w:pPr>
    </w:p>
    <w:p>
      <w:pPr>
        <w:bidi/>
        <w:spacing w:before="160" w:after="60"/>
        <w:jc w:val="both"/>
      </w:pPr>
      <w:r>
        <w:rPr>
          <w:b/>
          <w:bCs/>
          <w:sz w:val="26"/>
          <w:szCs w:val="26"/>
          <w:rtl/>
        </w:rPr>
        <w:t>9. [בינוני] פתרו וכתבו תרגיל בדיקה: ‪87 : 9‬   |   ‪65 : 4‬</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[בינוני] הסבירו: עומר פתר ‪26 : 4 = 5‬ (שארית 6). מה הטעות שלו? פתרו נכון.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20" w:after="40"/>
        <w:jc w:val="center"/>
      </w:pPr>
      <w:r>
        <w:rPr>
          <w:rFonts w:ascii="Arial Black" w:hAnsi="Arial Black" w:cs="Arial Black"/>
          <w:b/>
          <w:bCs/>
          <w:color w:val="0F766E"/>
          <w:sz w:val="30"/>
          <w:szCs w:val="30"/>
          <w:rtl/>
        </w:rPr>
        <w:t>בחנות הצעצועים</w:t>
      </w:r>
    </w:p>
    <w:p>
      <w:pPr>
        <w:bidi/>
        <w:spacing w:before="0" w:after="80"/>
        <w:jc w:val="both"/>
      </w:pPr>
      <w:r>
        <w:rPr>
          <w:rtl/>
        </w:rPr>
        <w:t>בחנות הצעצועים של דניאל הגיע משלוח של 46 מכוניות צעצוע. דניאל סידר אותן בקופסאות, 5 מכוניות בכל קופסה.</w:t>
      </w:r>
    </w:p>
    <w:p>
      <w:pPr>
        <w:bidi/>
        <w:spacing w:before="0" w:after="80"/>
        <w:jc w:val="both"/>
      </w:pPr>
      <w:r>
        <w:rPr>
          <w:rtl/>
        </w:rPr>
        <w:t>תמר באה לקנות מדבקות. היו לה 38 שקלים, וכל חבילת מדבקות עלתה 4 שקלים. היא קנתה כמה שיותר חבילות.</w:t>
      </w:r>
    </w:p>
    <w:p>
      <w:pPr>
        <w:bidi/>
        <w:spacing w:before="0" w:after="80"/>
        <w:jc w:val="both"/>
      </w:pPr>
      <w:r>
        <w:rPr>
          <w:rtl/>
        </w:rPr>
        <w:t>החנות של דניאל היא אחת החנויות האהובות בשכונה. יש בה משחקי קופסה, בובות, כדורים ופאזלים. ילדים באים אליה אחרי הלימודים רק כדי להסתכל על הצעצועים החדשים שהגיעו.</w:t>
      </w:r>
    </w:p>
    <w:p>
      <w:pPr>
        <w:bidi/>
        <w:spacing w:before="160" w:after="60"/>
        <w:jc w:val="both"/>
      </w:pPr>
      <w:r>
        <w:rPr>
          <w:b/>
          <w:bCs/>
          <w:sz w:val="26"/>
          <w:szCs w:val="26"/>
          <w:rtl/>
        </w:rPr>
        <w:t>11. [בינוני] לפי הסיפור: כמה קופסאות מלאות סידר דניאל? כמה מכוניות נשארו בלי קופסה?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[בינוני] לפי הסיפור: כמה חבילות מדבקות קנתה תמר, וכמה כסף נשאר לה?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[בינוני] לפי הסיפור: כמה קופסאות צריך כדי שכל 46 המכוניות יהיו בקופסאות? הסבירו.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14. [אתגר] אתגר: המספר דו-ספרתי, מתחלק ב-2 וב-5, ובחילוק ב-7 נותן שארית 3. מצאו את כל האפשרויות.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240" w:after="40"/>
        <w:jc w:val="both"/>
      </w:pPr>
      <w:r>
        <w:rPr>
          <w:rFonts w:ascii="Arial Black" w:hAnsi="Arial Black" w:cs="Arial Black"/>
          <w:b/>
          <w:bCs/>
          <w:color w:val="0F766E"/>
          <w:sz w:val="34"/>
          <w:szCs w:val="34"/>
          <w:rtl/>
        </w:rPr>
        <w:t>📖 בעיות מילוליות</w:t>
      </w:r>
    </w:p>
    <w:p>
      <w:pPr>
        <w:bidi/>
        <w:spacing w:before="0" w:after="80"/>
        <w:jc w:val="both"/>
      </w:pPr>
      <w:r>
        <w:rPr>
          <w:color w:val="5B6476"/>
          <w:sz w:val="22"/>
          <w:szCs w:val="22"/>
          <w:rtl/>
        </w:rPr>
        <w:t>קראו בעיון · כתבו את דרך הפתרון · כתבו תשובה במשפט</w:t>
      </w:r>
    </w:p>
    <w:p>
      <w:pPr>
        <w:bidi/>
        <w:spacing w:before="160" w:after="60"/>
        <w:jc w:val="both"/>
      </w:pPr>
      <w:r>
        <w:rPr>
          <w:b/>
          <w:bCs/>
          <w:sz w:val="26"/>
          <w:szCs w:val="26"/>
          <w:rtl/>
        </w:rPr>
        <w:t>15. [קל] אפו 23 עוגיות וממלאים שקיות של 3 עוגיות. כמה שקיות מלאות יהיו, וכמה עוגיות יישארו?</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16. [קל] מיכל חילקה 40 דפי צביעה שווה בשווה בין 10 ילדים. כמה דפים קיבל כל ילד? האם נשארו דפים?</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17. [בינוני] בפרדס קטפו 58 תפוזים וסידרו אותם בשקיות של 6. כמה שקיות מלאות יש, וכמה תפוזים נשארו?</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18. [בינוני] יהונתן קורא ספר של 75 עמודים, 8 עמודים בכל יום. כמה ימים שלמים יקרא כך, וכמה עמודים יישארו לו ליום האחרון?</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19. [אתגר] בחוג השחמט יש 38 ילדים, ובכל לוח משחקים 2 ילדים. בחדר יש 15 לוחות. האם יש מספיק לוחות? כמה לוחות חסרים?</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20. [אתגר] בארגז אחד יש 47 אגסים, ובארגז שני 34 אגסים. מסדרים את כל האגסים בסלים של 9. כמה סלים מלאים יהיו? האם יישארו אגסים?</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color w:val="0F766E"/>
          <w:sz w:val="26"/>
          <w:szCs w:val="26"/>
          <w:rtl/>
        </w:rPr>
        <w:t>21. פתרו. גזרו את כרטיסי התרגילים, והדביקו כל תרגיל בעמודה המתאימה.</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jc w:val="center"/>
            </w:pPr>
            <w:r>
              <w:rPr>
                <w:b/>
                <w:bCs/>
                <w:sz w:val="25"/>
                <w:szCs w:val="25"/>
                <w:rtl/>
              </w:rPr>
              <w:t>יש שארית</w:t>
            </w:r>
          </w:p>
        </w:tc>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jc w:val="center"/>
            </w:pPr>
            <w:r>
              <w:rPr>
                <w:b/>
                <w:bCs/>
                <w:sz w:val="25"/>
                <w:szCs w:val="25"/>
                <w:rtl/>
              </w:rPr>
              <w:t>אין שארית</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Pr>
          <w:p>
            <w:pPr>
              <w:bidi/>
              <w:spacing w:before="0" w:after="0"/>
              <w:jc w:val="center"/>
            </w:pP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c>
          <w:tcPr>
            <w:tcW w:type="dxa" w:w="2466"/>
          </w:tcPr>
          <w:p>
            <w:pPr>
              <w:bidi/>
              <w:spacing w:before="0" w:after="0"/>
              <w:jc w:val="center"/>
            </w:pPr>
          </w:p>
        </w:tc>
      </w:tr>
    </w:tbl>
    <w:p>
      <w:pPr>
        <w:bidi/>
        <w:spacing w:before="0" w:after="40"/>
        <w:jc w:val="both"/>
      </w:pPr>
    </w:p>
    <w:p>
      <w:pPr>
        <w:bidi/>
        <w:spacing w:before="160" w:after="60"/>
        <w:jc w:val="both"/>
      </w:pPr>
      <w:r>
        <w:rPr>
          <w:b/>
          <w:bCs/>
          <w:color w:val="0F766E"/>
          <w:sz w:val="26"/>
          <w:szCs w:val="26"/>
          <w:rtl/>
        </w:rPr>
        <w:t>22. מתחו קו מכל תרגיל אל התשובה שלו.</w:t>
      </w:r>
    </w:p>
    <w:tbl>
      <w:tblPr>
        <w:tblW w:type="auto" w:w="0"/>
        <w:tblLook w:firstColumn="1" w:firstRow="1" w:lastColumn="0" w:lastRow="0" w:noHBand="0" w:noVBand="1" w:val="04A0"/>
        <w:bidiVisual/>
        <w:tblLayout w:type="fixed"/>
      </w:tblPr>
      <w:tblGrid>
        <w:gridCol w:w="1996"/>
        <w:gridCol w:w="1996"/>
        <w:gridCol w:w="1996"/>
        <w:gridCol w:w="1996"/>
        <w:gridCol w:w="1996"/>
      </w:tblGrid>
      <w:tr>
        <w:tc>
          <w:tcPr>
            <w:tcW w:type="dxa" w:w="3515"/>
            <w:vAlign w:val="center"/>
          </w:tcPr>
          <w:p>
            <w:pPr>
              <w:bidi/>
              <w:spacing w:before="80" w:after="80"/>
              <w:jc w:val="both"/>
            </w:pPr>
            <w:r>
              <w:rPr>
                <w:sz w:val="25"/>
                <w:szCs w:val="25"/>
                <w:rtl/>
              </w:rPr>
              <w:t>1. ‪17 : 5‬</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א. 4 שארית 3</w:t>
            </w:r>
          </w:p>
        </w:tc>
      </w:tr>
      <w:tr>
        <w:tc>
          <w:tcPr>
            <w:tcW w:type="dxa" w:w="3515"/>
            <w:vAlign w:val="center"/>
          </w:tcPr>
          <w:p>
            <w:pPr>
              <w:bidi/>
              <w:spacing w:before="80" w:after="80"/>
              <w:jc w:val="both"/>
            </w:pPr>
            <w:r>
              <w:rPr>
                <w:sz w:val="25"/>
                <w:szCs w:val="25"/>
                <w:rtl/>
              </w:rPr>
              <w:t>2. ‪23 : 4‬</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ב. 9 שארית 2</w:t>
            </w:r>
          </w:p>
        </w:tc>
      </w:tr>
      <w:tr>
        <w:tc>
          <w:tcPr>
            <w:tcW w:type="dxa" w:w="3515"/>
            <w:vAlign w:val="center"/>
          </w:tcPr>
          <w:p>
            <w:pPr>
              <w:bidi/>
              <w:spacing w:before="80" w:after="80"/>
              <w:jc w:val="both"/>
            </w:pPr>
            <w:r>
              <w:rPr>
                <w:sz w:val="25"/>
                <w:szCs w:val="25"/>
                <w:rtl/>
              </w:rPr>
              <w:t>3. ‪29 : 3‬</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ג. 3 שארית 2</w:t>
            </w:r>
          </w:p>
        </w:tc>
      </w:tr>
      <w:tr>
        <w:tc>
          <w:tcPr>
            <w:tcW w:type="dxa" w:w="3515"/>
            <w:vAlign w:val="center"/>
          </w:tcPr>
          <w:p>
            <w:pPr>
              <w:bidi/>
              <w:spacing w:before="80" w:after="80"/>
              <w:jc w:val="both"/>
            </w:pPr>
            <w:r>
              <w:rPr>
                <w:sz w:val="25"/>
                <w:szCs w:val="25"/>
                <w:rtl/>
              </w:rPr>
              <w:t>4. ‪50 : 7‬</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ד. 7 שארית 1</w:t>
            </w:r>
          </w:p>
        </w:tc>
      </w:tr>
      <w:tr>
        <w:tc>
          <w:tcPr>
            <w:tcW w:type="dxa" w:w="3515"/>
            <w:vAlign w:val="center"/>
          </w:tcPr>
          <w:p>
            <w:pPr>
              <w:bidi/>
              <w:spacing w:before="80" w:after="80"/>
              <w:jc w:val="both"/>
            </w:pPr>
            <w:r>
              <w:rPr>
                <w:sz w:val="25"/>
                <w:szCs w:val="25"/>
                <w:rtl/>
              </w:rPr>
              <w:t>5. ‪35 : 8‬</w:t>
            </w:r>
          </w:p>
        </w:tc>
        <w:tc>
          <w:tcPr>
            <w:tcW w:type="dxa" w:w="397"/>
            <w:vAlign w:val="center"/>
          </w:tcPr>
          <w:p>
            <w:pPr>
              <w:bidi/>
              <w:spacing w:before="80" w:after="80"/>
              <w:jc w:val="center"/>
            </w:pPr>
            <w:r>
              <w:rPr>
                <w:sz w:val="26"/>
                <w:szCs w:val="26"/>
                <w:rtl/>
              </w:rPr>
              <w:t>●</w:t>
            </w:r>
          </w:p>
        </w:tc>
        <w:tc>
          <w:tcPr>
            <w:tcW w:type="dxa" w:w="2041"/>
            <w:vAlign w:val="center"/>
          </w:tcPr>
          <w:p>
            <w:pPr>
              <w:bidi/>
              <w:spacing w:before="80" w:after="80"/>
              <w:jc w:val="both"/>
            </w:pPr>
          </w:p>
        </w:tc>
        <w:tc>
          <w:tcPr>
            <w:tcW w:type="dxa" w:w="397"/>
            <w:vAlign w:val="center"/>
          </w:tcPr>
          <w:p>
            <w:pPr>
              <w:bidi/>
              <w:spacing w:before="80" w:after="80"/>
              <w:jc w:val="center"/>
            </w:pPr>
            <w:r>
              <w:rPr>
                <w:sz w:val="26"/>
                <w:szCs w:val="26"/>
                <w:rtl/>
              </w:rPr>
              <w:t>●</w:t>
            </w:r>
          </w:p>
        </w:tc>
        <w:tc>
          <w:tcPr>
            <w:tcW w:type="dxa" w:w="3515"/>
            <w:vAlign w:val="center"/>
          </w:tcPr>
          <w:p>
            <w:pPr>
              <w:bidi/>
              <w:spacing w:before="80" w:after="80"/>
              <w:jc w:val="both"/>
            </w:pPr>
            <w:r>
              <w:rPr>
                <w:sz w:val="25"/>
                <w:szCs w:val="25"/>
                <w:rtl/>
              </w:rPr>
              <w:t>ה. 5 שארית 3</w:t>
            </w:r>
          </w:p>
        </w:tc>
      </w:tr>
    </w:tbl>
    <w:p>
      <w:pPr>
        <w:bidi/>
        <w:spacing w:before="0" w:after="40"/>
        <w:jc w:val="both"/>
      </w:pPr>
    </w:p>
    <w:p>
      <w:pPr>
        <w:bidi/>
        <w:spacing w:before="0" w:after="80"/>
        <w:jc w:val="both"/>
      </w:pPr>
      <w:r>
        <w:br w:type="page"/>
      </w:r>
    </w:p>
    <w:p>
      <w:pPr>
        <w:bidi/>
        <w:spacing w:before="0" w:after="120"/>
        <w:jc w:val="both"/>
      </w:pPr>
      <w:r>
        <w:rPr>
          <w:rFonts w:ascii="Arial" w:hAnsi="Arial" w:cs="Arial"/>
          <w:color w:val="5B6476"/>
          <w:sz w:val="20"/>
          <w:szCs w:val="20"/>
          <w:rtl/>
        </w:rPr>
        <w:t>מתמטיקה · כיתה ג'   |   פרק 7</w:t>
      </w:r>
    </w:p>
    <w:p>
      <w:pPr>
        <w:bidi/>
        <w:spacing w:before="0" w:after="120"/>
        <w:jc w:val="both"/>
      </w:pPr>
      <w:r>
        <w:rPr>
          <w:rFonts w:ascii="Arial Black" w:hAnsi="Arial Black" w:cs="Arial Black"/>
          <w:b/>
          <w:bCs/>
          <w:color w:val="0F766E"/>
          <w:sz w:val="44"/>
          <w:szCs w:val="44"/>
          <w:rtl/>
        </w:rPr>
        <w:t>פרק 7: סדר פעולות, סוגריים ובעיות כפל וחילוק דו-שלביות</w:t>
      </w:r>
    </w:p>
    <w:p>
      <w:pPr>
        <w:bidi/>
        <w:spacing w:before="0" w:after="80"/>
        <w:jc w:val="center"/>
      </w:pPr>
      <w:r>
        <w:drawing>
          <wp:inline xmlns:a="http://schemas.openxmlformats.org/drawingml/2006/main" xmlns:pic="http://schemas.openxmlformats.org/drawingml/2006/picture">
            <wp:extent cx="3240000" cy="2160000"/>
            <wp:docPr id="8" name="Picture 8"/>
            <wp:cNvGraphicFramePr>
              <a:graphicFrameLocks noChangeAspect="1"/>
            </wp:cNvGraphicFramePr>
            <a:graphic>
              <a:graphicData uri="http://schemas.openxmlformats.org/drawingml/2006/picture">
                <pic:pic>
                  <pic:nvPicPr>
                    <pic:cNvPr id="0" name="math_g3_t07.jpg"/>
                    <pic:cNvPicPr/>
                  </pic:nvPicPr>
                  <pic:blipFill>
                    <a:blip r:embed="rId17"/>
                    <a:stretch>
                      <a:fillRect/>
                    </a:stretch>
                  </pic:blipFill>
                  <pic:spPr>
                    <a:xfrm>
                      <a:off x="0" y="0"/>
                      <a:ext cx="3240000" cy="2160000"/>
                    </a:xfrm>
                    <a:prstGeom prst="rect"/>
                  </pic:spPr>
                </pic:pic>
              </a:graphicData>
            </a:graphic>
          </wp:inline>
        </w:drawing>
      </w:r>
    </w:p>
    <w:p>
      <w:pPr>
        <w:bidi/>
        <w:spacing w:before="120" w:after="40"/>
        <w:jc w:val="both"/>
      </w:pPr>
      <w:r>
        <w:rPr>
          <w:rFonts w:ascii="Arial Black" w:hAnsi="Arial Black" w:cs="Arial Black"/>
          <w:b/>
          <w:bCs/>
          <w:color w:val="0F766E"/>
          <w:sz w:val="28"/>
          <w:szCs w:val="28"/>
          <w:rtl/>
        </w:rPr>
        <w:t>◆ סדר הפעולות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שלב</w:t>
            </w:r>
          </w:p>
        </w:tc>
        <w:tc>
          <w:tcPr>
            <w:tcW w:type="dxa" w:w="3326"/>
            <w:shd w:val="clear" w:color="auto" w:fill="0f766e"/>
          </w:tcPr>
          <w:p>
            <w:pPr>
              <w:bidi/>
              <w:spacing w:before="0" w:after="40"/>
              <w:jc w:val="both"/>
            </w:pPr>
            <w:r>
              <w:rPr>
                <w:b/>
                <w:bCs/>
                <w:color w:val="FFFFFF"/>
                <w:rtl/>
              </w:rPr>
              <w:t>מה מחשבים</w:t>
            </w:r>
          </w:p>
        </w:tc>
        <w:tc>
          <w:tcPr>
            <w:tcW w:type="dxa" w:w="3326"/>
            <w:shd w:val="clear" w:color="auto" w:fill="0f766e"/>
          </w:tcPr>
          <w:p>
            <w:pPr>
              <w:bidi/>
              <w:spacing w:before="0" w:after="40"/>
              <w:jc w:val="both"/>
            </w:pPr>
            <w:r>
              <w:rPr>
                <w:b/>
                <w:bCs/>
                <w:color w:val="FFFFFF"/>
                <w:rtl/>
              </w:rPr>
              <w:t>דוגמה</w:t>
            </w:r>
          </w:p>
        </w:tc>
      </w:tr>
      <w:tr>
        <w:tc>
          <w:tcPr>
            <w:tcW w:type="dxa" w:w="3326"/>
          </w:tcPr>
          <w:p>
            <w:pPr>
              <w:bidi/>
              <w:spacing w:before="0" w:after="40"/>
              <w:jc w:val="both"/>
            </w:pPr>
            <w:r>
              <w:rPr>
                <w:rtl/>
              </w:rPr>
              <w:t>1</w:t>
            </w:r>
          </w:p>
        </w:tc>
        <w:tc>
          <w:tcPr>
            <w:tcW w:type="dxa" w:w="3326"/>
          </w:tcPr>
          <w:p>
            <w:pPr>
              <w:bidi/>
              <w:spacing w:before="0" w:after="40"/>
              <w:jc w:val="both"/>
            </w:pPr>
            <w:r>
              <w:rPr>
                <w:rtl/>
              </w:rPr>
              <w:t>סוגריים</w:t>
            </w:r>
          </w:p>
        </w:tc>
        <w:tc>
          <w:tcPr>
            <w:tcW w:type="dxa" w:w="3326"/>
          </w:tcPr>
          <w:p>
            <w:pPr>
              <w:bidi/>
              <w:spacing w:before="0" w:after="40"/>
              <w:jc w:val="both"/>
            </w:pPr>
            <w:r>
              <w:rPr>
                <w:rtl/>
              </w:rPr>
              <w:t>‪(2 + 3) × 4 = 5 × 4 = 20‬</w:t>
            </w:r>
          </w:p>
        </w:tc>
      </w:tr>
      <w:tr>
        <w:tc>
          <w:tcPr>
            <w:tcW w:type="dxa" w:w="3326"/>
          </w:tcPr>
          <w:p>
            <w:pPr>
              <w:bidi/>
              <w:spacing w:before="0" w:after="40"/>
              <w:jc w:val="both"/>
            </w:pPr>
            <w:r>
              <w:rPr>
                <w:rtl/>
              </w:rPr>
              <w:t>2</w:t>
            </w:r>
          </w:p>
        </w:tc>
        <w:tc>
          <w:tcPr>
            <w:tcW w:type="dxa" w:w="3326"/>
          </w:tcPr>
          <w:p>
            <w:pPr>
              <w:bidi/>
              <w:spacing w:before="0" w:after="40"/>
              <w:jc w:val="both"/>
            </w:pPr>
            <w:r>
              <w:rPr>
                <w:rtl/>
              </w:rPr>
              <w:t>כפל וחילוק</w:t>
            </w:r>
          </w:p>
        </w:tc>
        <w:tc>
          <w:tcPr>
            <w:tcW w:type="dxa" w:w="3326"/>
          </w:tcPr>
          <w:p>
            <w:pPr>
              <w:bidi/>
              <w:spacing w:before="0" w:after="40"/>
              <w:jc w:val="both"/>
            </w:pPr>
            <w:r>
              <w:rPr>
                <w:rtl/>
              </w:rPr>
              <w:t>‪2 + 3 × 4 = 2 + 12 = 14‬</w:t>
            </w:r>
          </w:p>
        </w:tc>
      </w:tr>
      <w:tr>
        <w:tc>
          <w:tcPr>
            <w:tcW w:type="dxa" w:w="3326"/>
          </w:tcPr>
          <w:p>
            <w:pPr>
              <w:bidi/>
              <w:spacing w:before="0" w:after="40"/>
              <w:jc w:val="both"/>
            </w:pPr>
            <w:r>
              <w:rPr>
                <w:rtl/>
              </w:rPr>
              <w:t>3</w:t>
            </w:r>
          </w:p>
        </w:tc>
        <w:tc>
          <w:tcPr>
            <w:tcW w:type="dxa" w:w="3326"/>
          </w:tcPr>
          <w:p>
            <w:pPr>
              <w:bidi/>
              <w:spacing w:before="0" w:after="40"/>
              <w:jc w:val="both"/>
            </w:pPr>
            <w:r>
              <w:rPr>
                <w:rtl/>
              </w:rPr>
              <w:t>חיבור וחיסור, לפי הסדר</w:t>
            </w:r>
          </w:p>
        </w:tc>
        <w:tc>
          <w:tcPr>
            <w:tcW w:type="dxa" w:w="3326"/>
          </w:tcPr>
          <w:p>
            <w:pPr>
              <w:bidi/>
              <w:spacing w:before="0" w:after="40"/>
              <w:jc w:val="both"/>
            </w:pPr>
            <w:r>
              <w:rPr>
                <w:rtl/>
              </w:rPr>
              <w:t>‪20 − 5 + 3 = 18‬</w:t>
            </w:r>
          </w:p>
        </w:tc>
      </w:tr>
    </w:tbl>
    <w:p>
      <w:pPr>
        <w:bidi/>
        <w:spacing w:before="0" w:after="40"/>
        <w:jc w:val="both"/>
      </w:pPr>
    </w:p>
    <w:p>
      <w:pPr>
        <w:bidi/>
        <w:spacing w:before="120" w:after="40"/>
        <w:jc w:val="both"/>
      </w:pPr>
      <w:r>
        <w:rPr>
          <w:rFonts w:ascii="Arial Black" w:hAnsi="Arial Black" w:cs="Arial Black"/>
          <w:b/>
          <w:bCs/>
          <w:color w:val="0F766E"/>
          <w:sz w:val="28"/>
          <w:szCs w:val="28"/>
          <w:rtl/>
        </w:rPr>
        <w:t>◆ סוגריים משנים את התוצאה</w:t>
      </w:r>
    </w:p>
    <w:p>
      <w:pPr>
        <w:bidi/>
        <w:spacing w:before="0" w:after="120"/>
        <w:jc w:val="both"/>
      </w:pPr>
      <w:r>
        <w:rPr>
          <w:color w:val="334055"/>
          <w:sz w:val="24"/>
          <w:szCs w:val="24"/>
          <w:rtl/>
        </w:rPr>
        <w:t>דוגמה: ‪10 − 2 × 3 = 4 · (10 − 2) × 3 = 24‬</w:t>
      </w:r>
    </w:p>
    <w:p>
      <w:pPr>
        <w:bidi/>
        <w:spacing w:before="120" w:after="40"/>
        <w:jc w:val="both"/>
      </w:pPr>
      <w:r>
        <w:rPr>
          <w:rFonts w:ascii="Arial Black" w:hAnsi="Arial Black" w:cs="Arial Black"/>
          <w:b/>
          <w:bCs/>
          <w:color w:val="0F766E"/>
          <w:sz w:val="28"/>
          <w:szCs w:val="28"/>
          <w:rtl/>
        </w:rPr>
        <w:t>◆ פותרים בעיה דו-שלבית</w:t>
      </w:r>
    </w:p>
    <w:p>
      <w:pPr>
        <w:bidi/>
        <w:spacing w:before="0" w:after="20"/>
        <w:jc w:val="both"/>
      </w:pPr>
      <w:r>
        <w:rPr>
          <w:rtl/>
        </w:rPr>
        <w:t>1. קוראים ושואלים: מה צריך לדעת קודם?</w:t>
      </w:r>
    </w:p>
    <w:p>
      <w:pPr>
        <w:bidi/>
        <w:spacing w:before="0" w:after="20"/>
        <w:jc w:val="both"/>
      </w:pPr>
      <w:r>
        <w:rPr>
          <w:rtl/>
        </w:rPr>
        <w:t>2. שלב 1: מחשבים את מה שחסר.</w:t>
      </w:r>
    </w:p>
    <w:p>
      <w:pPr>
        <w:bidi/>
        <w:spacing w:before="0" w:after="20"/>
        <w:jc w:val="both"/>
      </w:pPr>
      <w:r>
        <w:rPr>
          <w:rtl/>
        </w:rPr>
        <w:t>3. שלב 2: עונים על השאלה וכותבים «תשובה:».</w:t>
      </w:r>
    </w:p>
    <w:p>
      <w:pPr>
        <w:bidi/>
        <w:spacing w:before="120" w:after="40"/>
        <w:jc w:val="both"/>
      </w:pPr>
      <w:r>
        <w:rPr>
          <w:rFonts w:ascii="Arial Black" w:hAnsi="Arial Black" w:cs="Arial Black"/>
          <w:b/>
          <w:bCs/>
          <w:color w:val="0F766E"/>
          <w:sz w:val="27"/>
          <w:szCs w:val="27"/>
          <w:rtl/>
        </w:rPr>
        <w:t>📘 איך פותרים?</w:t>
      </w:r>
    </w:p>
    <w:p>
      <w:pPr>
        <w:bidi/>
        <w:spacing w:before="0" w:after="20"/>
        <w:jc w:val="both"/>
      </w:pPr>
      <w:r>
        <w:rPr>
          <w:rtl/>
        </w:rPr>
        <w:t>1. שלב 1: קוראים את כל הבעיה ומחליטים מה מחשבים קודם.</w:t>
      </w:r>
    </w:p>
    <w:p>
      <w:pPr>
        <w:bidi/>
        <w:spacing w:before="0" w:after="20"/>
        <w:jc w:val="both"/>
      </w:pPr>
      <w:r>
        <w:rPr>
          <w:rtl/>
        </w:rPr>
        <w:t>2. שלב 2: כותבים תרגיל אחד. חיבור או חיסור שצריך לחשב קודם – שמים בסוגריים, למשל ‪(8 + 4) × 3‬.</w:t>
      </w:r>
    </w:p>
    <w:p>
      <w:pPr>
        <w:bidi/>
        <w:spacing w:before="0" w:after="20"/>
        <w:jc w:val="both"/>
      </w:pPr>
      <w:r>
        <w:rPr>
          <w:rtl/>
        </w:rPr>
        <w:t>3. שלב 3: סדר פעולות: קודם סוגריים, אחר כך כפל וחילוק, ובסוף חיבור וחיסור. למשל: ‪5 + 2 × 4 = 5 + 8 = 13‬.</w:t>
      </w:r>
    </w:p>
    <w:p>
      <w:pPr>
        <w:bidi/>
        <w:spacing w:before="0" w:after="20"/>
        <w:jc w:val="both"/>
      </w:pPr>
      <w:r>
        <w:rPr>
          <w:rtl/>
        </w:rPr>
        <w:t>4. שלב 4: כותבים תשובה במשפט ובודקים שהיא הגיונית.</w:t>
      </w:r>
    </w:p>
    <w:p>
      <w:pPr>
        <w:bidi/>
        <w:spacing w:before="120" w:after="40"/>
        <w:jc w:val="both"/>
      </w:pPr>
      <w:r>
        <w:rPr>
          <w:b/>
          <w:bCs/>
          <w:color w:val="0F7A4F"/>
          <w:sz w:val="25"/>
          <w:szCs w:val="25"/>
          <w:rtl/>
        </w:rPr>
        <w:t>✏️ דוגמה פתורה: חשבו: ‪(12 − 4) × 6‬</w:t>
      </w:r>
    </w:p>
    <w:p>
      <w:pPr>
        <w:bidi/>
        <w:spacing w:before="0" w:after="20"/>
        <w:jc w:val="both"/>
      </w:pPr>
      <w:r>
        <w:rPr>
          <w:rtl/>
        </w:rPr>
        <w:t>1. קודם הסוגריים: ‪12 − 4 = 8‬</w:t>
      </w:r>
    </w:p>
    <w:p>
      <w:pPr>
        <w:bidi/>
        <w:spacing w:before="0" w:after="20"/>
        <w:jc w:val="both"/>
      </w:pPr>
      <w:r>
        <w:rPr>
          <w:rtl/>
        </w:rPr>
        <w:t>2. אחר כך הכפל: ‪8 × 6 = 48‬</w:t>
      </w:r>
    </w:p>
    <w:p>
      <w:pPr>
        <w:bidi/>
        <w:spacing w:before="0" w:after="20"/>
        <w:jc w:val="both"/>
      </w:pPr>
      <w:r>
        <w:rPr>
          <w:rtl/>
        </w:rPr>
        <w:t>3. בשורה אחת: ‪(12 − 4) × 6 = 8 × 6 = 48‬</w:t>
      </w:r>
    </w:p>
    <w:p>
      <w:pPr>
        <w:bidi/>
        <w:spacing w:before="0" w:after="120"/>
        <w:jc w:val="both"/>
      </w:pPr>
      <w:r>
        <w:rPr>
          <w:b/>
          <w:bCs/>
          <w:sz w:val="25"/>
          <w:szCs w:val="25"/>
          <w:rtl/>
        </w:rPr>
        <w:t>התשובה: 48</w:t>
      </w:r>
    </w:p>
    <w:p>
      <w:pPr>
        <w:bidi/>
        <w:spacing w:before="160" w:after="60"/>
        <w:jc w:val="both"/>
      </w:pPr>
      <w:r>
        <w:rPr>
          <w:b/>
          <w:bCs/>
          <w:sz w:val="26"/>
          <w:szCs w:val="26"/>
          <w:rtl/>
        </w:rPr>
        <w:t>1. [קל] חשבו לפי סדר הפעולות.</w:t>
      </w:r>
    </w:p>
    <w:p>
      <w:pPr>
        <w:bidi/>
        <w:spacing w:before="0" w:after="60"/>
        <w:jc w:val="both"/>
      </w:pPr>
      <w:r>
        <w:rPr>
          <w:rtl/>
        </w:rPr>
        <w:t>א. ‪3 + 2 × 5 = __________‬</w:t>
      </w:r>
    </w:p>
    <w:p>
      <w:pPr>
        <w:bidi/>
        <w:spacing w:before="0" w:after="60"/>
        <w:jc w:val="both"/>
      </w:pPr>
      <w:r>
        <w:rPr>
          <w:rtl/>
        </w:rPr>
        <w:t>ב. ‪15 − 3 × 4 = __________‬</w:t>
      </w:r>
    </w:p>
    <w:p>
      <w:pPr>
        <w:bidi/>
        <w:spacing w:before="0" w:after="60"/>
        <w:jc w:val="both"/>
      </w:pPr>
      <w:r>
        <w:rPr>
          <w:rtl/>
        </w:rPr>
        <w:t>ג. ‪8 × 3 + 6 = __________‬</w:t>
      </w:r>
    </w:p>
    <w:p>
      <w:pPr>
        <w:bidi/>
        <w:spacing w:before="0" w:after="60"/>
        <w:jc w:val="both"/>
      </w:pPr>
      <w:r>
        <w:rPr>
          <w:rtl/>
        </w:rPr>
        <w:t>ד. ‪24 : 6 + 9 = __________‬</w:t>
      </w:r>
    </w:p>
    <w:p>
      <w:pPr>
        <w:bidi/>
        <w:spacing w:before="0" w:after="60"/>
        <w:jc w:val="both"/>
      </w:pPr>
      <w:r>
        <w:rPr>
          <w:rtl/>
        </w:rPr>
        <w:t>ה. ‪30 − 21 : 3 = __________‬</w:t>
      </w:r>
    </w:p>
    <w:p>
      <w:pPr>
        <w:bidi/>
        <w:spacing w:before="0" w:after="60"/>
        <w:jc w:val="both"/>
      </w:pPr>
      <w:r>
        <w:rPr>
          <w:rtl/>
        </w:rPr>
        <w:t>ו. ‪9 + 4 × 0 = __________‬</w:t>
      </w:r>
    </w:p>
    <w:p>
      <w:pPr>
        <w:bidi/>
        <w:spacing w:before="160" w:after="60"/>
        <w:jc w:val="both"/>
      </w:pPr>
      <w:r>
        <w:rPr>
          <w:b/>
          <w:bCs/>
          <w:sz w:val="26"/>
          <w:szCs w:val="26"/>
          <w:rtl/>
        </w:rPr>
        <w:t>2. [קל] חשבו עם סוגריים.</w:t>
      </w:r>
    </w:p>
    <w:p>
      <w:pPr>
        <w:bidi/>
        <w:spacing w:before="0" w:after="60"/>
        <w:jc w:val="both"/>
      </w:pPr>
      <w:r>
        <w:rPr>
          <w:rtl/>
        </w:rPr>
        <w:t>א. ‪(3 + 2) × 5 = __________‬</w:t>
      </w:r>
    </w:p>
    <w:p>
      <w:pPr>
        <w:bidi/>
        <w:spacing w:before="0" w:after="60"/>
        <w:jc w:val="both"/>
      </w:pPr>
      <w:r>
        <w:rPr>
          <w:rtl/>
        </w:rPr>
        <w:t>ב. ‪(15 − 3) × 4 = __________‬</w:t>
      </w:r>
    </w:p>
    <w:p>
      <w:pPr>
        <w:bidi/>
        <w:spacing w:before="0" w:after="60"/>
        <w:jc w:val="both"/>
      </w:pPr>
      <w:r>
        <w:rPr>
          <w:rtl/>
        </w:rPr>
        <w:t>ג. ‪8 × (3 + 6) = __________‬</w:t>
      </w:r>
    </w:p>
    <w:p>
      <w:pPr>
        <w:bidi/>
        <w:spacing w:before="0" w:after="60"/>
        <w:jc w:val="both"/>
      </w:pPr>
      <w:r>
        <w:rPr>
          <w:rtl/>
        </w:rPr>
        <w:t>ד. ‪(24 + 6) : 6 = __________‬</w:t>
      </w:r>
    </w:p>
    <w:p>
      <w:pPr>
        <w:bidi/>
        <w:spacing w:before="0" w:after="60"/>
        <w:jc w:val="both"/>
      </w:pPr>
      <w:r>
        <w:rPr>
          <w:rtl/>
        </w:rPr>
        <w:t>ה. ‪(30 − 21) : 3 = __________‬</w:t>
      </w:r>
    </w:p>
    <w:p>
      <w:pPr>
        <w:bidi/>
        <w:spacing w:before="0" w:after="60"/>
        <w:jc w:val="both"/>
      </w:pPr>
      <w:r>
        <w:rPr>
          <w:rtl/>
        </w:rPr>
        <w:t>ו. ‪(9 + 4) × 0 = __________‬</w:t>
      </w:r>
    </w:p>
    <w:p>
      <w:pPr>
        <w:bidi/>
        <w:spacing w:before="160" w:after="60"/>
        <w:jc w:val="both"/>
      </w:pPr>
      <w:r>
        <w:rPr>
          <w:b/>
          <w:bCs/>
          <w:sz w:val="26"/>
          <w:szCs w:val="26"/>
          <w:rtl/>
        </w:rPr>
        <w:t>3. [קל] השלימו את הטבלה.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תרגיל</w:t>
            </w:r>
          </w:p>
        </w:tc>
        <w:tc>
          <w:tcPr>
            <w:tcW w:type="dxa" w:w="3326"/>
            <w:shd w:val="clear" w:color="auto" w:fill="0f766e"/>
          </w:tcPr>
          <w:p>
            <w:pPr>
              <w:bidi/>
              <w:spacing w:before="0" w:after="40"/>
              <w:jc w:val="both"/>
            </w:pPr>
            <w:r>
              <w:rPr>
                <w:b/>
                <w:bCs/>
                <w:color w:val="FFFFFF"/>
                <w:rtl/>
              </w:rPr>
              <w:t>מה מחשבים קודם?</w:t>
            </w:r>
          </w:p>
        </w:tc>
        <w:tc>
          <w:tcPr>
            <w:tcW w:type="dxa" w:w="3326"/>
            <w:shd w:val="clear" w:color="auto" w:fill="0f766e"/>
          </w:tcPr>
          <w:p>
            <w:pPr>
              <w:bidi/>
              <w:spacing w:before="0" w:after="40"/>
              <w:jc w:val="both"/>
            </w:pPr>
            <w:r>
              <w:rPr>
                <w:b/>
                <w:bCs/>
                <w:color w:val="FFFFFF"/>
                <w:rtl/>
              </w:rPr>
              <w:t>תוצאה</w:t>
            </w:r>
          </w:p>
        </w:tc>
      </w:tr>
      <w:tr>
        <w:tc>
          <w:tcPr>
            <w:tcW w:type="dxa" w:w="3326"/>
          </w:tcPr>
          <w:p>
            <w:pPr>
              <w:bidi/>
              <w:spacing w:before="0" w:after="40"/>
              <w:jc w:val="both"/>
            </w:pPr>
            <w:r>
              <w:rPr>
                <w:rtl/>
              </w:rPr>
              <w:t>‪7 + 3 × 6‬</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‪(7 + 3) × 6‬</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‪50 − 40 : 5‬</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‪(50 − 40) : 5‬</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4. [בינוני] בחרו את התוצאה הנכונה.</w:t>
      </w:r>
    </w:p>
    <w:p>
      <w:pPr>
        <w:bidi/>
        <w:spacing w:before="0" w:after="20"/>
        <w:jc w:val="both"/>
      </w:pPr>
      <w:r>
        <w:rPr>
          <w:rtl/>
        </w:rPr>
        <w:t>א. ‪12 + 6 : 3‬ =</w:t>
      </w:r>
    </w:p>
    <w:p>
      <w:pPr>
        <w:bidi/>
        <w:spacing w:before="0" w:after="80"/>
        <w:jc w:val="both"/>
      </w:pPr>
      <w:r>
        <w:rPr>
          <w:rtl/>
        </w:rPr>
        <w:t xml:space="preserve">   ○ 6      ○ 14      ○ 18</w:t>
      </w:r>
    </w:p>
    <w:p>
      <w:pPr>
        <w:bidi/>
        <w:spacing w:before="0" w:after="20"/>
        <w:jc w:val="both"/>
      </w:pPr>
      <w:r>
        <w:rPr>
          <w:rtl/>
        </w:rPr>
        <w:t>ב. ‪(12 + 6) : 3‬ =</w:t>
      </w:r>
    </w:p>
    <w:p>
      <w:pPr>
        <w:bidi/>
        <w:spacing w:before="0" w:after="80"/>
        <w:jc w:val="both"/>
      </w:pPr>
      <w:r>
        <w:rPr>
          <w:rtl/>
        </w:rPr>
        <w:t xml:space="preserve">   ○ 6      ○ 14      ○ 18</w:t>
      </w:r>
    </w:p>
    <w:p>
      <w:pPr>
        <w:bidi/>
        <w:spacing w:before="0" w:after="20"/>
        <w:jc w:val="both"/>
      </w:pPr>
      <w:r>
        <w:rPr>
          <w:rtl/>
        </w:rPr>
        <w:t>ג. ‪5 × 6 − 4 × 2‬ =</w:t>
      </w:r>
    </w:p>
    <w:p>
      <w:pPr>
        <w:bidi/>
        <w:spacing w:before="0" w:after="80"/>
        <w:jc w:val="both"/>
      </w:pPr>
      <w:r>
        <w:rPr>
          <w:rtl/>
        </w:rPr>
        <w:t xml:space="preserve">   ○ 52      ○ 22      ○ 26</w:t>
      </w:r>
    </w:p>
    <w:p>
      <w:pPr>
        <w:bidi/>
        <w:spacing w:before="160" w:after="60"/>
        <w:jc w:val="both"/>
      </w:pPr>
      <w:r>
        <w:rPr>
          <w:b/>
          <w:bCs/>
          <w:sz w:val="26"/>
          <w:szCs w:val="26"/>
          <w:rtl/>
        </w:rPr>
        <w:t>5. [בינוני] נכון או לא נכון?</w:t>
      </w:r>
    </w:p>
    <w:p>
      <w:pPr>
        <w:bidi/>
        <w:spacing w:before="0" w:after="60"/>
        <w:jc w:val="both"/>
      </w:pPr>
      <w:r>
        <w:rPr>
          <w:rtl/>
        </w:rPr>
        <w:t>א. תמיד מחשבים קודם את הפעולה הראשונה משמאל.      נכון / לא נכון</w:t>
      </w:r>
    </w:p>
    <w:p>
      <w:pPr>
        <w:bidi/>
        <w:spacing w:before="0" w:after="60"/>
        <w:jc w:val="both"/>
      </w:pPr>
      <w:r>
        <w:rPr>
          <w:rtl/>
        </w:rPr>
        <w:t>ב. ‪(5 + 5) × 5 = 50‬      נכון / לא נכון</w:t>
      </w:r>
    </w:p>
    <w:p>
      <w:pPr>
        <w:bidi/>
        <w:spacing w:before="0" w:after="60"/>
        <w:jc w:val="both"/>
      </w:pPr>
      <w:r>
        <w:rPr>
          <w:rtl/>
        </w:rPr>
        <w:t>ג. ‪5 + 5 × 5 = 50‬      נכון / לא נכון</w:t>
      </w:r>
    </w:p>
    <w:p>
      <w:pPr>
        <w:bidi/>
        <w:spacing w:before="0" w:after="60"/>
        <w:jc w:val="both"/>
      </w:pPr>
      <w:r>
        <w:rPr>
          <w:rtl/>
        </w:rPr>
        <w:t>ד. ‪36 : 6 − 2 = 4‬      נכון / לא נכון</w:t>
      </w:r>
    </w:p>
    <w:p>
      <w:pPr>
        <w:bidi/>
        <w:spacing w:before="160" w:after="60"/>
        <w:jc w:val="both"/>
      </w:pPr>
      <w:r>
        <w:rPr>
          <w:b/>
          <w:bCs/>
          <w:sz w:val="26"/>
          <w:szCs w:val="26"/>
          <w:rtl/>
        </w:rPr>
        <w:t>6. [קל] התאימו לכל בעיה את התרגיל.</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3 חולצות ב-20 ש"ח ועוד כובע ב-15 ש"ח</w:t>
            </w:r>
          </w:p>
        </w:tc>
        <w:tc>
          <w:tcPr>
            <w:tcW w:type="dxa" w:w="4989"/>
          </w:tcPr>
          <w:p>
            <w:pPr>
              <w:bidi/>
              <w:spacing w:before="0" w:after="40"/>
              <w:jc w:val="both"/>
            </w:pPr>
            <w:r>
              <w:rPr>
                <w:rtl/>
              </w:rPr>
              <w:t>[   ] ‪(50 + 10) : 3‬</w:t>
            </w:r>
          </w:p>
        </w:tc>
      </w:tr>
      <w:tr>
        <w:tc>
          <w:tcPr>
            <w:tcW w:type="dxa" w:w="4989"/>
          </w:tcPr>
          <w:p>
            <w:pPr>
              <w:bidi/>
              <w:spacing w:before="0" w:after="40"/>
              <w:jc w:val="both"/>
            </w:pPr>
            <w:r>
              <w:rPr>
                <w:rtl/>
              </w:rPr>
              <w:t>2. 3 ילדים, כל אחד קנה חולצה ב-20 וכובע ב-15</w:t>
            </w:r>
          </w:p>
        </w:tc>
        <w:tc>
          <w:tcPr>
            <w:tcW w:type="dxa" w:w="4989"/>
          </w:tcPr>
          <w:p>
            <w:pPr>
              <w:bidi/>
              <w:spacing w:before="0" w:after="40"/>
              <w:jc w:val="both"/>
            </w:pPr>
            <w:r>
              <w:rPr>
                <w:rtl/>
              </w:rPr>
              <w:t>[   ] ‪50 − 3 × 5‬</w:t>
            </w:r>
          </w:p>
        </w:tc>
      </w:tr>
      <w:tr>
        <w:tc>
          <w:tcPr>
            <w:tcW w:type="dxa" w:w="4989"/>
          </w:tcPr>
          <w:p>
            <w:pPr>
              <w:bidi/>
              <w:spacing w:before="0" w:after="40"/>
              <w:jc w:val="both"/>
            </w:pPr>
            <w:r>
              <w:rPr>
                <w:rtl/>
              </w:rPr>
              <w:t>3. היו 50 ש"ח, קנו 3 מחברות ב-5 ש"ח</w:t>
            </w:r>
          </w:p>
        </w:tc>
        <w:tc>
          <w:tcPr>
            <w:tcW w:type="dxa" w:w="4989"/>
          </w:tcPr>
          <w:p>
            <w:pPr>
              <w:bidi/>
              <w:spacing w:before="0" w:after="40"/>
              <w:jc w:val="both"/>
            </w:pPr>
            <w:r>
              <w:rPr>
                <w:rtl/>
              </w:rPr>
              <w:t>[   ] ‪3 × (20 + 15)‬</w:t>
            </w:r>
          </w:p>
        </w:tc>
      </w:tr>
      <w:tr>
        <w:tc>
          <w:tcPr>
            <w:tcW w:type="dxa" w:w="4989"/>
          </w:tcPr>
          <w:p>
            <w:pPr>
              <w:bidi/>
              <w:spacing w:before="0" w:after="40"/>
              <w:jc w:val="both"/>
            </w:pPr>
            <w:r>
              <w:rPr>
                <w:rtl/>
              </w:rPr>
              <w:t>4. היו 50 ש"ח, קיבלו עוד 10, וחילקו שווה ל-3</w:t>
            </w:r>
          </w:p>
        </w:tc>
        <w:tc>
          <w:tcPr>
            <w:tcW w:type="dxa" w:w="4989"/>
          </w:tcPr>
          <w:p>
            <w:pPr>
              <w:bidi/>
              <w:spacing w:before="0" w:after="40"/>
              <w:jc w:val="both"/>
            </w:pPr>
            <w:r>
              <w:rPr>
                <w:rtl/>
              </w:rPr>
              <w:t>[   ] ‪3 × 20 + 15‬</w:t>
            </w:r>
          </w:p>
        </w:tc>
      </w:tr>
    </w:tbl>
    <w:p>
      <w:pPr>
        <w:bidi/>
        <w:spacing w:before="0" w:after="40"/>
        <w:jc w:val="both"/>
      </w:pPr>
    </w:p>
    <w:p>
      <w:pPr>
        <w:bidi/>
        <w:spacing w:before="160" w:after="60"/>
        <w:jc w:val="both"/>
      </w:pPr>
      <w:r>
        <w:rPr>
          <w:b/>
          <w:bCs/>
          <w:sz w:val="26"/>
          <w:szCs w:val="26"/>
          <w:rtl/>
        </w:rPr>
        <w:t>7. [בינוני] חשבו ומיינו לפי התוצאה.</w:t>
      </w:r>
    </w:p>
    <w:p>
      <w:pPr>
        <w:bidi/>
        <w:spacing w:before="0" w:after="80"/>
        <w:jc w:val="both"/>
      </w:pPr>
      <w:r>
        <w:rPr>
          <w:color w:val="0F766E"/>
          <w:sz w:val="24"/>
          <w:szCs w:val="24"/>
          <w:rtl/>
        </w:rPr>
        <w:t>המילים: ‪4 + 3 × 4‬  |  ‪(4 + 4) × 2‬  |  ‪2 × 9 − 2‬  |  ‪32 : 2‬  |  ‪(3 + 5) × 3‬  |  ‪30 − 3 × 2‬  |  ‪6 + 9 × 2‬  |  ‪48 : 2‬</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16</w:t>
            </w:r>
          </w:p>
        </w:tc>
        <w:tc>
          <w:tcPr>
            <w:tcW w:type="dxa" w:w="4989"/>
            <w:shd w:val="clear" w:color="auto" w:fill="0f766e"/>
          </w:tcPr>
          <w:p>
            <w:pPr>
              <w:bidi/>
              <w:spacing w:before="0" w:after="40"/>
              <w:jc w:val="both"/>
            </w:pPr>
            <w:r>
              <w:rPr>
                <w:b/>
                <w:bCs/>
                <w:color w:val="FFFFFF"/>
                <w:rtl/>
              </w:rPr>
              <w:t>24</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8. [בינוני] השלימו את הסימן החסר (+, −, × או :).</w:t>
      </w:r>
    </w:p>
    <w:p>
      <w:pPr>
        <w:bidi/>
        <w:spacing w:before="0" w:after="60"/>
        <w:jc w:val="both"/>
      </w:pPr>
      <w:r>
        <w:rPr>
          <w:rtl/>
        </w:rPr>
        <w:t>א. ‪6 __________ 3 × 2 = 12‬</w:t>
      </w:r>
    </w:p>
    <w:p>
      <w:pPr>
        <w:bidi/>
        <w:spacing w:before="0" w:after="60"/>
        <w:jc w:val="both"/>
      </w:pPr>
      <w:r>
        <w:rPr>
          <w:rtl/>
        </w:rPr>
        <w:t>ב. ‪(8 __________ 2) × 5 = 30‬</w:t>
      </w:r>
    </w:p>
    <w:p>
      <w:pPr>
        <w:bidi/>
        <w:spacing w:before="0" w:after="60"/>
        <w:jc w:val="both"/>
      </w:pPr>
      <w:r>
        <w:rPr>
          <w:rtl/>
        </w:rPr>
        <w:t>ג. ‪20 − 12 __________ 4 = 17‬</w:t>
      </w:r>
    </w:p>
    <w:p>
      <w:pPr>
        <w:bidi/>
        <w:spacing w:before="0" w:after="60"/>
        <w:jc w:val="both"/>
      </w:pPr>
      <w:r>
        <w:rPr>
          <w:rtl/>
        </w:rPr>
        <w:t>ד. ‪(9 __________ 1) × 4 = 40‬</w:t>
      </w:r>
    </w:p>
    <w:p>
      <w:pPr>
        <w:bidi/>
        <w:spacing w:before="160" w:after="60"/>
        <w:jc w:val="both"/>
      </w:pPr>
      <w:r>
        <w:rPr>
          <w:b/>
          <w:bCs/>
          <w:sz w:val="26"/>
          <w:szCs w:val="26"/>
          <w:rtl/>
        </w:rPr>
        <w:t>9. [בינוני] הסבירו: אורי כתב לבעיה «קניתי 4 עטים ב-3 ש"ח כל אחד ומחק ב-2 ש"ח» את התרגיל ‪4 × 3 + 2 = 20‬. מה נכון ומה לא?</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[בינוני] פתרו במשבצות, שלב אחרי שלב: ‪(45 − 9) : 4 + 3 × 5‬</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20" w:after="40"/>
        <w:jc w:val="center"/>
      </w:pPr>
      <w:r>
        <w:rPr>
          <w:rFonts w:ascii="Arial Black" w:hAnsi="Arial Black" w:cs="Arial Black"/>
          <w:b/>
          <w:bCs/>
          <w:color w:val="0F766E"/>
          <w:sz w:val="30"/>
          <w:szCs w:val="30"/>
          <w:rtl/>
        </w:rPr>
        <w:t>הכנות לפיקניק</w:t>
      </w:r>
    </w:p>
    <w:p>
      <w:pPr>
        <w:bidi/>
        <w:spacing w:before="0" w:after="80"/>
        <w:jc w:val="both"/>
      </w:pPr>
      <w:r>
        <w:rPr>
          <w:rtl/>
        </w:rPr>
        <w:t>משפחת כהן יוצאת לפיקניק בפארק. אבא קנה 5 חבילות פיתות, ובכל חבילה 8 פיתות. בבית היו עוד 6 פיתות. דניאל ואחותו תמר הכינו 4 קערות סלט, ובכל קערה 3 עגבניות ו-2 מלפפונים.</w:t>
      </w:r>
    </w:p>
    <w:p>
      <w:pPr>
        <w:bidi/>
        <w:spacing w:before="0" w:after="80"/>
        <w:jc w:val="both"/>
      </w:pPr>
      <w:r>
        <w:rPr>
          <w:rtl/>
        </w:rPr>
        <w:t>במשפחה 8 אנשים. בסוף הפיקניק חילקו את כל 48 התותים שהביאו, שווה בשווה בין כולם.</w:t>
      </w:r>
    </w:p>
    <w:p>
      <w:pPr>
        <w:bidi/>
        <w:spacing w:before="0" w:after="80"/>
        <w:jc w:val="both"/>
      </w:pPr>
      <w:r>
        <w:rPr>
          <w:rtl/>
        </w:rPr>
        <w:t>הם בחרו מקום מוצל מתחת לעץ גדול, פרשו שמיכה ושיחקו בכדור. סבתא הביאה עוגה שאפתה בבוקר, וכולם אמרו שזה היה הפיקניק הכי טעים שהיה להם.</w:t>
      </w:r>
    </w:p>
    <w:p>
      <w:pPr>
        <w:bidi/>
        <w:spacing w:before="160" w:after="60"/>
        <w:jc w:val="both"/>
      </w:pPr>
      <w:r>
        <w:rPr>
          <w:b/>
          <w:bCs/>
          <w:sz w:val="26"/>
          <w:szCs w:val="26"/>
          <w:rtl/>
        </w:rPr>
        <w:t>11. [בינוני] לפי הסיפור: כמה פיתות היו בפיקניק? כתבו תרגיל אחד ותשובה.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[בינוני] לפי הסיפור: כמה ירקות (עגבניות ומלפפונים) שמו בכל הקערות? כתבו תרגיל עם סוגריים.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[בינוני] לפי הסיפור: כמה תותים קיבל כל אחד? כמה תותים קיבלו דניאל ותמר יחד?</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14. [אתגר] אתגר: כתבו בעיה מילולית קצרה שהתרגיל שלה הוא ‪(10 − 4) × 7‬, ופתרו אותה.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240" w:after="40"/>
        <w:jc w:val="both"/>
      </w:pPr>
      <w:r>
        <w:rPr>
          <w:rFonts w:ascii="Arial Black" w:hAnsi="Arial Black" w:cs="Arial Black"/>
          <w:b/>
          <w:bCs/>
          <w:color w:val="0F766E"/>
          <w:sz w:val="34"/>
          <w:szCs w:val="34"/>
          <w:rtl/>
        </w:rPr>
        <w:t>📖 בעיות מילוליות</w:t>
      </w:r>
    </w:p>
    <w:p>
      <w:pPr>
        <w:bidi/>
        <w:spacing w:before="0" w:after="80"/>
        <w:jc w:val="both"/>
      </w:pPr>
      <w:r>
        <w:rPr>
          <w:color w:val="5B6476"/>
          <w:sz w:val="22"/>
          <w:szCs w:val="22"/>
          <w:rtl/>
        </w:rPr>
        <w:t>קראו בעיון · כתבו את דרך הפתרון · כתבו תשובה במשפט</w:t>
      </w:r>
    </w:p>
    <w:p>
      <w:pPr>
        <w:bidi/>
        <w:spacing w:before="160" w:after="60"/>
        <w:jc w:val="both"/>
      </w:pPr>
      <w:r>
        <w:rPr>
          <w:b/>
          <w:bCs/>
          <w:sz w:val="26"/>
          <w:szCs w:val="26"/>
          <w:rtl/>
        </w:rPr>
        <w:t>15. [קל] לאריאל יש 3 קופסאות, ובכל קופסה 10 גולות. הוא נתן לאחיו 6 גולות. כמה גולות נשארו לאריאל?</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16. [קל] בחנות יש 5 ארגזים, ובכל ארגז 6 מלונים, ועוד 4 מלונים על הדלפק. כמה מלונים יש בחנות?</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17. [בינוני] בשבוע הראשון קרא עומר 12 עמודים, ובשבוע השני 18 עמודים. אחיו הגדול קרא פי 2 ממנו. כמה עמודים קרא האח?</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18. [בינוני] באוטובוס היו 40 נוסעים. בתחנה ירדו 5 קבוצות, ובכל קבוצה 4 נוסעים. כמה נוסעים נשארו באוטובוס?</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19. [אתגר] המורה קנה 4 חבילות, ובכל חבילה 9 עפרונות. הוא נתן 2 עפרונות לכל אחד מ-15 תלמידים. כמה עפרונות נשארו למורה?</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sz w:val="26"/>
          <w:szCs w:val="26"/>
          <w:rtl/>
        </w:rPr>
        <w:t>20. [אתגר] כרטיס לבריכה עולה 25 ₪ למבוגר ו-15 ₪ לילד. אבא ו-3 ילדים הלכו לבריכה ושילמו בשטר של 100 ₪. כמה שילמו על הכרטיסים, וכמה עודף קיבלו?</w:t>
      </w:r>
    </w:p>
    <w:p>
      <w:pPr>
        <w:bidi/>
        <w:spacing w:before="0" w:after="20"/>
        <w:jc w:val="both"/>
      </w:pPr>
      <w:r>
        <w:rPr>
          <w:b/>
          <w:bCs/>
          <w:color w:val="0F766E"/>
          <w:sz w:val="24"/>
          <w:szCs w:val="24"/>
          <w:rtl/>
        </w:rPr>
        <w:t>דרך פתרון: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120"/>
        <w:jc w:val="both"/>
      </w:pPr>
      <w:r>
        <w:rPr>
          <w:b/>
          <w:bCs/>
          <w:sz w:val="25"/>
          <w:szCs w:val="25"/>
          <w:rtl/>
        </w:rPr>
        <w:t>תשובה: ____________________________________________________</w:t>
      </w:r>
    </w:p>
    <w:p>
      <w:pPr>
        <w:bidi/>
        <w:spacing w:before="160" w:after="60"/>
        <w:jc w:val="both"/>
      </w:pPr>
      <w:r>
        <w:rPr>
          <w:b/>
          <w:bCs/>
          <w:color w:val="0F766E"/>
          <w:sz w:val="26"/>
          <w:szCs w:val="26"/>
          <w:rtl/>
        </w:rPr>
        <w:t>21. פתרו לפי סדר הפעולות. גזרו את כרטיסי התוצאות, והדביקו כל תוצאה ליד התרגיל.</w:t>
      </w:r>
    </w:p>
    <w:tbl>
      <w:tblPr>
        <w:tblW w:type="auto" w:w="0"/>
        <w:tblLook w:firstColumn="1" w:firstRow="1" w:lastColumn="0" w:lastRow="0" w:noHBand="0" w:noVBand="1" w:val="04A0"/>
        <w:bidiVisual/>
        <w:tblLayout w:type="fixed"/>
      </w:tblPr>
      <w:tblGrid>
        <w:gridCol w:w="3326"/>
        <w:gridCol w:w="3326"/>
        <w:gridCol w:w="3326"/>
      </w:tblGrid>
      <w:tr>
        <w:trPr>
          <w:trHeight w:val="1304" w:hRule="exact"/>
        </w:trPr>
        <w:tc>
          <w:tcPr>
            <w:tcW w:type="dxa" w:w="510"/>
            <w:vAlign w:val="center"/>
          </w:tcPr>
          <w:p>
            <w:pPr>
              <w:bidi/>
              <w:spacing w:before="0" w:after="0"/>
              <w:jc w:val="center"/>
            </w:pPr>
            <w:r>
              <w:rPr>
                <w:b/>
                <w:bCs/>
                <w:sz w:val="25"/>
                <w:szCs w:val="25"/>
                <w:rtl/>
              </w:rPr>
              <w:t>1.</w:t>
            </w:r>
          </w:p>
        </w:tc>
        <w:tc>
          <w:tcPr>
            <w:tcW w:type="dxa" w:w="7257"/>
            <w:vAlign w:val="center"/>
          </w:tcPr>
          <w:p>
            <w:pPr>
              <w:bidi/>
              <w:spacing w:before="0" w:after="0"/>
              <w:jc w:val="both"/>
            </w:pPr>
            <w:r>
              <w:rPr>
                <w:sz w:val="25"/>
                <w:szCs w:val="25"/>
                <w:rtl/>
              </w:rPr>
              <w:t>‪2 + 3 × 4‬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2.</w:t>
            </w:r>
          </w:p>
        </w:tc>
        <w:tc>
          <w:tcPr>
            <w:tcW w:type="dxa" w:w="7257"/>
            <w:vAlign w:val="center"/>
          </w:tcPr>
          <w:p>
            <w:pPr>
              <w:bidi/>
              <w:spacing w:before="0" w:after="0"/>
              <w:jc w:val="both"/>
            </w:pPr>
            <w:r>
              <w:rPr>
                <w:sz w:val="25"/>
                <w:szCs w:val="25"/>
                <w:rtl/>
              </w:rPr>
              <w:t>‪(2 + 3) × 4‬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3.</w:t>
            </w:r>
          </w:p>
        </w:tc>
        <w:tc>
          <w:tcPr>
            <w:tcW w:type="dxa" w:w="7257"/>
            <w:vAlign w:val="center"/>
          </w:tcPr>
          <w:p>
            <w:pPr>
              <w:bidi/>
              <w:spacing w:before="0" w:after="0"/>
              <w:jc w:val="both"/>
            </w:pPr>
            <w:r>
              <w:rPr>
                <w:sz w:val="25"/>
                <w:szCs w:val="25"/>
                <w:rtl/>
              </w:rPr>
              <w:t>‪20 − 6 : 2‬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4.</w:t>
            </w:r>
          </w:p>
        </w:tc>
        <w:tc>
          <w:tcPr>
            <w:tcW w:type="dxa" w:w="7257"/>
            <w:vAlign w:val="center"/>
          </w:tcPr>
          <w:p>
            <w:pPr>
              <w:bidi/>
              <w:spacing w:before="0" w:after="0"/>
              <w:jc w:val="both"/>
            </w:pPr>
            <w:r>
              <w:rPr>
                <w:sz w:val="25"/>
                <w:szCs w:val="25"/>
                <w:rtl/>
              </w:rPr>
              <w:t>‪(20 − 6) : 2‬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r>
        <w:trPr>
          <w:trHeight w:val="1304" w:hRule="exact"/>
        </w:trPr>
        <w:tc>
          <w:tcPr>
            <w:tcW w:type="dxa" w:w="510"/>
            <w:vAlign w:val="center"/>
          </w:tcPr>
          <w:p>
            <w:pPr>
              <w:bidi/>
              <w:spacing w:before="0" w:after="0"/>
              <w:jc w:val="center"/>
            </w:pPr>
            <w:r>
              <w:rPr>
                <w:b/>
                <w:bCs/>
                <w:sz w:val="25"/>
                <w:szCs w:val="25"/>
                <w:rtl/>
              </w:rPr>
              <w:t>5.</w:t>
            </w:r>
          </w:p>
        </w:tc>
        <w:tc>
          <w:tcPr>
            <w:tcW w:type="dxa" w:w="7257"/>
            <w:vAlign w:val="center"/>
          </w:tcPr>
          <w:p>
            <w:pPr>
              <w:bidi/>
              <w:spacing w:before="0" w:after="0"/>
              <w:jc w:val="both"/>
            </w:pPr>
            <w:r>
              <w:rPr>
                <w:sz w:val="25"/>
                <w:szCs w:val="25"/>
                <w:rtl/>
              </w:rPr>
              <w:t>‪5 × 4 − 10‬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color w:val="AAAAAA"/>
                <w:sz w:val="16"/>
                <w:szCs w:val="16"/>
                <w:rtl/>
              </w:rPr>
              <w:t>הדביקו כאן</w:t>
            </w:r>
          </w:p>
        </w:tc>
      </w:tr>
    </w:tbl>
    <w:p>
      <w:pPr>
        <w:bidi/>
        <w:spacing w:before="0" w:after="40"/>
        <w:jc w:val="both"/>
      </w:pPr>
    </w:p>
    <w:p>
      <w:pPr>
        <w:bidi/>
        <w:spacing w:before="160" w:after="60"/>
        <w:jc w:val="both"/>
      </w:pPr>
      <w:r>
        <w:rPr>
          <w:b/>
          <w:bCs/>
          <w:color w:val="0F766E"/>
          <w:sz w:val="26"/>
          <w:szCs w:val="26"/>
          <w:rtl/>
        </w:rPr>
        <w:t>22. קראו את ביאורי המילים.</w:t>
      </w:r>
    </w:p>
    <w:tbl>
      <w:tblPr>
        <w:tblW w:type="auto" w:w="0"/>
        <w:tblLook w:firstColumn="1" w:firstRow="1" w:lastColumn="0" w:lastRow="0" w:noHBand="0" w:noVBand="1" w:val="04A0"/>
        <w:bidiVisual/>
        <w:tblLayout w:type="fixed"/>
      </w:tblPr>
      <w:tblGrid>
        <w:gridCol w:w="9978"/>
      </w:tblGrid>
      <w:tr>
        <w:tc>
          <w:tcPr>
            <w:tcW w:type="dxa" w:w="9865"/>
            <w:tcBorders>
              <w:top w:val="single" w:sz="12" w:color="E0A800" w:space="0"/>
              <w:left w:val="single" w:sz="12" w:color="E0A800" w:space="0"/>
              <w:bottom w:val="single" w:sz="12" w:color="E0A800" w:space="0"/>
              <w:right w:val="single" w:sz="12" w:color="E0A800" w:space="0"/>
            </w:tcBorders>
            <w:shd w:val="clear" w:color="auto" w:fill="FFF8E1"/>
          </w:tcPr>
          <w:p>
            <w:pPr>
              <w:bidi/>
              <w:spacing w:before="0" w:after="60"/>
              <w:jc w:val="both"/>
            </w:pPr>
            <w:r>
              <w:rPr>
                <w:b/>
                <w:bCs/>
                <w:color w:val="8A5A00"/>
                <w:sz w:val="26"/>
                <w:szCs w:val="26"/>
                <w:rtl/>
              </w:rPr>
              <w:t>📖 ביאורי מילים</w:t>
            </w:r>
          </w:p>
          <w:p>
            <w:pPr>
              <w:bidi/>
              <w:spacing w:before="0" w:after="40"/>
              <w:jc w:val="both"/>
            </w:pPr>
            <w:r>
              <w:rPr>
                <w:b/>
                <w:bCs/>
                <w:sz w:val="24"/>
                <w:szCs w:val="24"/>
                <w:rtl/>
              </w:rPr>
              <w:t xml:space="preserve">סדר פעולות – </w:t>
            </w:r>
            <w:r>
              <w:rPr>
                <w:sz w:val="24"/>
                <w:szCs w:val="24"/>
                <w:rtl/>
              </w:rPr>
              <w:t>קודם כפל וחילוק, ואחר כך חיבור וחיסור</w:t>
            </w:r>
          </w:p>
          <w:p>
            <w:pPr>
              <w:bidi/>
              <w:spacing w:before="0" w:after="40"/>
              <w:jc w:val="both"/>
            </w:pPr>
            <w:r>
              <w:rPr>
                <w:b/>
                <w:bCs/>
                <w:sz w:val="24"/>
                <w:szCs w:val="24"/>
                <w:rtl/>
              </w:rPr>
              <w:t xml:space="preserve">סוגריים – </w:t>
            </w:r>
            <w:r>
              <w:rPr>
                <w:sz w:val="24"/>
                <w:szCs w:val="24"/>
                <w:rtl/>
              </w:rPr>
              <w:t>מה שבתוך הסוגריים פותרים ראשון</w:t>
            </w:r>
          </w:p>
          <w:p>
            <w:pPr>
              <w:bidi/>
              <w:spacing w:before="0" w:after="40"/>
              <w:jc w:val="both"/>
            </w:pPr>
            <w:r>
              <w:rPr>
                <w:b/>
                <w:bCs/>
                <w:sz w:val="24"/>
                <w:szCs w:val="24"/>
                <w:rtl/>
              </w:rPr>
              <w:t xml:space="preserve">בעיה דו-שלבית – </w:t>
            </w:r>
            <w:r>
              <w:rPr>
                <w:sz w:val="24"/>
                <w:szCs w:val="24"/>
                <w:rtl/>
              </w:rPr>
              <w:t>בעיה שפותרים בשני תרגילים זה אחרי זה</w:t>
            </w:r>
          </w:p>
        </w:tc>
      </w:tr>
    </w:tbl>
    <w:p>
      <w:pPr>
        <w:bidi/>
        <w:spacing w:before="0" w:after="40"/>
        <w:jc w:val="both"/>
      </w:pPr>
    </w:p>
    <w:p>
      <w:pPr>
        <w:bidi/>
        <w:spacing w:before="0" w:after="40"/>
        <w:jc w:val="both"/>
      </w:pPr>
      <w:r>
        <w:rPr>
          <w:b/>
          <w:bCs/>
          <w:sz w:val="25"/>
          <w:szCs w:val="25"/>
          <w:rtl/>
        </w:rPr>
        <w:t>✏️ כתבו תרגיל עם סוגריים, ופתרו אותו.</w:t>
      </w:r>
    </w:p>
    <w:p>
      <w:pPr>
        <w:bidi/>
        <w:spacing w:before="0" w:after="120"/>
        <w:jc w:val="both"/>
      </w:pPr>
      <w:r>
        <w:rPr>
          <w:color w:val="9AA3B5"/>
          <w:sz w:val="24"/>
          <w:szCs w:val="24"/>
          <w:rtl/>
        </w:rPr>
        <w:t>______________________________________________________________________</w:t>
      </w:r>
    </w:p>
    <w:p>
      <w:pPr>
        <w:bidi/>
        <w:spacing w:before="0" w:after="120"/>
        <w:jc w:val="both"/>
      </w:pPr>
      <w:r>
        <w:rPr>
          <w:color w:val="9AA3B5"/>
          <w:sz w:val="24"/>
          <w:szCs w:val="24"/>
          <w:rtl/>
        </w:rPr>
        <w:t>______________________________________________________________________</w:t>
      </w:r>
    </w:p>
    <w:p>
      <w:pPr>
        <w:bidi/>
        <w:spacing w:before="0" w:after="80"/>
        <w:jc w:val="both"/>
      </w:pPr>
      <w:r>
        <w:br w:type="page"/>
      </w:r>
    </w:p>
    <w:p>
      <w:pPr>
        <w:bidi/>
        <w:spacing w:before="0" w:after="120"/>
        <w:jc w:val="both"/>
      </w:pPr>
      <w:r>
        <w:rPr>
          <w:rFonts w:ascii="Arial Black" w:hAnsi="Arial Black" w:cs="Arial Black"/>
          <w:b/>
          <w:bCs/>
          <w:color w:val="0F766E"/>
          <w:sz w:val="44"/>
          <w:szCs w:val="44"/>
          <w:rtl/>
        </w:rPr>
        <w:t>חזרה – מה למדנו?</w:t>
      </w:r>
    </w:p>
    <w:p>
      <w:pPr>
        <w:bidi/>
        <w:spacing w:before="160" w:after="60"/>
        <w:jc w:val="both"/>
      </w:pPr>
      <w:r>
        <w:rPr>
          <w:b/>
          <w:bCs/>
          <w:sz w:val="26"/>
          <w:szCs w:val="26"/>
          <w:rtl/>
        </w:rPr>
        <w:t>1. חשבו.</w:t>
      </w:r>
    </w:p>
    <w:p>
      <w:pPr>
        <w:bidi/>
        <w:spacing w:before="0" w:after="60"/>
        <w:jc w:val="both"/>
      </w:pPr>
      <w:r>
        <w:rPr>
          <w:rtl/>
        </w:rPr>
        <w:t>א. ‪6 + 6 + 6 + 6 = __________ × 6‬</w:t>
      </w:r>
    </w:p>
    <w:p>
      <w:pPr>
        <w:bidi/>
        <w:spacing w:before="0" w:after="60"/>
        <w:jc w:val="both"/>
      </w:pPr>
      <w:r>
        <w:rPr>
          <w:rtl/>
        </w:rPr>
        <w:t>ב. ‪7 × 8 = __________‬</w:t>
      </w:r>
    </w:p>
    <w:p>
      <w:pPr>
        <w:bidi/>
        <w:spacing w:before="0" w:after="60"/>
        <w:jc w:val="both"/>
      </w:pPr>
      <w:r>
        <w:rPr>
          <w:rtl/>
        </w:rPr>
        <w:t>ג. ‪63 : 9 = __________‬</w:t>
      </w:r>
    </w:p>
    <w:p>
      <w:pPr>
        <w:bidi/>
        <w:spacing w:before="0" w:after="60"/>
        <w:jc w:val="both"/>
      </w:pPr>
      <w:r>
        <w:rPr>
          <w:rtl/>
        </w:rPr>
        <w:t>ד. ‪5 × 70 = __________‬</w:t>
      </w:r>
    </w:p>
    <w:p>
      <w:pPr>
        <w:bidi/>
        <w:spacing w:before="0" w:after="60"/>
        <w:jc w:val="both"/>
      </w:pPr>
      <w:r>
        <w:rPr>
          <w:rtl/>
        </w:rPr>
        <w:t>ה. ‪4 × 36 = __________‬</w:t>
      </w:r>
    </w:p>
    <w:p>
      <w:pPr>
        <w:bidi/>
        <w:spacing w:before="0" w:after="60"/>
        <w:jc w:val="both"/>
      </w:pPr>
      <w:r>
        <w:rPr>
          <w:rtl/>
        </w:rPr>
        <w:t>ו. ‪29 : 4 = 7‬ (שארית __________)</w:t>
      </w:r>
    </w:p>
    <w:p>
      <w:pPr>
        <w:bidi/>
        <w:spacing w:before="0" w:after="60"/>
        <w:jc w:val="both"/>
      </w:pPr>
      <w:r>
        <w:rPr>
          <w:rtl/>
        </w:rPr>
        <w:t>ז. ‪3 + 4 × 5 = __________‬</w:t>
      </w:r>
    </w:p>
    <w:p>
      <w:pPr>
        <w:bidi/>
        <w:spacing w:before="160" w:after="60"/>
        <w:jc w:val="both"/>
      </w:pPr>
      <w:r>
        <w:rPr>
          <w:b/>
          <w:bCs/>
          <w:sz w:val="26"/>
          <w:szCs w:val="26"/>
          <w:rtl/>
        </w:rPr>
        <w:t>2. התאימו לכל מושג את הדוגמה.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מכפלה</w:t>
            </w:r>
          </w:p>
        </w:tc>
        <w:tc>
          <w:tcPr>
            <w:tcW w:type="dxa" w:w="4989"/>
          </w:tcPr>
          <w:p>
            <w:pPr>
              <w:bidi/>
              <w:spacing w:before="0" w:after="40"/>
              <w:jc w:val="both"/>
            </w:pPr>
            <w:r>
              <w:rPr>
                <w:rtl/>
              </w:rPr>
              <w:t>[   ] ‪9 × 0 = 0‬</w:t>
            </w:r>
          </w:p>
        </w:tc>
      </w:tr>
      <w:tr>
        <w:tc>
          <w:tcPr>
            <w:tcW w:type="dxa" w:w="4989"/>
          </w:tcPr>
          <w:p>
            <w:pPr>
              <w:bidi/>
              <w:spacing w:before="0" w:after="40"/>
              <w:jc w:val="both"/>
            </w:pPr>
            <w:r>
              <w:rPr>
                <w:rtl/>
              </w:rPr>
              <w:t>2. מנה</w:t>
            </w:r>
          </w:p>
        </w:tc>
        <w:tc>
          <w:tcPr>
            <w:tcW w:type="dxa" w:w="4989"/>
          </w:tcPr>
          <w:p>
            <w:pPr>
              <w:bidi/>
              <w:spacing w:before="0" w:after="40"/>
              <w:jc w:val="both"/>
            </w:pPr>
            <w:r>
              <w:rPr>
                <w:rtl/>
              </w:rPr>
              <w:t>[   ] ב-‪17 : 5 = 3‬ (שארית 2) – המספר 2</w:t>
            </w:r>
          </w:p>
        </w:tc>
      </w:tr>
      <w:tr>
        <w:tc>
          <w:tcPr>
            <w:tcW w:type="dxa" w:w="4989"/>
          </w:tcPr>
          <w:p>
            <w:pPr>
              <w:bidi/>
              <w:spacing w:before="0" w:after="40"/>
              <w:jc w:val="both"/>
            </w:pPr>
            <w:r>
              <w:rPr>
                <w:rtl/>
              </w:rPr>
              <w:t>3. שארית</w:t>
            </w:r>
          </w:p>
        </w:tc>
        <w:tc>
          <w:tcPr>
            <w:tcW w:type="dxa" w:w="4989"/>
          </w:tcPr>
          <w:p>
            <w:pPr>
              <w:bidi/>
              <w:spacing w:before="0" w:after="40"/>
              <w:jc w:val="both"/>
            </w:pPr>
            <w:r>
              <w:rPr>
                <w:rtl/>
              </w:rPr>
              <w:t>[   ] ב-‪4 × 6 = 24‬ – המספר 24</w:t>
            </w:r>
          </w:p>
        </w:tc>
      </w:tr>
      <w:tr>
        <w:tc>
          <w:tcPr>
            <w:tcW w:type="dxa" w:w="4989"/>
          </w:tcPr>
          <w:p>
            <w:pPr>
              <w:bidi/>
              <w:spacing w:before="0" w:after="40"/>
              <w:jc w:val="both"/>
            </w:pPr>
            <w:r>
              <w:rPr>
                <w:rtl/>
              </w:rPr>
              <w:t>4. חוק החילוף</w:t>
            </w:r>
          </w:p>
        </w:tc>
        <w:tc>
          <w:tcPr>
            <w:tcW w:type="dxa" w:w="4989"/>
          </w:tcPr>
          <w:p>
            <w:pPr>
              <w:bidi/>
              <w:spacing w:before="0" w:after="40"/>
              <w:jc w:val="both"/>
            </w:pPr>
            <w:r>
              <w:rPr>
                <w:rtl/>
              </w:rPr>
              <w:t>[   ] ‪3 × 8 = 8 × 3‬</w:t>
            </w:r>
          </w:p>
        </w:tc>
      </w:tr>
      <w:tr>
        <w:tc>
          <w:tcPr>
            <w:tcW w:type="dxa" w:w="4989"/>
          </w:tcPr>
          <w:p>
            <w:pPr>
              <w:bidi/>
              <w:spacing w:before="0" w:after="40"/>
              <w:jc w:val="both"/>
            </w:pPr>
            <w:r>
              <w:rPr>
                <w:rtl/>
              </w:rPr>
              <w:t>5. כפל ב-0</w:t>
            </w:r>
          </w:p>
        </w:tc>
        <w:tc>
          <w:tcPr>
            <w:tcW w:type="dxa" w:w="4989"/>
          </w:tcPr>
          <w:p>
            <w:pPr>
              <w:bidi/>
              <w:spacing w:before="0" w:after="40"/>
              <w:jc w:val="both"/>
            </w:pPr>
            <w:r>
              <w:rPr>
                <w:rtl/>
              </w:rPr>
              <w:t>[   ] ב-‪35 : 5 = 7‬ – המספר 7</w:t>
            </w:r>
          </w:p>
        </w:tc>
      </w:tr>
    </w:tbl>
    <w:p>
      <w:pPr>
        <w:bidi/>
        <w:spacing w:before="0" w:after="40"/>
        <w:jc w:val="both"/>
      </w:pPr>
    </w:p>
    <w:p>
      <w:pPr>
        <w:bidi/>
        <w:spacing w:before="160" w:after="60"/>
        <w:jc w:val="both"/>
      </w:pPr>
      <w:r>
        <w:rPr>
          <w:b/>
          <w:bCs/>
          <w:sz w:val="26"/>
          <w:szCs w:val="26"/>
          <w:rtl/>
        </w:rPr>
        <w:t>3. נכון או לא נכון?</w:t>
      </w:r>
    </w:p>
    <w:p>
      <w:pPr>
        <w:bidi/>
        <w:spacing w:before="0" w:after="60"/>
        <w:jc w:val="both"/>
      </w:pPr>
      <w:r>
        <w:rPr>
          <w:rtl/>
        </w:rPr>
        <w:t>א. מספר שספרת האחדות שלו 0 מתחלק ב-2, ב-5 וב-10.      נכון / לא נכון</w:t>
      </w:r>
    </w:p>
    <w:p>
      <w:pPr>
        <w:bidi/>
        <w:spacing w:before="0" w:after="60"/>
        <w:jc w:val="both"/>
      </w:pPr>
      <w:r>
        <w:rPr>
          <w:rtl/>
        </w:rPr>
        <w:t>ב. ‪6 × 50 = 30‬      נכון / לא נכון</w:t>
      </w:r>
    </w:p>
    <w:p>
      <w:pPr>
        <w:bidi/>
        <w:spacing w:before="0" w:after="60"/>
        <w:jc w:val="both"/>
      </w:pPr>
      <w:r>
        <w:rPr>
          <w:rtl/>
        </w:rPr>
        <w:t>ג. ‪(2 + 4) × 3 = 18‬      נכון / לא נכון</w:t>
      </w:r>
    </w:p>
    <w:p>
      <w:pPr>
        <w:bidi/>
        <w:spacing w:before="0" w:after="60"/>
        <w:jc w:val="both"/>
      </w:pPr>
      <w:r>
        <w:rPr>
          <w:rtl/>
        </w:rPr>
        <w:t>ד. השארית יכולה להיות גדולה מהמחלק.      נכון / לא נכון</w:t>
      </w:r>
    </w:p>
    <w:p>
      <w:pPr>
        <w:bidi/>
        <w:spacing w:before="160" w:after="60"/>
        <w:jc w:val="both"/>
      </w:pPr>
      <w:r>
        <w:rPr>
          <w:b/>
          <w:bCs/>
          <w:sz w:val="26"/>
          <w:szCs w:val="26"/>
          <w:rtl/>
        </w:rPr>
        <w:t>4. השלימו.</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תרגיל</w:t>
            </w:r>
          </w:p>
        </w:tc>
        <w:tc>
          <w:tcPr>
            <w:tcW w:type="dxa" w:w="3326"/>
            <w:shd w:val="clear" w:color="auto" w:fill="0f766e"/>
          </w:tcPr>
          <w:p>
            <w:pPr>
              <w:bidi/>
              <w:spacing w:before="0" w:after="40"/>
              <w:jc w:val="both"/>
            </w:pPr>
            <w:r>
              <w:rPr>
                <w:b/>
                <w:bCs/>
                <w:color w:val="FFFFFF"/>
                <w:rtl/>
              </w:rPr>
              <w:t>תוצאה</w:t>
            </w:r>
          </w:p>
        </w:tc>
        <w:tc>
          <w:tcPr>
            <w:tcW w:type="dxa" w:w="3326"/>
            <w:shd w:val="clear" w:color="auto" w:fill="0f766e"/>
          </w:tcPr>
          <w:p>
            <w:pPr>
              <w:bidi/>
              <w:spacing w:before="0" w:after="40"/>
              <w:jc w:val="both"/>
            </w:pPr>
            <w:r>
              <w:rPr>
                <w:b/>
                <w:bCs/>
                <w:color w:val="FFFFFF"/>
                <w:rtl/>
              </w:rPr>
              <w:t>תרגיל הפוך / בדיקה</w:t>
            </w:r>
          </w:p>
        </w:tc>
      </w:tr>
      <w:tr>
        <w:tc>
          <w:tcPr>
            <w:tcW w:type="dxa" w:w="3326"/>
          </w:tcPr>
          <w:p>
            <w:pPr>
              <w:bidi/>
              <w:spacing w:before="0" w:after="40"/>
              <w:jc w:val="both"/>
            </w:pPr>
            <w:r>
              <w:rPr>
                <w:rtl/>
              </w:rPr>
              <w:t>‪7 × 9‬</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‪48 : 6‬</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‪3 × 125‬</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‪44 : 5‬</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5. פתרו במאונך: ‪67 × 4‬   |   ‪208 × 3‬</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6. בכיתה 27 תלמידים. המורה מסדרת אותם בקבוצות של 4. כמה קבוצות מלאות יהיו? מה יעשו עם התלמידים שנשארו? הסבירו.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7. איתי קנה 4 מחברות ב-7 ש"ח כל אחת וסרגל ב-5 ש"ח. הוא שילם ב-50 ש"ח. כמה עודף קיבל? כתבו את השלבים.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480" w:after="80"/>
        <w:jc w:val="center"/>
      </w:pPr>
      <w:r>
        <w:rPr>
          <w:rFonts w:ascii="Arial Black" w:hAnsi="Arial Black" w:cs="Arial Black"/>
          <w:b/>
          <w:bCs/>
          <w:color w:val="0F766E"/>
          <w:sz w:val="60"/>
          <w:szCs w:val="60"/>
          <w:rtl/>
        </w:rPr>
        <w:t>כל הכבוד!</w:t>
      </w:r>
    </w:p>
    <w:p>
      <w:pPr>
        <w:bidi/>
        <w:spacing w:before="0" w:after="80"/>
        <w:jc w:val="center"/>
      </w:pPr>
      <w:r>
        <w:rPr>
          <w:sz w:val="32"/>
          <w:szCs w:val="32"/>
          <w:rtl/>
        </w:rPr>
        <w:t>סיימתי את חוברת העבודה במתמטיקה לכיתה ג'.</w:t>
      </w:r>
    </w:p>
    <w:p>
      <w:pPr>
        <w:bidi/>
        <w:spacing w:before="0" w:after="80"/>
        <w:jc w:val="both"/>
      </w:pPr>
      <w:r>
        <w:br w:type="page"/>
      </w:r>
    </w:p>
    <w:tbl>
      <w:tblPr>
        <w:tblW w:type="auto" w:w="0"/>
        <w:tblLook w:firstColumn="1" w:firstRow="1" w:lastColumn="0" w:lastRow="0" w:noHBand="0" w:noVBand="1" w:val="04A0"/>
        <w:bidiVisual/>
        <w:tblLayout w:type="fixed"/>
      </w:tblPr>
      <w:tblGrid>
        <w:gridCol w:w="9978"/>
      </w:tblGrid>
      <w:tr>
        <w:tc>
          <w:tcPr>
            <w:tcW w:type="dxa" w:w="9865"/>
            <w:shd w:val="clear" w:color="auto" w:fill="555555"/>
            <w:vAlign w:val="center"/>
          </w:tcPr>
          <w:p>
            <w:pPr>
              <w:bidi/>
              <w:spacing w:before="60" w:after="60"/>
              <w:jc w:val="center"/>
            </w:pPr>
            <w:r>
              <w:rPr>
                <w:b/>
                <w:bCs/>
                <w:color w:val="FFFFFF"/>
                <w:sz w:val="34"/>
                <w:szCs w:val="34"/>
                <w:rtl/>
              </w:rPr>
              <w:t>✂ דף גזירה</w:t>
            </w:r>
          </w:p>
        </w:tc>
      </w:tr>
    </w:tbl>
    <w:p>
      <w:pPr>
        <w:bidi/>
        <w:spacing w:before="0" w:after="40"/>
        <w:jc w:val="both"/>
      </w:pPr>
    </w:p>
    <w:p>
      <w:pPr>
        <w:bidi/>
        <w:spacing w:before="200" w:after="40"/>
        <w:jc w:val="both"/>
      </w:pPr>
      <w:r>
        <w:rPr>
          <w:b/>
          <w:bCs/>
          <w:color w:val="0F766E"/>
          <w:sz w:val="27"/>
          <w:szCs w:val="27"/>
          <w:rtl/>
        </w:rPr>
        <w:t>פרק 1: משמעות הכפל: חיבור חוזר, קבוצות שוות ומערכים</w:t>
      </w:r>
    </w:p>
    <w:p>
      <w:pPr>
        <w:bidi/>
        <w:spacing w:before="120" w:after="60"/>
        <w:jc w:val="both"/>
      </w:pPr>
      <w:r>
        <w:rPr>
          <w:b/>
          <w:bCs/>
          <w:sz w:val="25"/>
          <w:szCs w:val="25"/>
          <w:rtl/>
        </w:rPr>
        <w:t>✂ גזרו את הכרטיסים לאורך הקו המקווקו והדביקו בעמוד 10, משימה 21.</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40"/>
                <w:szCs w:val="40"/>
                <w:rtl/>
              </w:rPr>
              <w:t>‪5 × 6‬</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40"/>
                <w:szCs w:val="40"/>
                <w:rtl/>
              </w:rPr>
              <w:t>‪4 × 3‬</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40"/>
                <w:szCs w:val="40"/>
                <w:rtl/>
              </w:rPr>
              <w:t>‪3 × 4‬</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40"/>
                <w:szCs w:val="40"/>
                <w:rtl/>
              </w:rPr>
              <w:t>‪3 × 9‬</w:t>
            </w:r>
          </w:p>
        </w:tc>
      </w:tr>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40"/>
                <w:szCs w:val="40"/>
                <w:rtl/>
              </w:rPr>
              <w:t>‪2 × 7‬</w:t>
            </w:r>
          </w:p>
        </w:tc>
        <w:tc>
          <w:tcPr>
            <w:tcW w:type="dxa" w:w="2466"/>
            <w:vAlign w:val="center"/>
          </w:tcPr>
          <w:p>
            <w:pPr>
              <w:bidi/>
              <w:spacing w:before="0" w:after="0"/>
              <w:jc w:val="center"/>
            </w:pPr>
          </w:p>
        </w:tc>
        <w:tc>
          <w:tcPr>
            <w:tcW w:type="dxa" w:w="2466"/>
            <w:vAlign w:val="center"/>
          </w:tcPr>
          <w:p>
            <w:pPr>
              <w:bidi/>
              <w:spacing w:before="0" w:after="0"/>
              <w:jc w:val="center"/>
            </w:pPr>
          </w:p>
        </w:tc>
        <w:tc>
          <w:tcPr>
            <w:tcW w:type="dxa" w:w="2466"/>
            <w:vAlign w:val="center"/>
          </w:tcPr>
          <w:p>
            <w:pPr>
              <w:bidi/>
              <w:spacing w:before="0" w:after="0"/>
              <w:jc w:val="center"/>
            </w:pPr>
          </w:p>
        </w:tc>
      </w:tr>
    </w:tbl>
    <w:p>
      <w:pPr>
        <w:bidi/>
        <w:spacing w:before="0" w:after="120"/>
        <w:jc w:val="both"/>
      </w:pPr>
    </w:p>
    <w:p>
      <w:pPr>
        <w:bidi/>
        <w:spacing w:before="200" w:after="40"/>
        <w:jc w:val="both"/>
      </w:pPr>
      <w:r>
        <w:rPr>
          <w:b/>
          <w:bCs/>
          <w:color w:val="0F766E"/>
          <w:sz w:val="27"/>
          <w:szCs w:val="27"/>
          <w:rtl/>
        </w:rPr>
        <w:t>פרק 2: לוח הכפל עד ‪10×10‬, חוק החילוף ותכונות 0 ו-1</w:t>
      </w:r>
    </w:p>
    <w:p>
      <w:pPr>
        <w:bidi/>
        <w:spacing w:before="120" w:after="60"/>
        <w:jc w:val="both"/>
      </w:pPr>
      <w:r>
        <w:rPr>
          <w:b/>
          <w:bCs/>
          <w:sz w:val="25"/>
          <w:szCs w:val="25"/>
          <w:rtl/>
        </w:rPr>
        <w:t>✂ גזרו את הכרטיסים לאורך הקו המקווקו והדביקו בעמוד 19, משימה 21.</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40"/>
                <w:szCs w:val="40"/>
                <w:rtl/>
              </w:rPr>
              <w:t>‪3 × 8‬</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40"/>
                <w:szCs w:val="40"/>
                <w:rtl/>
              </w:rPr>
              <w:t>‪2 × 6‬</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40"/>
                <w:szCs w:val="40"/>
                <w:rtl/>
              </w:rPr>
              <w:t>‪4 × 9‬</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40"/>
                <w:szCs w:val="40"/>
                <w:rtl/>
              </w:rPr>
              <w:t>‪6 × 6‬</w:t>
            </w:r>
          </w:p>
        </w:tc>
      </w:tr>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40"/>
                <w:szCs w:val="40"/>
                <w:rtl/>
              </w:rPr>
              <w:t>‪4 × 6‬</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40"/>
                <w:szCs w:val="40"/>
                <w:rtl/>
              </w:rPr>
              <w:t>‪3 × 4‬</w:t>
            </w:r>
          </w:p>
        </w:tc>
        <w:tc>
          <w:tcPr>
            <w:tcW w:type="dxa" w:w="2466"/>
            <w:vAlign w:val="center"/>
          </w:tcPr>
          <w:p>
            <w:pPr>
              <w:bidi/>
              <w:spacing w:before="0" w:after="0"/>
              <w:jc w:val="center"/>
            </w:pPr>
          </w:p>
        </w:tc>
        <w:tc>
          <w:tcPr>
            <w:tcW w:type="dxa" w:w="2466"/>
            <w:vAlign w:val="center"/>
          </w:tcPr>
          <w:p>
            <w:pPr>
              <w:bidi/>
              <w:spacing w:before="0" w:after="0"/>
              <w:jc w:val="center"/>
            </w:pPr>
          </w:p>
        </w:tc>
      </w:tr>
    </w:tbl>
    <w:p>
      <w:pPr>
        <w:bidi/>
        <w:spacing w:before="0" w:after="120"/>
        <w:jc w:val="both"/>
      </w:pPr>
    </w:p>
    <w:p>
      <w:pPr>
        <w:bidi/>
        <w:spacing w:before="200" w:after="40"/>
        <w:jc w:val="both"/>
      </w:pPr>
      <w:r>
        <w:rPr>
          <w:b/>
          <w:bCs/>
          <w:color w:val="0F766E"/>
          <w:sz w:val="27"/>
          <w:szCs w:val="27"/>
          <w:rtl/>
        </w:rPr>
        <w:t>פרק 3: החילוק: חלוקה שווה והקשר בין כפל לחילוק</w:t>
      </w:r>
    </w:p>
    <w:p>
      <w:pPr>
        <w:bidi/>
        <w:spacing w:before="120" w:after="60"/>
        <w:jc w:val="both"/>
      </w:pPr>
      <w:r>
        <w:rPr>
          <w:b/>
          <w:bCs/>
          <w:sz w:val="25"/>
          <w:szCs w:val="25"/>
          <w:rtl/>
        </w:rPr>
        <w:t>✂ גזרו את הכרטיסים לאורך הקו המקווקו והדביקו בעמוד 27, משימה 21.</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40"/>
                <w:szCs w:val="40"/>
                <w:rtl/>
              </w:rPr>
              <w:t>9</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40"/>
                <w:szCs w:val="40"/>
                <w:rtl/>
              </w:rPr>
              <w:t>8</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40"/>
                <w:szCs w:val="40"/>
                <w:rtl/>
              </w:rPr>
              <w:t>4</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40"/>
                <w:szCs w:val="40"/>
                <w:rtl/>
              </w:rPr>
              <w:t>7</w:t>
            </w:r>
          </w:p>
        </w:tc>
      </w:tr>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40"/>
                <w:szCs w:val="40"/>
                <w:rtl/>
              </w:rPr>
              <w:t>6</w:t>
            </w:r>
          </w:p>
        </w:tc>
        <w:tc>
          <w:tcPr>
            <w:tcW w:type="dxa" w:w="2466"/>
            <w:vAlign w:val="center"/>
          </w:tcPr>
          <w:p>
            <w:pPr>
              <w:bidi/>
              <w:spacing w:before="0" w:after="0"/>
              <w:jc w:val="center"/>
            </w:pPr>
          </w:p>
        </w:tc>
        <w:tc>
          <w:tcPr>
            <w:tcW w:type="dxa" w:w="2466"/>
            <w:vAlign w:val="center"/>
          </w:tcPr>
          <w:p>
            <w:pPr>
              <w:bidi/>
              <w:spacing w:before="0" w:after="0"/>
              <w:jc w:val="center"/>
            </w:pPr>
          </w:p>
        </w:tc>
        <w:tc>
          <w:tcPr>
            <w:tcW w:type="dxa" w:w="2466"/>
            <w:vAlign w:val="center"/>
          </w:tcPr>
          <w:p>
            <w:pPr>
              <w:bidi/>
              <w:spacing w:before="0" w:after="0"/>
              <w:jc w:val="center"/>
            </w:pPr>
          </w:p>
        </w:tc>
      </w:tr>
    </w:tbl>
    <w:p>
      <w:pPr>
        <w:bidi/>
        <w:spacing w:before="0" w:after="120"/>
        <w:jc w:val="both"/>
      </w:pPr>
    </w:p>
    <w:p>
      <w:pPr>
        <w:bidi/>
        <w:spacing w:before="200" w:after="40"/>
        <w:jc w:val="both"/>
      </w:pPr>
      <w:r>
        <w:rPr>
          <w:b/>
          <w:bCs/>
          <w:color w:val="0F766E"/>
          <w:sz w:val="27"/>
          <w:szCs w:val="27"/>
          <w:rtl/>
        </w:rPr>
        <w:t>פרק 4: כפל בעשרות שלמות ובמאות שלמות</w:t>
      </w:r>
    </w:p>
    <w:p>
      <w:pPr>
        <w:bidi/>
        <w:spacing w:before="120" w:after="60"/>
        <w:jc w:val="both"/>
      </w:pPr>
      <w:r>
        <w:rPr>
          <w:b/>
          <w:bCs/>
          <w:sz w:val="25"/>
          <w:szCs w:val="25"/>
          <w:rtl/>
        </w:rPr>
        <w:t>✂ גזרו את הכרטיסים לאורך הקו המקווקו והדביקו בעמוד 35, משימה 22.</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‪8 × 30‬</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‪6 × 20‬</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‪2 × 100‬</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‪4 × 30‬</w:t>
            </w:r>
          </w:p>
        </w:tc>
      </w:tr>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‪5 × 40‬</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‪3 × 80‬</w:t>
            </w:r>
          </w:p>
        </w:tc>
        <w:tc>
          <w:tcPr>
            <w:tcW w:type="dxa" w:w="2466"/>
            <w:vAlign w:val="center"/>
          </w:tcPr>
          <w:p>
            <w:pPr>
              <w:bidi/>
              <w:spacing w:before="0" w:after="0"/>
              <w:jc w:val="center"/>
            </w:pPr>
          </w:p>
        </w:tc>
        <w:tc>
          <w:tcPr>
            <w:tcW w:type="dxa" w:w="2466"/>
            <w:vAlign w:val="center"/>
          </w:tcPr>
          <w:p>
            <w:pPr>
              <w:bidi/>
              <w:spacing w:before="0" w:after="0"/>
              <w:jc w:val="center"/>
            </w:pPr>
          </w:p>
        </w:tc>
      </w:tr>
    </w:tbl>
    <w:p>
      <w:pPr>
        <w:bidi/>
        <w:spacing w:before="0" w:after="120"/>
        <w:jc w:val="both"/>
      </w:pPr>
    </w:p>
    <w:p>
      <w:pPr>
        <w:bidi/>
        <w:spacing w:before="200" w:after="40"/>
        <w:jc w:val="both"/>
      </w:pPr>
      <w:r>
        <w:rPr>
          <w:b/>
          <w:bCs/>
          <w:color w:val="0F766E"/>
          <w:sz w:val="27"/>
          <w:szCs w:val="27"/>
          <w:rtl/>
        </w:rPr>
        <w:t>פרק 5: כפל במאונך בגורם חד-ספרתי</w:t>
      </w:r>
    </w:p>
    <w:p>
      <w:pPr>
        <w:bidi/>
        <w:spacing w:before="120" w:after="60"/>
        <w:jc w:val="both"/>
      </w:pPr>
      <w:r>
        <w:rPr>
          <w:b/>
          <w:bCs/>
          <w:sz w:val="25"/>
          <w:szCs w:val="25"/>
          <w:rtl/>
        </w:rPr>
        <w:t>✂ גזרו את הכרטיסים לאורך הקו המקווקו והדביקו בעמוד 43, משימה 21.</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40"/>
                <w:szCs w:val="40"/>
                <w:rtl/>
              </w:rPr>
              <w:t>69</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40"/>
                <w:szCs w:val="40"/>
                <w:rtl/>
              </w:rPr>
              <w:t>128</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40"/>
                <w:szCs w:val="40"/>
                <w:rtl/>
              </w:rPr>
              <w:t>54</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40"/>
                <w:szCs w:val="40"/>
                <w:rtl/>
              </w:rPr>
              <w:t>70</w:t>
            </w:r>
          </w:p>
        </w:tc>
      </w:tr>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40"/>
                <w:szCs w:val="40"/>
                <w:rtl/>
              </w:rPr>
              <w:t>270</w:t>
            </w:r>
          </w:p>
        </w:tc>
        <w:tc>
          <w:tcPr>
            <w:tcW w:type="dxa" w:w="2466"/>
            <w:vAlign w:val="center"/>
          </w:tcPr>
          <w:p>
            <w:pPr>
              <w:bidi/>
              <w:spacing w:before="0" w:after="0"/>
              <w:jc w:val="center"/>
            </w:pPr>
          </w:p>
        </w:tc>
        <w:tc>
          <w:tcPr>
            <w:tcW w:type="dxa" w:w="2466"/>
            <w:vAlign w:val="center"/>
          </w:tcPr>
          <w:p>
            <w:pPr>
              <w:bidi/>
              <w:spacing w:before="0" w:after="0"/>
              <w:jc w:val="center"/>
            </w:pPr>
          </w:p>
        </w:tc>
        <w:tc>
          <w:tcPr>
            <w:tcW w:type="dxa" w:w="2466"/>
            <w:vAlign w:val="center"/>
          </w:tcPr>
          <w:p>
            <w:pPr>
              <w:bidi/>
              <w:spacing w:before="0" w:after="0"/>
              <w:jc w:val="center"/>
            </w:pPr>
          </w:p>
        </w:tc>
      </w:tr>
    </w:tbl>
    <w:p>
      <w:pPr>
        <w:bidi/>
        <w:spacing w:before="0" w:after="120"/>
        <w:jc w:val="both"/>
      </w:pPr>
    </w:p>
    <w:p>
      <w:pPr>
        <w:bidi/>
        <w:spacing w:before="200" w:after="40"/>
        <w:jc w:val="both"/>
      </w:pPr>
      <w:r>
        <w:rPr>
          <w:b/>
          <w:bCs/>
          <w:color w:val="0F766E"/>
          <w:sz w:val="27"/>
          <w:szCs w:val="27"/>
          <w:rtl/>
        </w:rPr>
        <w:t>פרק 6: חילוק בתחום המאה עם שארית וסימני התחלקות ב-2, 5 ו-10</w:t>
      </w:r>
    </w:p>
    <w:p>
      <w:pPr>
        <w:bidi/>
        <w:spacing w:before="120" w:after="60"/>
        <w:jc w:val="both"/>
      </w:pPr>
      <w:r>
        <w:rPr>
          <w:b/>
          <w:bCs/>
          <w:sz w:val="25"/>
          <w:szCs w:val="25"/>
          <w:rtl/>
        </w:rPr>
        <w:t>✂ גזרו את הכרטיסים לאורך הקו המקווקו והדביקו בעמוד 52, משימה 21.</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‪20 : 4‬</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‪42 : 7‬</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‪29 : 3‬</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‪36 : 6‬</w:t>
            </w:r>
          </w:p>
        </w:tc>
      </w:tr>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‪23 : 4‬</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24"/>
                <w:szCs w:val="24"/>
                <w:rtl/>
              </w:rPr>
              <w:t>‪17 : 5‬</w:t>
            </w:r>
          </w:p>
        </w:tc>
        <w:tc>
          <w:tcPr>
            <w:tcW w:type="dxa" w:w="2466"/>
            <w:vAlign w:val="center"/>
          </w:tcPr>
          <w:p>
            <w:pPr>
              <w:bidi/>
              <w:spacing w:before="0" w:after="0"/>
              <w:jc w:val="center"/>
            </w:pPr>
          </w:p>
        </w:tc>
        <w:tc>
          <w:tcPr>
            <w:tcW w:type="dxa" w:w="2466"/>
            <w:vAlign w:val="center"/>
          </w:tcPr>
          <w:p>
            <w:pPr>
              <w:bidi/>
              <w:spacing w:before="0" w:after="0"/>
              <w:jc w:val="center"/>
            </w:pPr>
          </w:p>
        </w:tc>
      </w:tr>
    </w:tbl>
    <w:p>
      <w:pPr>
        <w:bidi/>
        <w:spacing w:before="0" w:after="120"/>
        <w:jc w:val="both"/>
      </w:pPr>
    </w:p>
    <w:p>
      <w:pPr>
        <w:bidi/>
        <w:spacing w:before="200" w:after="40"/>
        <w:jc w:val="both"/>
      </w:pPr>
      <w:r>
        <w:rPr>
          <w:b/>
          <w:bCs/>
          <w:color w:val="0F766E"/>
          <w:sz w:val="27"/>
          <w:szCs w:val="27"/>
          <w:rtl/>
        </w:rPr>
        <w:t>פרק 7: סדר פעולות, סוגריים ובעיות כפל וחילוק דו-שלביות</w:t>
      </w:r>
    </w:p>
    <w:p>
      <w:pPr>
        <w:bidi/>
        <w:spacing w:before="120" w:after="60"/>
        <w:jc w:val="both"/>
      </w:pPr>
      <w:r>
        <w:rPr>
          <w:b/>
          <w:bCs/>
          <w:sz w:val="25"/>
          <w:szCs w:val="25"/>
          <w:rtl/>
        </w:rPr>
        <w:t>✂ גזרו את הכרטיסים לאורך הקו המקווקו והדביקו בעמוד 60, משימה 21.</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40"/>
                <w:szCs w:val="40"/>
                <w:rtl/>
              </w:rPr>
              <w:t>10</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40"/>
                <w:szCs w:val="40"/>
                <w:rtl/>
              </w:rPr>
              <w:t>17</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40"/>
                <w:szCs w:val="40"/>
                <w:rtl/>
              </w:rPr>
              <w:t>7</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40"/>
                <w:szCs w:val="40"/>
                <w:rtl/>
              </w:rPr>
              <w:t>20</w:t>
            </w:r>
          </w:p>
        </w:tc>
      </w:tr>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jc w:val="center"/>
            </w:pPr>
            <w:r>
              <w:rPr>
                <w:b/>
                <w:bCs/>
                <w:sz w:val="40"/>
                <w:szCs w:val="40"/>
                <w:rtl/>
              </w:rPr>
              <w:t>14</w:t>
            </w:r>
          </w:p>
        </w:tc>
        <w:tc>
          <w:tcPr>
            <w:tcW w:type="dxa" w:w="2466"/>
            <w:vAlign w:val="center"/>
          </w:tcPr>
          <w:p>
            <w:pPr>
              <w:bidi/>
              <w:spacing w:before="0" w:after="0"/>
              <w:jc w:val="center"/>
            </w:pPr>
          </w:p>
        </w:tc>
        <w:tc>
          <w:tcPr>
            <w:tcW w:type="dxa" w:w="2466"/>
            <w:vAlign w:val="center"/>
          </w:tcPr>
          <w:p>
            <w:pPr>
              <w:bidi/>
              <w:spacing w:before="0" w:after="0"/>
              <w:jc w:val="center"/>
            </w:pPr>
          </w:p>
        </w:tc>
        <w:tc>
          <w:tcPr>
            <w:tcW w:type="dxa" w:w="2466"/>
            <w:vAlign w:val="center"/>
          </w:tcPr>
          <w:p>
            <w:pPr>
              <w:bidi/>
              <w:spacing w:before="0" w:after="0"/>
              <w:jc w:val="center"/>
            </w:pPr>
          </w:p>
        </w:tc>
      </w:tr>
    </w:tbl>
    <w:p>
      <w:pPr>
        <w:bidi/>
        <w:spacing w:before="0" w:after="120"/>
        <w:jc w:val="both"/>
      </w:pPr>
    </w:p>
    <w:p>
      <w:pPr>
        <w:bidi/>
        <w:spacing w:before="0" w:after="80"/>
        <w:jc w:val="both"/>
      </w:pPr>
      <w:r>
        <w:br w:type="page"/>
      </w:r>
    </w:p>
    <w:p>
      <w:pPr>
        <w:bidi/>
        <w:spacing w:before="0" w:after="120"/>
        <w:jc w:val="both"/>
      </w:pPr>
      <w:r>
        <w:rPr>
          <w:rFonts w:ascii="Arial Black" w:hAnsi="Arial Black" w:cs="Arial Black"/>
          <w:b/>
          <w:bCs/>
          <w:color w:val="0F7A4F"/>
          <w:sz w:val="44"/>
          <w:szCs w:val="44"/>
          <w:rtl/>
        </w:rPr>
        <w:t>תשובות לחוברת</w:t>
      </w:r>
    </w:p>
    <w:p>
      <w:pPr>
        <w:bidi/>
        <w:spacing w:before="160" w:after="80"/>
        <w:jc w:val="both"/>
      </w:pPr>
      <w:r>
        <w:rPr>
          <w:rFonts w:ascii="Arial Black" w:hAnsi="Arial Black" w:cs="Arial Black"/>
          <w:b/>
          <w:bCs/>
          <w:color w:val="0F766E"/>
          <w:sz w:val="30"/>
          <w:szCs w:val="30"/>
          <w:rtl/>
        </w:rPr>
        <w:t>פרק 1: משמעות הכפל: חיבור חוזר, קבוצות שוות ומערכים</w:t>
      </w:r>
    </w:p>
    <w:p>
      <w:pPr>
        <w:bidi/>
        <w:spacing w:before="160" w:after="60"/>
        <w:jc w:val="both"/>
      </w:pPr>
      <w:r>
        <w:rPr>
          <w:b/>
          <w:bCs/>
          <w:sz w:val="26"/>
          <w:szCs w:val="26"/>
          <w:rtl/>
        </w:rPr>
        <w:t>1. [קל] השלימו את תרגיל הכפל.</w:t>
      </w:r>
    </w:p>
    <w:p>
      <w:pPr>
        <w:bidi/>
        <w:spacing w:before="0" w:after="40"/>
        <w:jc w:val="both"/>
      </w:pPr>
      <w:r>
        <w:rPr>
          <w:rtl/>
        </w:rPr>
        <w:t>א. ‪6 + 6 + 6 + 6 + 6 = 5 × 6‬</w:t>
      </w:r>
    </w:p>
    <w:p>
      <w:pPr>
        <w:bidi/>
        <w:spacing w:before="0" w:after="40"/>
        <w:jc w:val="both"/>
      </w:pPr>
      <w:r>
        <w:rPr>
          <w:rtl/>
        </w:rPr>
        <w:t>ב. ‪9 + 9 + 9 = 3 × 9‬</w:t>
      </w:r>
    </w:p>
    <w:p>
      <w:pPr>
        <w:bidi/>
        <w:spacing w:before="0" w:after="40"/>
        <w:jc w:val="both"/>
      </w:pPr>
      <w:r>
        <w:rPr>
          <w:rtl/>
        </w:rPr>
        <w:t>ג. ‪2 + 2 + 2 + 2 + 2 + 2 + 2 = 7 × 2‬</w:t>
      </w:r>
    </w:p>
    <w:p>
      <w:pPr>
        <w:bidi/>
        <w:spacing w:before="0" w:after="40"/>
        <w:jc w:val="both"/>
      </w:pPr>
      <w:r>
        <w:rPr>
          <w:rtl/>
        </w:rPr>
        <w:t>ד. ‪10 + 10 + 10 = 3 × 10‬</w:t>
      </w:r>
    </w:p>
    <w:p>
      <w:pPr>
        <w:bidi/>
        <w:spacing w:before="160" w:after="60"/>
        <w:jc w:val="both"/>
      </w:pPr>
      <w:r>
        <w:rPr>
          <w:b/>
          <w:bCs/>
          <w:sz w:val="26"/>
          <w:szCs w:val="26"/>
          <w:rtl/>
        </w:rPr>
        <w:t>2. [קל] חשבו בעזרת חיבור חוזר.</w:t>
      </w:r>
    </w:p>
    <w:p>
      <w:pPr>
        <w:bidi/>
        <w:spacing w:before="0" w:after="40"/>
        <w:jc w:val="both"/>
      </w:pPr>
      <w:r>
        <w:rPr>
          <w:rtl/>
        </w:rPr>
        <w:t>א. ‪2 × 7 = 14‬</w:t>
      </w:r>
    </w:p>
    <w:p>
      <w:pPr>
        <w:bidi/>
        <w:spacing w:before="0" w:after="40"/>
        <w:jc w:val="both"/>
      </w:pPr>
      <w:r>
        <w:rPr>
          <w:rtl/>
        </w:rPr>
        <w:t>ב. ‪3 × 8 = 24‬</w:t>
      </w:r>
    </w:p>
    <w:p>
      <w:pPr>
        <w:bidi/>
        <w:spacing w:before="0" w:after="40"/>
        <w:jc w:val="both"/>
      </w:pPr>
      <w:r>
        <w:rPr>
          <w:rtl/>
        </w:rPr>
        <w:t>ג. ‪4 × 5 = 20‬</w:t>
      </w:r>
    </w:p>
    <w:p>
      <w:pPr>
        <w:bidi/>
        <w:spacing w:before="0" w:after="40"/>
        <w:jc w:val="both"/>
      </w:pPr>
      <w:r>
        <w:rPr>
          <w:rtl/>
        </w:rPr>
        <w:t>ד. ‪5 × 3 = 15‬</w:t>
      </w:r>
    </w:p>
    <w:p>
      <w:pPr>
        <w:bidi/>
        <w:spacing w:before="0" w:after="40"/>
        <w:jc w:val="both"/>
      </w:pPr>
      <w:r>
        <w:rPr>
          <w:rtl/>
        </w:rPr>
        <w:t>ה. ‪3 × 9 = 27‬</w:t>
      </w:r>
    </w:p>
    <w:p>
      <w:pPr>
        <w:bidi/>
        <w:spacing w:before="0" w:after="40"/>
        <w:jc w:val="both"/>
      </w:pPr>
      <w:r>
        <w:rPr>
          <w:rtl/>
        </w:rPr>
        <w:t>ו. ‪6 × 2 = 12‬</w:t>
      </w:r>
    </w:p>
    <w:p>
      <w:pPr>
        <w:bidi/>
        <w:spacing w:before="160" w:after="60"/>
        <w:jc w:val="both"/>
      </w:pPr>
      <w:r>
        <w:rPr>
          <w:b/>
          <w:bCs/>
          <w:sz w:val="26"/>
          <w:szCs w:val="26"/>
          <w:rtl/>
        </w:rPr>
        <w:t>3. [קל] השלימו את טבלת המערכים.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jc w:val="both"/>
            </w:pPr>
            <w:r>
              <w:rPr>
                <w:b/>
                <w:bCs/>
                <w:color w:val="FFFFFF"/>
                <w:rtl/>
              </w:rPr>
              <w:t>שורות</w:t>
            </w:r>
          </w:p>
        </w:tc>
        <w:tc>
          <w:tcPr>
            <w:tcW w:type="dxa" w:w="2494"/>
            <w:shd w:val="clear" w:color="auto" w:fill="0f766e"/>
          </w:tcPr>
          <w:p>
            <w:pPr>
              <w:bidi/>
              <w:spacing w:before="0" w:after="40"/>
              <w:jc w:val="both"/>
            </w:pPr>
            <w:r>
              <w:rPr>
                <w:b/>
                <w:bCs/>
                <w:color w:val="FFFFFF"/>
                <w:rtl/>
              </w:rPr>
              <w:t>בכל שורה</w:t>
            </w:r>
          </w:p>
        </w:tc>
        <w:tc>
          <w:tcPr>
            <w:tcW w:type="dxa" w:w="2494"/>
            <w:shd w:val="clear" w:color="auto" w:fill="0f766e"/>
          </w:tcPr>
          <w:p>
            <w:pPr>
              <w:bidi/>
              <w:spacing w:before="0" w:after="40"/>
              <w:jc w:val="both"/>
            </w:pPr>
            <w:r>
              <w:rPr>
                <w:b/>
                <w:bCs/>
                <w:color w:val="FFFFFF"/>
                <w:rtl/>
              </w:rPr>
              <w:t>תרגיל</w:t>
            </w:r>
          </w:p>
        </w:tc>
        <w:tc>
          <w:tcPr>
            <w:tcW w:type="dxa" w:w="2494"/>
            <w:shd w:val="clear" w:color="auto" w:fill="0f766e"/>
          </w:tcPr>
          <w:p>
            <w:pPr>
              <w:bidi/>
              <w:spacing w:before="0" w:after="40"/>
              <w:jc w:val="both"/>
            </w:pPr>
            <w:r>
              <w:rPr>
                <w:b/>
                <w:bCs/>
                <w:color w:val="FFFFFF"/>
                <w:rtl/>
              </w:rPr>
              <w:t>מספר המשבצות</w:t>
            </w:r>
          </w:p>
        </w:tc>
      </w:tr>
      <w:tr>
        <w:tc>
          <w:tcPr>
            <w:tcW w:type="dxa" w:w="2494"/>
          </w:tcPr>
          <w:p>
            <w:pPr>
              <w:bidi/>
              <w:spacing w:before="0" w:after="40"/>
              <w:jc w:val="both"/>
            </w:pPr>
            <w:r>
              <w:rPr>
                <w:rtl/>
              </w:rPr>
              <w:t>2</w:t>
            </w:r>
          </w:p>
        </w:tc>
        <w:tc>
          <w:tcPr>
            <w:tcW w:type="dxa" w:w="2494"/>
          </w:tcPr>
          <w:p>
            <w:pPr>
              <w:bidi/>
              <w:spacing w:before="0" w:after="40"/>
              <w:jc w:val="both"/>
            </w:pPr>
            <w:r>
              <w:rPr>
                <w:rtl/>
              </w:rPr>
              <w:t>7</w:t>
            </w:r>
          </w:p>
        </w:tc>
        <w:tc>
          <w:tcPr>
            <w:tcW w:type="dxa" w:w="2494"/>
          </w:tcPr>
          <w:p>
            <w:pPr>
              <w:bidi/>
              <w:spacing w:before="0" w:after="40"/>
              <w:jc w:val="both"/>
            </w:pPr>
            <w:r>
              <w:rPr>
                <w:color w:val="0F7A4F"/>
                <w:rtl/>
              </w:rPr>
              <w:t>‪2 × 7‬</w:t>
            </w:r>
          </w:p>
        </w:tc>
        <w:tc>
          <w:tcPr>
            <w:tcW w:type="dxa" w:w="2494"/>
          </w:tcPr>
          <w:p>
            <w:pPr>
              <w:bidi/>
              <w:spacing w:before="0" w:after="40"/>
              <w:jc w:val="both"/>
            </w:pPr>
            <w:r>
              <w:rPr>
                <w:color w:val="0F7A4F"/>
                <w:rtl/>
              </w:rPr>
              <w:t>14</w:t>
            </w:r>
          </w:p>
        </w:tc>
      </w:tr>
      <w:tr>
        <w:tc>
          <w:tcPr>
            <w:tcW w:type="dxa" w:w="2494"/>
          </w:tcPr>
          <w:p>
            <w:pPr>
              <w:bidi/>
              <w:spacing w:before="0" w:after="40"/>
              <w:jc w:val="both"/>
            </w:pPr>
            <w:r>
              <w:rPr>
                <w:rtl/>
              </w:rPr>
              <w:t>4</w:t>
            </w:r>
          </w:p>
        </w:tc>
        <w:tc>
          <w:tcPr>
            <w:tcW w:type="dxa" w:w="2494"/>
          </w:tcPr>
          <w:p>
            <w:pPr>
              <w:bidi/>
              <w:spacing w:before="0" w:after="40"/>
              <w:jc w:val="both"/>
            </w:pPr>
            <w:r>
              <w:rPr>
                <w:rtl/>
              </w:rPr>
              <w:t>4</w:t>
            </w:r>
          </w:p>
        </w:tc>
        <w:tc>
          <w:tcPr>
            <w:tcW w:type="dxa" w:w="2494"/>
          </w:tcPr>
          <w:p>
            <w:pPr>
              <w:bidi/>
              <w:spacing w:before="0" w:after="40"/>
              <w:jc w:val="both"/>
            </w:pPr>
            <w:r>
              <w:rPr>
                <w:color w:val="0F7A4F"/>
                <w:rtl/>
              </w:rPr>
              <w:t>‪4 × 4‬</w:t>
            </w:r>
          </w:p>
        </w:tc>
        <w:tc>
          <w:tcPr>
            <w:tcW w:type="dxa" w:w="2494"/>
          </w:tcPr>
          <w:p>
            <w:pPr>
              <w:bidi/>
              <w:spacing w:before="0" w:after="40"/>
              <w:jc w:val="both"/>
            </w:pPr>
            <w:r>
              <w:rPr>
                <w:color w:val="0F7A4F"/>
                <w:rtl/>
              </w:rPr>
              <w:t>16</w:t>
            </w:r>
          </w:p>
        </w:tc>
      </w:tr>
      <w:tr>
        <w:tc>
          <w:tcPr>
            <w:tcW w:type="dxa" w:w="2494"/>
          </w:tcPr>
          <w:p>
            <w:pPr>
              <w:bidi/>
              <w:spacing w:before="0" w:after="40"/>
              <w:jc w:val="both"/>
            </w:pPr>
            <w:r>
              <w:rPr>
                <w:rtl/>
              </w:rPr>
              <w:t>3</w:t>
            </w:r>
          </w:p>
        </w:tc>
        <w:tc>
          <w:tcPr>
            <w:tcW w:type="dxa" w:w="2494"/>
          </w:tcPr>
          <w:p>
            <w:pPr>
              <w:bidi/>
              <w:spacing w:before="0" w:after="40"/>
              <w:jc w:val="both"/>
            </w:pPr>
            <w:r>
              <w:rPr>
                <w:rtl/>
              </w:rPr>
              <w:t>6</w:t>
            </w:r>
          </w:p>
        </w:tc>
        <w:tc>
          <w:tcPr>
            <w:tcW w:type="dxa" w:w="2494"/>
          </w:tcPr>
          <w:p>
            <w:pPr>
              <w:bidi/>
              <w:spacing w:before="0" w:after="40"/>
              <w:jc w:val="both"/>
            </w:pPr>
            <w:r>
              <w:rPr>
                <w:color w:val="0F7A4F"/>
                <w:rtl/>
              </w:rPr>
              <w:t>‪3 × 6‬</w:t>
            </w:r>
          </w:p>
        </w:tc>
        <w:tc>
          <w:tcPr>
            <w:tcW w:type="dxa" w:w="2494"/>
          </w:tcPr>
          <w:p>
            <w:pPr>
              <w:bidi/>
              <w:spacing w:before="0" w:after="40"/>
              <w:jc w:val="both"/>
            </w:pPr>
            <w:r>
              <w:rPr>
                <w:color w:val="0F7A4F"/>
                <w:rtl/>
              </w:rPr>
              <w:t>18</w:t>
            </w:r>
          </w:p>
        </w:tc>
      </w:tr>
      <w:tr>
        <w:tc>
          <w:tcPr>
            <w:tcW w:type="dxa" w:w="2494"/>
          </w:tcPr>
          <w:p>
            <w:pPr>
              <w:bidi/>
              <w:spacing w:before="0" w:after="40"/>
              <w:jc w:val="both"/>
            </w:pPr>
            <w:r>
              <w:rPr>
                <w:rtl/>
              </w:rPr>
              <w:t>5</w:t>
            </w:r>
          </w:p>
        </w:tc>
        <w:tc>
          <w:tcPr>
            <w:tcW w:type="dxa" w:w="2494"/>
          </w:tcPr>
          <w:p>
            <w:pPr>
              <w:bidi/>
              <w:spacing w:before="0" w:after="40"/>
              <w:jc w:val="both"/>
            </w:pPr>
            <w:r>
              <w:rPr>
                <w:rtl/>
              </w:rPr>
              <w:t>5</w:t>
            </w:r>
          </w:p>
        </w:tc>
        <w:tc>
          <w:tcPr>
            <w:tcW w:type="dxa" w:w="2494"/>
          </w:tcPr>
          <w:p>
            <w:pPr>
              <w:bidi/>
              <w:spacing w:before="0" w:after="40"/>
              <w:jc w:val="both"/>
            </w:pPr>
            <w:r>
              <w:rPr>
                <w:color w:val="0F7A4F"/>
                <w:rtl/>
              </w:rPr>
              <w:t>‪5 × 5‬</w:t>
            </w:r>
          </w:p>
        </w:tc>
        <w:tc>
          <w:tcPr>
            <w:tcW w:type="dxa" w:w="2494"/>
          </w:tcPr>
          <w:p>
            <w:pPr>
              <w:bidi/>
              <w:spacing w:before="0" w:after="40"/>
              <w:jc w:val="both"/>
            </w:pPr>
            <w:r>
              <w:rPr>
                <w:color w:val="0F7A4F"/>
                <w:rtl/>
              </w:rPr>
              <w:t>25</w:t>
            </w:r>
          </w:p>
        </w:tc>
      </w:tr>
      <w:tr>
        <w:tc>
          <w:tcPr>
            <w:tcW w:type="dxa" w:w="2494"/>
          </w:tcPr>
          <w:p>
            <w:pPr>
              <w:bidi/>
              <w:spacing w:before="0" w:after="40"/>
              <w:jc w:val="both"/>
            </w:pPr>
            <w:r>
              <w:rPr>
                <w:rtl/>
              </w:rPr>
              <w:t>7</w:t>
            </w:r>
          </w:p>
        </w:tc>
        <w:tc>
          <w:tcPr>
            <w:tcW w:type="dxa" w:w="2494"/>
          </w:tcPr>
          <w:p>
            <w:pPr>
              <w:bidi/>
              <w:spacing w:before="0" w:after="40"/>
              <w:jc w:val="both"/>
            </w:pPr>
            <w:r>
              <w:rPr>
                <w:rtl/>
              </w:rPr>
              <w:t>2</w:t>
            </w:r>
          </w:p>
        </w:tc>
        <w:tc>
          <w:tcPr>
            <w:tcW w:type="dxa" w:w="2494"/>
          </w:tcPr>
          <w:p>
            <w:pPr>
              <w:bidi/>
              <w:spacing w:before="0" w:after="40"/>
              <w:jc w:val="both"/>
            </w:pPr>
            <w:r>
              <w:rPr>
                <w:color w:val="0F7A4F"/>
                <w:rtl/>
              </w:rPr>
              <w:t>‪7 × 2‬</w:t>
            </w:r>
          </w:p>
        </w:tc>
        <w:tc>
          <w:tcPr>
            <w:tcW w:type="dxa" w:w="2494"/>
          </w:tcPr>
          <w:p>
            <w:pPr>
              <w:bidi/>
              <w:spacing w:before="0" w:after="40"/>
              <w:jc w:val="both"/>
            </w:pPr>
            <w:r>
              <w:rPr>
                <w:color w:val="0F7A4F"/>
                <w:rtl/>
              </w:rPr>
              <w:t>14</w:t>
            </w:r>
          </w:p>
        </w:tc>
      </w:tr>
    </w:tbl>
    <w:p>
      <w:pPr>
        <w:bidi/>
        <w:spacing w:before="0" w:after="40"/>
        <w:jc w:val="both"/>
      </w:pPr>
    </w:p>
    <w:p>
      <w:pPr>
        <w:bidi/>
        <w:spacing w:before="160" w:after="60"/>
        <w:jc w:val="both"/>
      </w:pPr>
      <w:r>
        <w:rPr>
          <w:b/>
          <w:bCs/>
          <w:sz w:val="26"/>
          <w:szCs w:val="26"/>
          <w:rtl/>
        </w:rPr>
        <w:t>4. [קל] התאימו לכל סיפור את התרגיל.</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3 שקיות, בכל שקית 5 תפוחים</w:t>
            </w:r>
          </w:p>
        </w:tc>
        <w:tc>
          <w:tcPr>
            <w:tcW w:type="dxa" w:w="4989"/>
          </w:tcPr>
          <w:p>
            <w:pPr>
              <w:bidi/>
              <w:spacing w:before="0" w:after="40"/>
              <w:jc w:val="both"/>
            </w:pPr>
            <w:r>
              <w:rPr>
                <w:rtl/>
              </w:rPr>
              <w:t>[2] ‪5 × 3‬</w:t>
            </w:r>
          </w:p>
        </w:tc>
      </w:tr>
      <w:tr>
        <w:tc>
          <w:tcPr>
            <w:tcW w:type="dxa" w:w="4989"/>
          </w:tcPr>
          <w:p>
            <w:pPr>
              <w:bidi/>
              <w:spacing w:before="0" w:after="40"/>
              <w:jc w:val="both"/>
            </w:pPr>
            <w:r>
              <w:rPr>
                <w:rtl/>
              </w:rPr>
              <w:t>2. 5 שקיות, בכל שקית 3 תפוחים</w:t>
            </w:r>
          </w:p>
        </w:tc>
        <w:tc>
          <w:tcPr>
            <w:tcW w:type="dxa" w:w="4989"/>
          </w:tcPr>
          <w:p>
            <w:pPr>
              <w:bidi/>
              <w:spacing w:before="0" w:after="40"/>
              <w:jc w:val="both"/>
            </w:pPr>
            <w:r>
              <w:rPr>
                <w:rtl/>
              </w:rPr>
              <w:t>[1] ‪3 × 5‬</w:t>
            </w:r>
          </w:p>
        </w:tc>
      </w:tr>
      <w:tr>
        <w:tc>
          <w:tcPr>
            <w:tcW w:type="dxa" w:w="4989"/>
          </w:tcPr>
          <w:p>
            <w:pPr>
              <w:bidi/>
              <w:spacing w:before="0" w:after="40"/>
              <w:jc w:val="both"/>
            </w:pPr>
            <w:r>
              <w:rPr>
                <w:rtl/>
              </w:rPr>
              <w:t>3. 2 אופניים, לכל אחד 2 גלגלים</w:t>
            </w:r>
          </w:p>
        </w:tc>
        <w:tc>
          <w:tcPr>
            <w:tcW w:type="dxa" w:w="4989"/>
          </w:tcPr>
          <w:p>
            <w:pPr>
              <w:bidi/>
              <w:spacing w:before="0" w:after="40"/>
              <w:jc w:val="both"/>
            </w:pPr>
            <w:r>
              <w:rPr>
                <w:rtl/>
              </w:rPr>
              <w:t>[3] ‪2 × 2‬</w:t>
            </w:r>
          </w:p>
        </w:tc>
      </w:tr>
      <w:tr>
        <w:tc>
          <w:tcPr>
            <w:tcW w:type="dxa" w:w="4989"/>
          </w:tcPr>
          <w:p>
            <w:pPr>
              <w:bidi/>
              <w:spacing w:before="0" w:after="40"/>
              <w:jc w:val="both"/>
            </w:pPr>
            <w:r>
              <w:rPr>
                <w:rtl/>
              </w:rPr>
              <w:t>4. 6 ילדים, לכל ילד 2 ידיים</w:t>
            </w:r>
          </w:p>
        </w:tc>
        <w:tc>
          <w:tcPr>
            <w:tcW w:type="dxa" w:w="4989"/>
          </w:tcPr>
          <w:p>
            <w:pPr>
              <w:bidi/>
              <w:spacing w:before="0" w:after="40"/>
              <w:jc w:val="both"/>
            </w:pPr>
            <w:r>
              <w:rPr>
                <w:rtl/>
              </w:rPr>
              <w:t>[4] ‪6 × 2‬</w:t>
            </w:r>
          </w:p>
        </w:tc>
      </w:tr>
      <w:tr>
        <w:tc>
          <w:tcPr>
            <w:tcW w:type="dxa" w:w="4989"/>
          </w:tcPr>
          <w:p>
            <w:pPr>
              <w:bidi/>
              <w:spacing w:before="0" w:after="40"/>
              <w:jc w:val="both"/>
            </w:pPr>
            <w:r>
              <w:rPr>
                <w:rtl/>
              </w:rPr>
              <w:t>5. 4 שולחנות, ליד כל שולחן 4 כסאות</w:t>
            </w:r>
          </w:p>
        </w:tc>
        <w:tc>
          <w:tcPr>
            <w:tcW w:type="dxa" w:w="4989"/>
          </w:tcPr>
          <w:p>
            <w:pPr>
              <w:bidi/>
              <w:spacing w:before="0" w:after="40"/>
              <w:jc w:val="both"/>
            </w:pPr>
            <w:r>
              <w:rPr>
                <w:rtl/>
              </w:rPr>
              <w:t>[5] ‪4 × 4‬</w:t>
            </w:r>
          </w:p>
        </w:tc>
      </w:tr>
    </w:tbl>
    <w:p>
      <w:pPr>
        <w:bidi/>
        <w:spacing w:before="0" w:after="40"/>
        <w:jc w:val="both"/>
      </w:pPr>
    </w:p>
    <w:p>
      <w:pPr>
        <w:bidi/>
        <w:spacing w:before="160" w:after="60"/>
        <w:jc w:val="both"/>
      </w:pPr>
      <w:r>
        <w:rPr>
          <w:b/>
          <w:bCs/>
          <w:sz w:val="26"/>
          <w:szCs w:val="26"/>
          <w:rtl/>
        </w:rPr>
        <w:t>5. [בינוני] נכון או לא נכון?</w:t>
      </w:r>
    </w:p>
    <w:p>
      <w:pPr>
        <w:bidi/>
        <w:spacing w:before="0" w:after="40"/>
        <w:jc w:val="both"/>
      </w:pPr>
      <w:r>
        <w:rPr>
          <w:rtl/>
        </w:rPr>
        <w:t>א. ‪5 + 5 + 5 + 5 = 4 × 5‬ – נכון</w:t>
      </w:r>
    </w:p>
    <w:p>
      <w:pPr>
        <w:bidi/>
        <w:spacing w:before="0" w:after="40"/>
        <w:jc w:val="both"/>
      </w:pPr>
      <w:r>
        <w:rPr>
          <w:rtl/>
        </w:rPr>
        <w:t>ב. אפשר לכתוב ‪3 + 4 + 5‬ כתרגיל כפל אחד. – לא נכון – אפשר לכתוב תרגיל כפל רק כשמחברים את אותו מספר</w:t>
      </w:r>
    </w:p>
    <w:p>
      <w:pPr>
        <w:bidi/>
        <w:spacing w:before="0" w:after="40"/>
        <w:jc w:val="both"/>
      </w:pPr>
      <w:r>
        <w:rPr>
          <w:rtl/>
        </w:rPr>
        <w:t>ג. במערך של 6 שורות ו-2 עמודות יש 12 משבצות. – נכון</w:t>
      </w:r>
    </w:p>
    <w:p>
      <w:pPr>
        <w:bidi/>
        <w:spacing w:before="0" w:after="40"/>
        <w:jc w:val="both"/>
      </w:pPr>
      <w:r>
        <w:rPr>
          <w:rtl/>
        </w:rPr>
        <w:t>ד. ‪8 × 1 = 9‬ – לא נכון – ‪8 × 1 = 8‬</w:t>
      </w:r>
    </w:p>
    <w:p>
      <w:pPr>
        <w:bidi/>
        <w:spacing w:before="160" w:after="60"/>
        <w:jc w:val="both"/>
      </w:pPr>
      <w:r>
        <w:rPr>
          <w:b/>
          <w:bCs/>
          <w:sz w:val="26"/>
          <w:szCs w:val="26"/>
          <w:rtl/>
        </w:rPr>
        <w:t>6. [קל] השלימו את הסדרות (קפיצות שוות).</w:t>
      </w:r>
    </w:p>
    <w:p>
      <w:pPr>
        <w:bidi/>
        <w:spacing w:before="0" w:after="40"/>
        <w:jc w:val="both"/>
      </w:pPr>
      <w:r>
        <w:rPr>
          <w:rtl/>
        </w:rPr>
        <w:t>א. 0, 4, 8, 12, 16, 20</w:t>
      </w:r>
    </w:p>
    <w:p>
      <w:pPr>
        <w:bidi/>
        <w:spacing w:before="0" w:after="40"/>
        <w:jc w:val="both"/>
      </w:pPr>
      <w:r>
        <w:rPr>
          <w:rtl/>
        </w:rPr>
        <w:t>ב. 0, 6, 12, 18, 24</w:t>
      </w:r>
    </w:p>
    <w:p>
      <w:pPr>
        <w:bidi/>
        <w:spacing w:before="0" w:after="40"/>
        <w:jc w:val="both"/>
      </w:pPr>
      <w:r>
        <w:rPr>
          <w:rtl/>
        </w:rPr>
        <w:t>ג. 0, 10, 20, 30, 40</w:t>
      </w:r>
    </w:p>
    <w:p>
      <w:pPr>
        <w:bidi/>
        <w:spacing w:before="0" w:after="40"/>
        <w:jc w:val="both"/>
      </w:pPr>
      <w:r>
        <w:rPr>
          <w:rtl/>
        </w:rPr>
        <w:t>ד. 0, 7, 14, 21, 28</w:t>
      </w:r>
    </w:p>
    <w:p>
      <w:pPr>
        <w:bidi/>
        <w:spacing w:before="160" w:after="60"/>
        <w:jc w:val="both"/>
      </w:pPr>
      <w:r>
        <w:rPr>
          <w:b/>
          <w:bCs/>
          <w:sz w:val="26"/>
          <w:szCs w:val="26"/>
          <w:rtl/>
        </w:rPr>
        <w:t>7. [בינוני] מה התוצאה?</w:t>
      </w:r>
    </w:p>
    <w:p>
      <w:pPr>
        <w:bidi/>
        <w:spacing w:before="0" w:after="20"/>
        <w:jc w:val="both"/>
      </w:pPr>
      <w:r>
        <w:rPr>
          <w:rtl/>
        </w:rPr>
        <w:t>א. 4 קפיצות של 5 על ישר המספרים מגיעות ל:</w:t>
      </w:r>
    </w:p>
    <w:p>
      <w:pPr>
        <w:bidi/>
        <w:spacing w:before="0" w:after="80"/>
        <w:jc w:val="both"/>
      </w:pPr>
      <w:r>
        <w:rPr>
          <w:b/>
          <w:bCs/>
          <w:color w:val="0F7A4F"/>
          <w:rtl/>
        </w:rPr>
        <w:t xml:space="preserve">   ✔ 20</w:t>
      </w:r>
    </w:p>
    <w:p>
      <w:pPr>
        <w:bidi/>
        <w:spacing w:before="0" w:after="20"/>
        <w:jc w:val="both"/>
      </w:pPr>
      <w:r>
        <w:rPr>
          <w:rtl/>
        </w:rPr>
        <w:t>ב. 3 קבוצות של 7:</w:t>
      </w:r>
    </w:p>
    <w:p>
      <w:pPr>
        <w:bidi/>
        <w:spacing w:before="0" w:after="80"/>
        <w:jc w:val="both"/>
      </w:pPr>
      <w:r>
        <w:rPr>
          <w:b/>
          <w:bCs/>
          <w:color w:val="0F7A4F"/>
          <w:rtl/>
        </w:rPr>
        <w:t xml:space="preserve">   ✔ 21</w:t>
      </w:r>
    </w:p>
    <w:p>
      <w:pPr>
        <w:bidi/>
        <w:spacing w:before="0" w:after="20"/>
        <w:jc w:val="both"/>
      </w:pPr>
      <w:r>
        <w:rPr>
          <w:rtl/>
        </w:rPr>
        <w:t>ג. ‪8 + 8 + 8 + 8‬:</w:t>
      </w:r>
    </w:p>
    <w:p>
      <w:pPr>
        <w:bidi/>
        <w:spacing w:before="0" w:after="80"/>
        <w:jc w:val="both"/>
      </w:pPr>
      <w:r>
        <w:rPr>
          <w:b/>
          <w:bCs/>
          <w:color w:val="0F7A4F"/>
          <w:rtl/>
        </w:rPr>
        <w:t xml:space="preserve">   ✔ 32</w:t>
      </w:r>
    </w:p>
    <w:p>
      <w:pPr>
        <w:bidi/>
        <w:spacing w:before="160" w:after="60"/>
        <w:jc w:val="both"/>
      </w:pPr>
      <w:r>
        <w:rPr>
          <w:b/>
          <w:bCs/>
          <w:sz w:val="26"/>
          <w:szCs w:val="26"/>
          <w:rtl/>
        </w:rPr>
        <w:t>8. [בינוני] מיינו: האם אפשר לכתוב את החיבור כתרגיל כפל אחד?</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אפשר</w:t>
            </w:r>
          </w:p>
        </w:tc>
        <w:tc>
          <w:tcPr>
            <w:tcW w:type="dxa" w:w="4989"/>
            <w:shd w:val="clear" w:color="auto" w:fill="0f766e"/>
          </w:tcPr>
          <w:p>
            <w:pPr>
              <w:bidi/>
              <w:spacing w:before="0" w:after="40"/>
              <w:jc w:val="both"/>
            </w:pPr>
            <w:r>
              <w:rPr>
                <w:b/>
                <w:bCs/>
                <w:color w:val="FFFFFF"/>
                <w:rtl/>
              </w:rPr>
              <w:t>אי אפשר</w:t>
            </w:r>
          </w:p>
        </w:tc>
      </w:tr>
      <w:tr>
        <w:tc>
          <w:tcPr>
            <w:tcW w:type="dxa" w:w="4989"/>
          </w:tcPr>
          <w:p>
            <w:pPr>
              <w:bidi/>
              <w:spacing w:before="0" w:after="40"/>
              <w:jc w:val="both"/>
            </w:pPr>
            <w:r>
              <w:rPr>
                <w:rtl/>
              </w:rPr>
              <w:t>‪4 + 4 + 4‬, ‪7 + 7‬, ‪9 + 9 + 9‬, ‪3 + 3 + 3 + 3‬</w:t>
            </w:r>
          </w:p>
        </w:tc>
        <w:tc>
          <w:tcPr>
            <w:tcW w:type="dxa" w:w="4989"/>
          </w:tcPr>
          <w:p>
            <w:pPr>
              <w:bidi/>
              <w:spacing w:before="0" w:after="40"/>
              <w:jc w:val="both"/>
            </w:pPr>
            <w:r>
              <w:rPr>
                <w:rtl/>
              </w:rPr>
              <w:t>‪2 + 3 + 2‬, ‪5 + 6‬, ‪1 + 2 + 3‬</w:t>
            </w:r>
          </w:p>
        </w:tc>
      </w:tr>
    </w:tbl>
    <w:p>
      <w:pPr>
        <w:bidi/>
        <w:spacing w:before="0" w:after="40"/>
        <w:jc w:val="both"/>
      </w:pPr>
    </w:p>
    <w:p>
      <w:pPr>
        <w:bidi/>
        <w:spacing w:before="160" w:after="60"/>
        <w:jc w:val="both"/>
      </w:pPr>
      <w:r>
        <w:rPr>
          <w:b/>
          <w:bCs/>
          <w:sz w:val="26"/>
          <w:szCs w:val="26"/>
          <w:rtl/>
        </w:rPr>
        <w:t>9. [בינוני] שרטטו מערך של 3 שורות ו-8 עמודות. כתבו שני תרגילי כפל שמתאימים לו.</w:t>
      </w:r>
    </w:p>
    <w:p>
      <w:pPr>
        <w:bidi/>
        <w:spacing w:before="0" w:after="80"/>
        <w:jc w:val="both"/>
      </w:pPr>
      <w:r>
        <w:rPr>
          <w:color w:val="0F7A4F"/>
          <w:rtl/>
        </w:rPr>
        <w:t>תשובה אפשרית: ‪3 × 8 = 24‬ וגם ‪8 × 3 = 24‬.</w:t>
      </w:r>
    </w:p>
    <w:p>
      <w:pPr>
        <w:bidi/>
        <w:spacing w:before="160" w:after="60"/>
        <w:jc w:val="both"/>
      </w:pPr>
      <w:r>
        <w:rPr>
          <w:b/>
          <w:bCs/>
          <w:sz w:val="26"/>
          <w:szCs w:val="26"/>
          <w:rtl/>
        </w:rPr>
        <w:t>10. [בינוני] תמר אומרת: «‪2 × 9‬ שווה 11». הסבירו מה הטעות ותקנו.</w:t>
      </w:r>
    </w:p>
    <w:p>
      <w:pPr>
        <w:bidi/>
        <w:spacing w:before="0" w:after="80"/>
        <w:jc w:val="both"/>
      </w:pPr>
      <w:r>
        <w:rPr>
          <w:color w:val="0F7A4F"/>
          <w:rtl/>
        </w:rPr>
        <w:t>תשובה אפשרית: תמר חיברה ‪2 + 9‬. נכון: ‪2 × 9 = 9 + 9 = 18‬.</w:t>
      </w:r>
    </w:p>
    <w:p>
      <w:pPr>
        <w:bidi/>
        <w:spacing w:before="160" w:after="60"/>
        <w:jc w:val="both"/>
      </w:pPr>
      <w:r>
        <w:rPr>
          <w:b/>
          <w:bCs/>
          <w:sz w:val="26"/>
          <w:szCs w:val="26"/>
          <w:rtl/>
        </w:rPr>
        <w:t>11. [בינוני] לפי הסיפור: כמה לחמניות יש על מגש אחד?</w:t>
      </w:r>
    </w:p>
    <w:p>
      <w:pPr>
        <w:bidi/>
        <w:spacing w:before="0" w:after="80"/>
        <w:jc w:val="both"/>
      </w:pPr>
      <w:r>
        <w:rPr>
          <w:color w:val="0F7A4F"/>
          <w:rtl/>
        </w:rPr>
        <w:t>תשובה אפשרית: ‪5 × 4 = 20‬. תשובה: על מגש אחד יש 20 לחמניות.</w:t>
      </w:r>
    </w:p>
    <w:p>
      <w:pPr>
        <w:bidi/>
        <w:spacing w:before="160" w:after="60"/>
        <w:jc w:val="both"/>
      </w:pPr>
      <w:r>
        <w:rPr>
          <w:b/>
          <w:bCs/>
          <w:sz w:val="26"/>
          <w:szCs w:val="26"/>
          <w:rtl/>
        </w:rPr>
        <w:t>12. [בינוני] לפי הסיפור: כמה לחמניות אופה סבא דניאל בבוקר אחד (3 מגשים)?</w:t>
      </w:r>
    </w:p>
    <w:p>
      <w:pPr>
        <w:bidi/>
        <w:spacing w:before="0" w:after="80"/>
        <w:jc w:val="both"/>
      </w:pPr>
      <w:r>
        <w:rPr>
          <w:color w:val="0F7A4F"/>
          <w:rtl/>
        </w:rPr>
        <w:t>תשובה אפשרית: ‪20 + 20 + 20 = 60‬ ‪(3 × 20)‬. תשובה: 60 לחמניות.</w:t>
      </w:r>
    </w:p>
    <w:p>
      <w:pPr>
        <w:bidi/>
        <w:spacing w:before="160" w:after="60"/>
        <w:jc w:val="both"/>
      </w:pPr>
      <w:r>
        <w:rPr>
          <w:b/>
          <w:bCs/>
          <w:sz w:val="26"/>
          <w:szCs w:val="26"/>
          <w:rtl/>
        </w:rPr>
        <w:t>13. [בינוני] לפי הסיפור: כמה עוגיות ארז עומר?</w:t>
      </w:r>
    </w:p>
    <w:p>
      <w:pPr>
        <w:bidi/>
        <w:spacing w:before="0" w:after="80"/>
        <w:jc w:val="both"/>
      </w:pPr>
      <w:r>
        <w:rPr>
          <w:color w:val="0F7A4F"/>
          <w:rtl/>
        </w:rPr>
        <w:t>תשובה אפשרית: ‪7 × 6 = 42‬. תשובה: עומר ארז 42 עוגיות.</w:t>
      </w:r>
    </w:p>
    <w:p>
      <w:pPr>
        <w:bidi/>
        <w:spacing w:before="160" w:after="60"/>
        <w:jc w:val="both"/>
      </w:pPr>
      <w:r>
        <w:rPr>
          <w:b/>
          <w:bCs/>
          <w:sz w:val="26"/>
          <w:szCs w:val="26"/>
          <w:rtl/>
        </w:rPr>
        <w:t>14. [אתגר] אתגר: באולם יש 18 כסאות, מסודרים בשורות שוות, ובכל שורה יותר מ-2 כסאות ופחות מ-9. כמה שורות יכולות להיות? מצאו את כל האפשרויות.</w:t>
      </w:r>
    </w:p>
    <w:p>
      <w:pPr>
        <w:bidi/>
        <w:spacing w:before="0" w:after="80"/>
        <w:jc w:val="both"/>
      </w:pPr>
      <w:r>
        <w:rPr>
          <w:color w:val="0F7A4F"/>
          <w:rtl/>
        </w:rPr>
        <w:t>תשובה אפשרית: 3 שורות של 6, או 6 שורות של 3. ‪(2 × 9‬ ו-‪9 × 2‬ לא מתאימים, כי בשורה צריכים להיות 3 עד 8 כסאות.)</w:t>
      </w:r>
    </w:p>
    <w:p>
      <w:pPr>
        <w:bidi/>
        <w:spacing w:before="240" w:after="40"/>
        <w:jc w:val="both"/>
      </w:pPr>
      <w:r>
        <w:rPr>
          <w:rFonts w:ascii="Arial Black" w:hAnsi="Arial Black" w:cs="Arial Black"/>
          <w:b/>
          <w:bCs/>
          <w:color w:val="0F766E"/>
          <w:sz w:val="34"/>
          <w:szCs w:val="34"/>
          <w:rtl/>
        </w:rPr>
        <w:t>📖 בעיות מילוליות</w:t>
      </w:r>
    </w:p>
    <w:p>
      <w:pPr>
        <w:bidi/>
        <w:spacing w:before="160" w:after="60"/>
        <w:jc w:val="both"/>
      </w:pPr>
      <w:r>
        <w:rPr>
          <w:b/>
          <w:bCs/>
          <w:sz w:val="26"/>
          <w:szCs w:val="26"/>
          <w:rtl/>
        </w:rPr>
        <w:t>15. [קל] בחנות הירקות יש 6 שקיות, ובכל שקית 5 תפוחים. כמה תפוחים יש בכל השקיות?</w:t>
      </w:r>
    </w:p>
    <w:p>
      <w:pPr>
        <w:bidi/>
        <w:spacing w:before="0" w:after="40"/>
        <w:jc w:val="both"/>
      </w:pPr>
      <w:r>
        <w:rPr>
          <w:color w:val="0F7A4F"/>
          <w:rtl/>
        </w:rPr>
        <w:t>דרך פתרון: ‪5 + 5 + 5 + 5 + 5 + 5 = 30‬ ; ‪6 × 5 = 30‬</w:t>
      </w:r>
    </w:p>
    <w:p>
      <w:pPr>
        <w:bidi/>
        <w:spacing w:before="0" w:after="80"/>
        <w:jc w:val="both"/>
      </w:pPr>
      <w:r>
        <w:rPr>
          <w:b/>
          <w:bCs/>
          <w:color w:val="0F7A4F"/>
          <w:rtl/>
        </w:rPr>
        <w:t>תשובה: בכל השקיות יש 30 תפוחים.</w:t>
      </w:r>
    </w:p>
    <w:p>
      <w:pPr>
        <w:bidi/>
        <w:spacing w:before="160" w:after="60"/>
        <w:jc w:val="both"/>
      </w:pPr>
      <w:r>
        <w:rPr>
          <w:b/>
          <w:bCs/>
          <w:sz w:val="26"/>
          <w:szCs w:val="26"/>
          <w:rtl/>
        </w:rPr>
        <w:t>16. [קל] לכל זוג אופניים יש 2 גלגלים. בחצר בית הספר עומדים 9 זוגות אופניים. כמה גלגלים יש להם בסך הכול?</w:t>
      </w:r>
    </w:p>
    <w:p>
      <w:pPr>
        <w:bidi/>
        <w:spacing w:before="0" w:after="40"/>
        <w:jc w:val="both"/>
      </w:pPr>
      <w:r>
        <w:rPr>
          <w:color w:val="0F7A4F"/>
          <w:rtl/>
        </w:rPr>
        <w:t>דרך פתרון: ‪9 × 2 = 18‬</w:t>
      </w:r>
    </w:p>
    <w:p>
      <w:pPr>
        <w:bidi/>
        <w:spacing w:before="0" w:after="80"/>
        <w:jc w:val="both"/>
      </w:pPr>
      <w:r>
        <w:rPr>
          <w:b/>
          <w:bCs/>
          <w:color w:val="0F7A4F"/>
          <w:rtl/>
        </w:rPr>
        <w:t>תשובה: יש להם 18 גלגלים.</w:t>
      </w:r>
    </w:p>
    <w:p>
      <w:pPr>
        <w:bidi/>
        <w:spacing w:before="160" w:after="60"/>
        <w:jc w:val="both"/>
      </w:pPr>
      <w:r>
        <w:rPr>
          <w:b/>
          <w:bCs/>
          <w:sz w:val="26"/>
          <w:szCs w:val="26"/>
          <w:rtl/>
        </w:rPr>
        <w:t>17. [בינוני] בחדר האוכל יש 5 שולחנות, ועל כל שולחן 7 צלחות. כמה צלחות יש על כל השולחנות?</w:t>
      </w:r>
    </w:p>
    <w:p>
      <w:pPr>
        <w:bidi/>
        <w:spacing w:before="0" w:after="40"/>
        <w:jc w:val="both"/>
      </w:pPr>
      <w:r>
        <w:rPr>
          <w:color w:val="0F7A4F"/>
          <w:rtl/>
        </w:rPr>
        <w:t>דרך פתרון: ‪7 + 7 + 7 + 7 + 7 = 35‬ ; ‪5 × 7 = 35‬</w:t>
      </w:r>
    </w:p>
    <w:p>
      <w:pPr>
        <w:bidi/>
        <w:spacing w:before="0" w:after="80"/>
        <w:jc w:val="both"/>
      </w:pPr>
      <w:r>
        <w:rPr>
          <w:b/>
          <w:bCs/>
          <w:color w:val="0F7A4F"/>
          <w:rtl/>
        </w:rPr>
        <w:t>תשובה: על השולחנות יש 35 צלחות.</w:t>
      </w:r>
    </w:p>
    <w:p>
      <w:pPr>
        <w:bidi/>
        <w:spacing w:before="160" w:after="60"/>
        <w:jc w:val="both"/>
      </w:pPr>
      <w:r>
        <w:rPr>
          <w:b/>
          <w:bCs/>
          <w:sz w:val="26"/>
          <w:szCs w:val="26"/>
          <w:rtl/>
        </w:rPr>
        <w:t>18. [בינוני] למיכל יש 8 גולות. לעידו יש פי 3 גולות ממיכל. כמה גולות יש לעידו?</w:t>
      </w:r>
    </w:p>
    <w:p>
      <w:pPr>
        <w:bidi/>
        <w:spacing w:before="0" w:after="40"/>
        <w:jc w:val="both"/>
      </w:pPr>
      <w:r>
        <w:rPr>
          <w:color w:val="0F7A4F"/>
          <w:rtl/>
        </w:rPr>
        <w:t>דרך פתרון: פי 3 פירושו 3 פעמים ‪8: 8 + 8 + 8 = 24‬ ; ‪3 × 8 = 24‬</w:t>
      </w:r>
    </w:p>
    <w:p>
      <w:pPr>
        <w:bidi/>
        <w:spacing w:before="0" w:after="80"/>
        <w:jc w:val="both"/>
      </w:pPr>
      <w:r>
        <w:rPr>
          <w:b/>
          <w:bCs/>
          <w:color w:val="0F7A4F"/>
          <w:rtl/>
        </w:rPr>
        <w:t>תשובה: לעידו יש 24 גולות.</w:t>
      </w:r>
    </w:p>
    <w:p>
      <w:pPr>
        <w:bidi/>
        <w:spacing w:before="160" w:after="60"/>
        <w:jc w:val="both"/>
      </w:pPr>
      <w:r>
        <w:rPr>
          <w:b/>
          <w:bCs/>
          <w:sz w:val="26"/>
          <w:szCs w:val="26"/>
          <w:rtl/>
        </w:rPr>
        <w:t>19. [אתגר] בשיעור ספורט עמדו התלמידים ב-4 טורים, ובכל טור 6 תלמידים. אחר כך הצטרפו עוד 3 תלמידים. כמה תלמידים יש עכשיו בשיעור?</w:t>
      </w:r>
    </w:p>
    <w:p>
      <w:pPr>
        <w:bidi/>
        <w:spacing w:before="0" w:after="40"/>
        <w:jc w:val="both"/>
      </w:pPr>
      <w:r>
        <w:rPr>
          <w:color w:val="0F7A4F"/>
          <w:rtl/>
        </w:rPr>
        <w:t>דרך פתרון: ‪4 × 6 = 24‬ ; ‪24 + 3 = 27‬</w:t>
      </w:r>
    </w:p>
    <w:p>
      <w:pPr>
        <w:bidi/>
        <w:spacing w:before="0" w:after="80"/>
        <w:jc w:val="both"/>
      </w:pPr>
      <w:r>
        <w:rPr>
          <w:b/>
          <w:bCs/>
          <w:color w:val="0F7A4F"/>
          <w:rtl/>
        </w:rPr>
        <w:t>תשובה: בשיעור יש עכשיו 27 תלמידים.</w:t>
      </w:r>
    </w:p>
    <w:p>
      <w:pPr>
        <w:bidi/>
        <w:spacing w:before="160" w:after="60"/>
        <w:jc w:val="both"/>
      </w:pPr>
      <w:r>
        <w:rPr>
          <w:b/>
          <w:bCs/>
          <w:sz w:val="26"/>
          <w:szCs w:val="26"/>
          <w:rtl/>
        </w:rPr>
        <w:t>20. [אתגר] לאורי יש 3 קופסאות ובכל אחת 8 עפרונות. למשה יש 2 קופסאות ובכל אחת 10 עפרונות. למי יש יותר עפרונות, ובכמה?</w:t>
      </w:r>
    </w:p>
    <w:p>
      <w:pPr>
        <w:bidi/>
        <w:spacing w:before="0" w:after="40"/>
        <w:jc w:val="both"/>
      </w:pPr>
      <w:r>
        <w:rPr>
          <w:color w:val="0F7A4F"/>
          <w:rtl/>
        </w:rPr>
        <w:t>דרך פתרון: לאורי: ‪3 × 8 = 24‬ ; למשה: ‪2 × 10 = 20‬ ; ‪24 − 20 = 4‬</w:t>
      </w:r>
    </w:p>
    <w:p>
      <w:pPr>
        <w:bidi/>
        <w:spacing w:before="0" w:after="80"/>
        <w:jc w:val="both"/>
      </w:pPr>
      <w:r>
        <w:rPr>
          <w:b/>
          <w:bCs/>
          <w:color w:val="0F7A4F"/>
          <w:rtl/>
        </w:rPr>
        <w:t>תשובה: לאורי יש 24 עפרונות ולמשה 20, כלומר לאורי יש יותר ב-4 עפרונות.</w:t>
      </w:r>
    </w:p>
    <w:p>
      <w:pPr>
        <w:bidi/>
        <w:spacing w:before="160" w:after="60"/>
        <w:jc w:val="both"/>
      </w:pPr>
      <w:r>
        <w:rPr>
          <w:b/>
          <w:bCs/>
          <w:color w:val="0F766E"/>
          <w:sz w:val="26"/>
          <w:szCs w:val="26"/>
          <w:rtl/>
        </w:rPr>
        <w:t>21. גזרו את כרטיסי הכפל, והדביקו ליד כל חיבור חוזר את תרגיל הכפל המתאים.</w:t>
      </w:r>
    </w:p>
    <w:tbl>
      <w:tblPr>
        <w:tblW w:type="auto" w:w="0"/>
        <w:tblLook w:firstColumn="1" w:firstRow="1" w:lastColumn="0" w:lastRow="0" w:noHBand="0" w:noVBand="1" w:val="04A0"/>
        <w:bidiVisual/>
        <w:tblLayout w:type="fixed"/>
      </w:tblPr>
      <w:tblGrid>
        <w:gridCol w:w="3326"/>
        <w:gridCol w:w="3326"/>
        <w:gridCol w:w="3326"/>
      </w:tblGrid>
      <w:tr>
        <w:trPr>
          <w:trHeight w:val="1304" w:hRule="exact"/>
        </w:trPr>
        <w:tc>
          <w:tcPr>
            <w:tcW w:type="dxa" w:w="510"/>
            <w:vAlign w:val="center"/>
          </w:tcPr>
          <w:p>
            <w:pPr>
              <w:bidi/>
              <w:spacing w:before="0" w:after="0"/>
              <w:jc w:val="center"/>
            </w:pPr>
            <w:r>
              <w:rPr>
                <w:b/>
                <w:bCs/>
                <w:sz w:val="25"/>
                <w:szCs w:val="25"/>
                <w:rtl/>
              </w:rPr>
              <w:t>1.</w:t>
            </w:r>
          </w:p>
        </w:tc>
        <w:tc>
          <w:tcPr>
            <w:tcW w:type="dxa" w:w="7257"/>
            <w:vAlign w:val="center"/>
          </w:tcPr>
          <w:p>
            <w:pPr>
              <w:bidi/>
              <w:spacing w:before="0" w:after="0"/>
              <w:jc w:val="both"/>
            </w:pPr>
            <w:r>
              <w:rPr>
                <w:sz w:val="25"/>
                <w:szCs w:val="25"/>
                <w:rtl/>
              </w:rPr>
              <w:t>‪4 + 4 + 4‬</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40"/>
                <w:szCs w:val="40"/>
                <w:rtl/>
              </w:rPr>
              <w:t>‪3 × 4‬</w:t>
            </w:r>
          </w:p>
        </w:tc>
      </w:tr>
      <w:tr>
        <w:trPr>
          <w:trHeight w:val="1304" w:hRule="exact"/>
        </w:trPr>
        <w:tc>
          <w:tcPr>
            <w:tcW w:type="dxa" w:w="510"/>
            <w:vAlign w:val="center"/>
          </w:tcPr>
          <w:p>
            <w:pPr>
              <w:bidi/>
              <w:spacing w:before="0" w:after="0"/>
              <w:jc w:val="center"/>
            </w:pPr>
            <w:r>
              <w:rPr>
                <w:b/>
                <w:bCs/>
                <w:sz w:val="25"/>
                <w:szCs w:val="25"/>
                <w:rtl/>
              </w:rPr>
              <w:t>2.</w:t>
            </w:r>
          </w:p>
        </w:tc>
        <w:tc>
          <w:tcPr>
            <w:tcW w:type="dxa" w:w="7257"/>
            <w:vAlign w:val="center"/>
          </w:tcPr>
          <w:p>
            <w:pPr>
              <w:bidi/>
              <w:spacing w:before="0" w:after="0"/>
              <w:jc w:val="both"/>
            </w:pPr>
            <w:r>
              <w:rPr>
                <w:sz w:val="25"/>
                <w:szCs w:val="25"/>
                <w:rtl/>
              </w:rPr>
              <w:t>‪6 + 6 + 6 + 6 + 6‬</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40"/>
                <w:szCs w:val="40"/>
                <w:rtl/>
              </w:rPr>
              <w:t>‪5 × 6‬</w:t>
            </w:r>
          </w:p>
        </w:tc>
      </w:tr>
      <w:tr>
        <w:trPr>
          <w:trHeight w:val="1304" w:hRule="exact"/>
        </w:trPr>
        <w:tc>
          <w:tcPr>
            <w:tcW w:type="dxa" w:w="510"/>
            <w:vAlign w:val="center"/>
          </w:tcPr>
          <w:p>
            <w:pPr>
              <w:bidi/>
              <w:spacing w:before="0" w:after="0"/>
              <w:jc w:val="center"/>
            </w:pPr>
            <w:r>
              <w:rPr>
                <w:b/>
                <w:bCs/>
                <w:sz w:val="25"/>
                <w:szCs w:val="25"/>
                <w:rtl/>
              </w:rPr>
              <w:t>3.</w:t>
            </w:r>
          </w:p>
        </w:tc>
        <w:tc>
          <w:tcPr>
            <w:tcW w:type="dxa" w:w="7257"/>
            <w:vAlign w:val="center"/>
          </w:tcPr>
          <w:p>
            <w:pPr>
              <w:bidi/>
              <w:spacing w:before="0" w:after="0"/>
              <w:jc w:val="both"/>
            </w:pPr>
            <w:r>
              <w:rPr>
                <w:sz w:val="25"/>
                <w:szCs w:val="25"/>
                <w:rtl/>
              </w:rPr>
              <w:t>‪7 + 7‬</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40"/>
                <w:szCs w:val="40"/>
                <w:rtl/>
              </w:rPr>
              <w:t>‪2 × 7‬</w:t>
            </w:r>
          </w:p>
        </w:tc>
      </w:tr>
      <w:tr>
        <w:trPr>
          <w:trHeight w:val="1304" w:hRule="exact"/>
        </w:trPr>
        <w:tc>
          <w:tcPr>
            <w:tcW w:type="dxa" w:w="510"/>
            <w:vAlign w:val="center"/>
          </w:tcPr>
          <w:p>
            <w:pPr>
              <w:bidi/>
              <w:spacing w:before="0" w:after="0"/>
              <w:jc w:val="center"/>
            </w:pPr>
            <w:r>
              <w:rPr>
                <w:b/>
                <w:bCs/>
                <w:sz w:val="25"/>
                <w:szCs w:val="25"/>
                <w:rtl/>
              </w:rPr>
              <w:t>4.</w:t>
            </w:r>
          </w:p>
        </w:tc>
        <w:tc>
          <w:tcPr>
            <w:tcW w:type="dxa" w:w="7257"/>
            <w:vAlign w:val="center"/>
          </w:tcPr>
          <w:p>
            <w:pPr>
              <w:bidi/>
              <w:spacing w:before="0" w:after="0"/>
              <w:jc w:val="both"/>
            </w:pPr>
            <w:r>
              <w:rPr>
                <w:sz w:val="25"/>
                <w:szCs w:val="25"/>
                <w:rtl/>
              </w:rPr>
              <w:t>‪3 + 3 + 3 + 3‬</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40"/>
                <w:szCs w:val="40"/>
                <w:rtl/>
              </w:rPr>
              <w:t>‪4 × 3‬</w:t>
            </w:r>
          </w:p>
        </w:tc>
      </w:tr>
      <w:tr>
        <w:trPr>
          <w:trHeight w:val="1304" w:hRule="exact"/>
        </w:trPr>
        <w:tc>
          <w:tcPr>
            <w:tcW w:type="dxa" w:w="510"/>
            <w:vAlign w:val="center"/>
          </w:tcPr>
          <w:p>
            <w:pPr>
              <w:bidi/>
              <w:spacing w:before="0" w:after="0"/>
              <w:jc w:val="center"/>
            </w:pPr>
            <w:r>
              <w:rPr>
                <w:b/>
                <w:bCs/>
                <w:sz w:val="25"/>
                <w:szCs w:val="25"/>
                <w:rtl/>
              </w:rPr>
              <w:t>5.</w:t>
            </w:r>
          </w:p>
        </w:tc>
        <w:tc>
          <w:tcPr>
            <w:tcW w:type="dxa" w:w="7257"/>
            <w:vAlign w:val="center"/>
          </w:tcPr>
          <w:p>
            <w:pPr>
              <w:bidi/>
              <w:spacing w:before="0" w:after="0"/>
              <w:jc w:val="both"/>
            </w:pPr>
            <w:r>
              <w:rPr>
                <w:sz w:val="25"/>
                <w:szCs w:val="25"/>
                <w:rtl/>
              </w:rPr>
              <w:t>‪9 + 9 + 9‬</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40"/>
                <w:szCs w:val="40"/>
                <w:rtl/>
              </w:rPr>
              <w:t>‪3 × 9‬</w:t>
            </w:r>
          </w:p>
        </w:tc>
      </w:tr>
    </w:tbl>
    <w:p>
      <w:pPr>
        <w:bidi/>
        <w:spacing w:before="0" w:after="40"/>
        <w:jc w:val="both"/>
      </w:pPr>
    </w:p>
    <w:p>
      <w:pPr>
        <w:bidi/>
        <w:spacing w:before="160" w:after="60"/>
        <w:jc w:val="both"/>
      </w:pPr>
      <w:r>
        <w:rPr>
          <w:b/>
          <w:bCs/>
          <w:color w:val="0F766E"/>
          <w:sz w:val="26"/>
          <w:szCs w:val="26"/>
          <w:rtl/>
        </w:rPr>
        <w:t>22. התאימו תמונה לתרגיל: כתבו בריבוע את מספר התמונה.</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1</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2</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3</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4</w:t>
            </w:r>
          </w:p>
        </w:tc>
      </w:tr>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 🍩🍩🍩🍩 🍩🍩🍩🍩</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r>
    </w:tbl>
    <w:p>
      <w:pPr>
        <w:bidi/>
        <w:spacing w:before="0" w:after="40"/>
        <w:jc w:val="both"/>
      </w:pPr>
    </w:p>
    <w:p>
      <w:pPr>
        <w:bidi/>
        <w:spacing w:before="0" w:after="60"/>
        <w:jc w:val="both"/>
      </w:pPr>
      <w:r>
        <w:rPr>
          <w:b/>
          <w:bCs/>
          <w:color w:val="0F7A4F"/>
          <w:sz w:val="25"/>
          <w:szCs w:val="25"/>
          <w:rtl/>
        </w:rPr>
        <w:t>[ 3 ]   5 חיפושיות, לכל אחת 6 רגליים: ‪5 × 6 = 30‬</w:t>
      </w:r>
    </w:p>
    <w:p>
      <w:pPr>
        <w:bidi/>
        <w:spacing w:before="0" w:after="60"/>
        <w:jc w:val="both"/>
      </w:pPr>
      <w:r>
        <w:rPr>
          <w:b/>
          <w:bCs/>
          <w:color w:val="0F7A4F"/>
          <w:sz w:val="25"/>
          <w:szCs w:val="25"/>
          <w:rtl/>
        </w:rPr>
        <w:t>[ 4 ]   2 תלתנים, לכל אחד 4 עלים: ‪2 × 4 = 8‬</w:t>
      </w:r>
    </w:p>
    <w:p>
      <w:pPr>
        <w:bidi/>
        <w:spacing w:before="0" w:after="60"/>
        <w:jc w:val="both"/>
      </w:pPr>
      <w:r>
        <w:rPr>
          <w:b/>
          <w:bCs/>
          <w:color w:val="0F7A4F"/>
          <w:sz w:val="25"/>
          <w:szCs w:val="25"/>
          <w:rtl/>
        </w:rPr>
        <w:t>[ 1 ]   ‪3 × 4 = 12‬</w:t>
      </w:r>
    </w:p>
    <w:p>
      <w:pPr>
        <w:bidi/>
        <w:spacing w:before="0" w:after="60"/>
        <w:jc w:val="both"/>
      </w:pPr>
      <w:r>
        <w:rPr>
          <w:b/>
          <w:bCs/>
          <w:color w:val="0F7A4F"/>
          <w:sz w:val="25"/>
          <w:szCs w:val="25"/>
          <w:rtl/>
        </w:rPr>
        <w:t>[ 2 ]   3 אופניים, לכל אחד 2 גלגלים: ‪3 × 2 = 6‬</w:t>
      </w:r>
    </w:p>
    <w:p>
      <w:pPr>
        <w:bidi/>
        <w:spacing w:before="160" w:after="80"/>
        <w:jc w:val="both"/>
      </w:pPr>
      <w:r>
        <w:rPr>
          <w:rFonts w:ascii="Arial Black" w:hAnsi="Arial Black" w:cs="Arial Black"/>
          <w:b/>
          <w:bCs/>
          <w:color w:val="0F766E"/>
          <w:sz w:val="30"/>
          <w:szCs w:val="30"/>
          <w:rtl/>
        </w:rPr>
        <w:t>פרק 2: לוח הכפל עד ‪10×10‬, חוק החילוף ותכונות 0 ו-1</w:t>
      </w:r>
    </w:p>
    <w:p>
      <w:pPr>
        <w:bidi/>
        <w:spacing w:before="160" w:after="60"/>
        <w:jc w:val="both"/>
      </w:pPr>
      <w:r>
        <w:rPr>
          <w:b/>
          <w:bCs/>
          <w:sz w:val="26"/>
          <w:szCs w:val="26"/>
          <w:rtl/>
        </w:rPr>
        <w:t>1. [קל] חשבו.</w:t>
      </w:r>
    </w:p>
    <w:p>
      <w:pPr>
        <w:bidi/>
        <w:spacing w:before="0" w:after="40"/>
        <w:jc w:val="both"/>
      </w:pPr>
      <w:r>
        <w:rPr>
          <w:rtl/>
        </w:rPr>
        <w:t>א. ‪3 × 7 = 21‬</w:t>
      </w:r>
    </w:p>
    <w:p>
      <w:pPr>
        <w:bidi/>
        <w:spacing w:before="0" w:after="40"/>
        <w:jc w:val="both"/>
      </w:pPr>
      <w:r>
        <w:rPr>
          <w:rtl/>
        </w:rPr>
        <w:t>ב. ‪6 × 8 = 48‬</w:t>
      </w:r>
    </w:p>
    <w:p>
      <w:pPr>
        <w:bidi/>
        <w:spacing w:before="0" w:after="40"/>
        <w:jc w:val="both"/>
      </w:pPr>
      <w:r>
        <w:rPr>
          <w:rtl/>
        </w:rPr>
        <w:t>ג. ‪9 × 9 = 81‬</w:t>
      </w:r>
    </w:p>
    <w:p>
      <w:pPr>
        <w:bidi/>
        <w:spacing w:before="0" w:after="40"/>
        <w:jc w:val="both"/>
      </w:pPr>
      <w:r>
        <w:rPr>
          <w:rtl/>
        </w:rPr>
        <w:t>ד. ‪4 × 7 = 28‬</w:t>
      </w:r>
    </w:p>
    <w:p>
      <w:pPr>
        <w:bidi/>
        <w:spacing w:before="0" w:after="40"/>
        <w:jc w:val="both"/>
      </w:pPr>
      <w:r>
        <w:rPr>
          <w:rtl/>
        </w:rPr>
        <w:t>ה. ‪8 × 8 = 64‬</w:t>
      </w:r>
    </w:p>
    <w:p>
      <w:pPr>
        <w:bidi/>
        <w:spacing w:before="0" w:after="40"/>
        <w:jc w:val="both"/>
      </w:pPr>
      <w:r>
        <w:rPr>
          <w:rtl/>
        </w:rPr>
        <w:t>ו. ‪7 × 9 = 63‬</w:t>
      </w:r>
    </w:p>
    <w:p>
      <w:pPr>
        <w:bidi/>
        <w:spacing w:before="0" w:after="40"/>
        <w:jc w:val="both"/>
      </w:pPr>
      <w:r>
        <w:rPr>
          <w:rtl/>
        </w:rPr>
        <w:t>ז. ‪5 × 6 = 30‬</w:t>
      </w:r>
    </w:p>
    <w:p>
      <w:pPr>
        <w:bidi/>
        <w:spacing w:before="0" w:after="40"/>
        <w:jc w:val="both"/>
      </w:pPr>
      <w:r>
        <w:rPr>
          <w:rtl/>
        </w:rPr>
        <w:t>ח. ‪6 × 9 = 54‬</w:t>
      </w:r>
    </w:p>
    <w:p>
      <w:pPr>
        <w:bidi/>
        <w:spacing w:before="160" w:after="60"/>
        <w:jc w:val="both"/>
      </w:pPr>
      <w:r>
        <w:rPr>
          <w:b/>
          <w:bCs/>
          <w:sz w:val="26"/>
          <w:szCs w:val="26"/>
          <w:rtl/>
        </w:rPr>
        <w:t>2. [קל] השלימו את קטע לוח הכפל.</w:t>
      </w:r>
    </w:p>
    <w:tbl>
      <w:tblPr>
        <w:tblStyle w:val="TableGrid"/>
        <w:tblW w:type="auto" w:w="0"/>
        <w:tblLook w:firstColumn="1" w:firstRow="1" w:lastColumn="0" w:lastRow="0" w:noHBand="0" w:noVBand="1" w:val="04A0"/>
        <w:bidiVisual/>
      </w:tblPr>
      <w:tblGrid>
        <w:gridCol w:w="1996"/>
        <w:gridCol w:w="1996"/>
        <w:gridCol w:w="1996"/>
        <w:gridCol w:w="1996"/>
        <w:gridCol w:w="1996"/>
      </w:tblGrid>
      <w:tr>
        <w:tc>
          <w:tcPr>
            <w:tcW w:type="dxa" w:w="1996"/>
            <w:shd w:val="clear" w:color="auto" w:fill="0f766e"/>
          </w:tcPr>
          <w:p>
            <w:pPr>
              <w:bidi/>
              <w:spacing w:before="0" w:after="40"/>
              <w:jc w:val="both"/>
            </w:pPr>
            <w:r>
              <w:rPr>
                <w:b/>
                <w:bCs/>
                <w:color w:val="FFFFFF"/>
                <w:rtl/>
              </w:rPr>
              <w:t>×</w:t>
            </w:r>
          </w:p>
        </w:tc>
        <w:tc>
          <w:tcPr>
            <w:tcW w:type="dxa" w:w="1996"/>
            <w:shd w:val="clear" w:color="auto" w:fill="0f766e"/>
          </w:tcPr>
          <w:p>
            <w:pPr>
              <w:bidi/>
              <w:spacing w:before="0" w:after="40"/>
              <w:jc w:val="both"/>
            </w:pPr>
            <w:r>
              <w:rPr>
                <w:b/>
                <w:bCs/>
                <w:color w:val="FFFFFF"/>
                <w:rtl/>
              </w:rPr>
              <w:t>3</w:t>
            </w:r>
          </w:p>
        </w:tc>
        <w:tc>
          <w:tcPr>
            <w:tcW w:type="dxa" w:w="1996"/>
            <w:shd w:val="clear" w:color="auto" w:fill="0f766e"/>
          </w:tcPr>
          <w:p>
            <w:pPr>
              <w:bidi/>
              <w:spacing w:before="0" w:after="40"/>
              <w:jc w:val="both"/>
            </w:pPr>
            <w:r>
              <w:rPr>
                <w:b/>
                <w:bCs/>
                <w:color w:val="FFFFFF"/>
                <w:rtl/>
              </w:rPr>
              <w:t>5</w:t>
            </w:r>
          </w:p>
        </w:tc>
        <w:tc>
          <w:tcPr>
            <w:tcW w:type="dxa" w:w="1996"/>
            <w:shd w:val="clear" w:color="auto" w:fill="0f766e"/>
          </w:tcPr>
          <w:p>
            <w:pPr>
              <w:bidi/>
              <w:spacing w:before="0" w:after="40"/>
              <w:jc w:val="both"/>
            </w:pPr>
            <w:r>
              <w:rPr>
                <w:b/>
                <w:bCs/>
                <w:color w:val="FFFFFF"/>
                <w:rtl/>
              </w:rPr>
              <w:t>7</w:t>
            </w:r>
          </w:p>
        </w:tc>
        <w:tc>
          <w:tcPr>
            <w:tcW w:type="dxa" w:w="1996"/>
            <w:shd w:val="clear" w:color="auto" w:fill="0f766e"/>
          </w:tcPr>
          <w:p>
            <w:pPr>
              <w:bidi/>
              <w:spacing w:before="0" w:after="40"/>
              <w:jc w:val="both"/>
            </w:pPr>
            <w:r>
              <w:rPr>
                <w:b/>
                <w:bCs/>
                <w:color w:val="FFFFFF"/>
                <w:rtl/>
              </w:rPr>
              <w:t>10</w:t>
            </w:r>
          </w:p>
        </w:tc>
      </w:tr>
      <w:tr>
        <w:tc>
          <w:tcPr>
            <w:tcW w:type="dxa" w:w="1996"/>
          </w:tcPr>
          <w:p>
            <w:pPr>
              <w:bidi/>
              <w:spacing w:before="0" w:after="40"/>
              <w:jc w:val="both"/>
            </w:pPr>
            <w:r>
              <w:rPr>
                <w:rtl/>
              </w:rPr>
              <w:t>2</w:t>
            </w:r>
          </w:p>
        </w:tc>
        <w:tc>
          <w:tcPr>
            <w:tcW w:type="dxa" w:w="1996"/>
          </w:tcPr>
          <w:p>
            <w:pPr>
              <w:bidi/>
              <w:spacing w:before="0" w:after="40"/>
              <w:jc w:val="both"/>
            </w:pPr>
            <w:r>
              <w:rPr>
                <w:color w:val="0F7A4F"/>
                <w:rtl/>
              </w:rPr>
              <w:t>6</w:t>
            </w:r>
          </w:p>
        </w:tc>
        <w:tc>
          <w:tcPr>
            <w:tcW w:type="dxa" w:w="1996"/>
          </w:tcPr>
          <w:p>
            <w:pPr>
              <w:bidi/>
              <w:spacing w:before="0" w:after="40"/>
              <w:jc w:val="both"/>
            </w:pPr>
            <w:r>
              <w:rPr>
                <w:color w:val="0F7A4F"/>
                <w:rtl/>
              </w:rPr>
              <w:t>10</w:t>
            </w:r>
          </w:p>
        </w:tc>
        <w:tc>
          <w:tcPr>
            <w:tcW w:type="dxa" w:w="1996"/>
          </w:tcPr>
          <w:p>
            <w:pPr>
              <w:bidi/>
              <w:spacing w:before="0" w:after="40"/>
              <w:jc w:val="both"/>
            </w:pPr>
            <w:r>
              <w:rPr>
                <w:color w:val="0F7A4F"/>
                <w:rtl/>
              </w:rPr>
              <w:t>14</w:t>
            </w:r>
          </w:p>
        </w:tc>
        <w:tc>
          <w:tcPr>
            <w:tcW w:type="dxa" w:w="1996"/>
          </w:tcPr>
          <w:p>
            <w:pPr>
              <w:bidi/>
              <w:spacing w:before="0" w:after="40"/>
              <w:jc w:val="both"/>
            </w:pPr>
            <w:r>
              <w:rPr>
                <w:color w:val="0F7A4F"/>
                <w:rtl/>
              </w:rPr>
              <w:t>20</w:t>
            </w:r>
          </w:p>
        </w:tc>
      </w:tr>
      <w:tr>
        <w:tc>
          <w:tcPr>
            <w:tcW w:type="dxa" w:w="1996"/>
          </w:tcPr>
          <w:p>
            <w:pPr>
              <w:bidi/>
              <w:spacing w:before="0" w:after="40"/>
              <w:jc w:val="both"/>
            </w:pPr>
            <w:r>
              <w:rPr>
                <w:rtl/>
              </w:rPr>
              <w:t>5</w:t>
            </w:r>
          </w:p>
        </w:tc>
        <w:tc>
          <w:tcPr>
            <w:tcW w:type="dxa" w:w="1996"/>
          </w:tcPr>
          <w:p>
            <w:pPr>
              <w:bidi/>
              <w:spacing w:before="0" w:after="40"/>
              <w:jc w:val="both"/>
            </w:pPr>
            <w:r>
              <w:rPr>
                <w:color w:val="0F7A4F"/>
                <w:rtl/>
              </w:rPr>
              <w:t>15</w:t>
            </w:r>
          </w:p>
        </w:tc>
        <w:tc>
          <w:tcPr>
            <w:tcW w:type="dxa" w:w="1996"/>
          </w:tcPr>
          <w:p>
            <w:pPr>
              <w:bidi/>
              <w:spacing w:before="0" w:after="40"/>
              <w:jc w:val="both"/>
            </w:pPr>
            <w:r>
              <w:rPr>
                <w:color w:val="0F7A4F"/>
                <w:rtl/>
              </w:rPr>
              <w:t>25</w:t>
            </w:r>
          </w:p>
        </w:tc>
        <w:tc>
          <w:tcPr>
            <w:tcW w:type="dxa" w:w="1996"/>
          </w:tcPr>
          <w:p>
            <w:pPr>
              <w:bidi/>
              <w:spacing w:before="0" w:after="40"/>
              <w:jc w:val="both"/>
            </w:pPr>
            <w:r>
              <w:rPr>
                <w:color w:val="0F7A4F"/>
                <w:rtl/>
              </w:rPr>
              <w:t>35</w:t>
            </w:r>
          </w:p>
        </w:tc>
        <w:tc>
          <w:tcPr>
            <w:tcW w:type="dxa" w:w="1996"/>
          </w:tcPr>
          <w:p>
            <w:pPr>
              <w:bidi/>
              <w:spacing w:before="0" w:after="40"/>
              <w:jc w:val="both"/>
            </w:pPr>
            <w:r>
              <w:rPr>
                <w:color w:val="0F7A4F"/>
                <w:rtl/>
              </w:rPr>
              <w:t>50</w:t>
            </w:r>
          </w:p>
        </w:tc>
      </w:tr>
      <w:tr>
        <w:tc>
          <w:tcPr>
            <w:tcW w:type="dxa" w:w="1996"/>
          </w:tcPr>
          <w:p>
            <w:pPr>
              <w:bidi/>
              <w:spacing w:before="0" w:after="40"/>
              <w:jc w:val="both"/>
            </w:pPr>
            <w:r>
              <w:rPr>
                <w:rtl/>
              </w:rPr>
              <w:t>7</w:t>
            </w:r>
          </w:p>
        </w:tc>
        <w:tc>
          <w:tcPr>
            <w:tcW w:type="dxa" w:w="1996"/>
          </w:tcPr>
          <w:p>
            <w:pPr>
              <w:bidi/>
              <w:spacing w:before="0" w:after="40"/>
              <w:jc w:val="both"/>
            </w:pPr>
            <w:r>
              <w:rPr>
                <w:color w:val="0F7A4F"/>
                <w:rtl/>
              </w:rPr>
              <w:t>21</w:t>
            </w:r>
          </w:p>
        </w:tc>
        <w:tc>
          <w:tcPr>
            <w:tcW w:type="dxa" w:w="1996"/>
          </w:tcPr>
          <w:p>
            <w:pPr>
              <w:bidi/>
              <w:spacing w:before="0" w:after="40"/>
              <w:jc w:val="both"/>
            </w:pPr>
            <w:r>
              <w:rPr>
                <w:color w:val="0F7A4F"/>
                <w:rtl/>
              </w:rPr>
              <w:t>35</w:t>
            </w:r>
          </w:p>
        </w:tc>
        <w:tc>
          <w:tcPr>
            <w:tcW w:type="dxa" w:w="1996"/>
          </w:tcPr>
          <w:p>
            <w:pPr>
              <w:bidi/>
              <w:spacing w:before="0" w:after="40"/>
              <w:jc w:val="both"/>
            </w:pPr>
            <w:r>
              <w:rPr>
                <w:color w:val="0F7A4F"/>
                <w:rtl/>
              </w:rPr>
              <w:t>49</w:t>
            </w:r>
          </w:p>
        </w:tc>
        <w:tc>
          <w:tcPr>
            <w:tcW w:type="dxa" w:w="1996"/>
          </w:tcPr>
          <w:p>
            <w:pPr>
              <w:bidi/>
              <w:spacing w:before="0" w:after="40"/>
              <w:jc w:val="both"/>
            </w:pPr>
            <w:r>
              <w:rPr>
                <w:color w:val="0F7A4F"/>
                <w:rtl/>
              </w:rPr>
              <w:t>70</w:t>
            </w:r>
          </w:p>
        </w:tc>
      </w:tr>
      <w:tr>
        <w:tc>
          <w:tcPr>
            <w:tcW w:type="dxa" w:w="1996"/>
          </w:tcPr>
          <w:p>
            <w:pPr>
              <w:bidi/>
              <w:spacing w:before="0" w:after="40"/>
              <w:jc w:val="both"/>
            </w:pPr>
            <w:r>
              <w:rPr>
                <w:rtl/>
              </w:rPr>
              <w:t>9</w:t>
            </w:r>
          </w:p>
        </w:tc>
        <w:tc>
          <w:tcPr>
            <w:tcW w:type="dxa" w:w="1996"/>
          </w:tcPr>
          <w:p>
            <w:pPr>
              <w:bidi/>
              <w:spacing w:before="0" w:after="40"/>
              <w:jc w:val="both"/>
            </w:pPr>
            <w:r>
              <w:rPr>
                <w:color w:val="0F7A4F"/>
                <w:rtl/>
              </w:rPr>
              <w:t>27</w:t>
            </w:r>
          </w:p>
        </w:tc>
        <w:tc>
          <w:tcPr>
            <w:tcW w:type="dxa" w:w="1996"/>
          </w:tcPr>
          <w:p>
            <w:pPr>
              <w:bidi/>
              <w:spacing w:before="0" w:after="40"/>
              <w:jc w:val="both"/>
            </w:pPr>
            <w:r>
              <w:rPr>
                <w:color w:val="0F7A4F"/>
                <w:rtl/>
              </w:rPr>
              <w:t>45</w:t>
            </w:r>
          </w:p>
        </w:tc>
        <w:tc>
          <w:tcPr>
            <w:tcW w:type="dxa" w:w="1996"/>
          </w:tcPr>
          <w:p>
            <w:pPr>
              <w:bidi/>
              <w:spacing w:before="0" w:after="40"/>
              <w:jc w:val="both"/>
            </w:pPr>
            <w:r>
              <w:rPr>
                <w:color w:val="0F7A4F"/>
                <w:rtl/>
              </w:rPr>
              <w:t>63</w:t>
            </w:r>
          </w:p>
        </w:tc>
        <w:tc>
          <w:tcPr>
            <w:tcW w:type="dxa" w:w="1996"/>
          </w:tcPr>
          <w:p>
            <w:pPr>
              <w:bidi/>
              <w:spacing w:before="0" w:after="40"/>
              <w:jc w:val="both"/>
            </w:pPr>
            <w:r>
              <w:rPr>
                <w:color w:val="0F7A4F"/>
                <w:rtl/>
              </w:rPr>
              <w:t>90</w:t>
            </w:r>
          </w:p>
        </w:tc>
      </w:tr>
    </w:tbl>
    <w:p>
      <w:pPr>
        <w:bidi/>
        <w:spacing w:before="0" w:after="40"/>
        <w:jc w:val="both"/>
      </w:pPr>
    </w:p>
    <w:p>
      <w:pPr>
        <w:bidi/>
        <w:spacing w:before="160" w:after="60"/>
        <w:jc w:val="both"/>
      </w:pPr>
      <w:r>
        <w:rPr>
          <w:b/>
          <w:bCs/>
          <w:sz w:val="26"/>
          <w:szCs w:val="26"/>
          <w:rtl/>
        </w:rPr>
        <w:t>3. [קל] השלימו את המספר החסר.</w:t>
      </w:r>
    </w:p>
    <w:p>
      <w:pPr>
        <w:bidi/>
        <w:spacing w:before="0" w:after="40"/>
        <w:jc w:val="both"/>
      </w:pPr>
      <w:r>
        <w:rPr>
          <w:rtl/>
        </w:rPr>
        <w:t>א. ‪8 × 4 = 32‬</w:t>
      </w:r>
    </w:p>
    <w:p>
      <w:pPr>
        <w:bidi/>
        <w:spacing w:before="0" w:after="40"/>
        <w:jc w:val="both"/>
      </w:pPr>
      <w:r>
        <w:rPr>
          <w:rtl/>
        </w:rPr>
        <w:t>ב. ‪6 × 7 = 42‬</w:t>
      </w:r>
    </w:p>
    <w:p>
      <w:pPr>
        <w:bidi/>
        <w:spacing w:before="0" w:after="40"/>
        <w:jc w:val="both"/>
      </w:pPr>
      <w:r>
        <w:rPr>
          <w:rtl/>
        </w:rPr>
        <w:t>ג. ‪6 × 0 = 0‬</w:t>
      </w:r>
    </w:p>
    <w:p>
      <w:pPr>
        <w:bidi/>
        <w:spacing w:before="0" w:after="40"/>
        <w:jc w:val="both"/>
      </w:pPr>
      <w:r>
        <w:rPr>
          <w:rtl/>
        </w:rPr>
        <w:t>ד. ‪7 × 1 = 7‬</w:t>
      </w:r>
    </w:p>
    <w:p>
      <w:pPr>
        <w:bidi/>
        <w:spacing w:before="0" w:after="40"/>
        <w:jc w:val="both"/>
      </w:pPr>
      <w:r>
        <w:rPr>
          <w:rtl/>
        </w:rPr>
        <w:t>ה. ‪9 × 6 = 54‬</w:t>
      </w:r>
    </w:p>
    <w:p>
      <w:pPr>
        <w:bidi/>
        <w:spacing w:before="0" w:after="40"/>
        <w:jc w:val="both"/>
      </w:pPr>
      <w:r>
        <w:rPr>
          <w:rtl/>
        </w:rPr>
        <w:t>ו. ‪9 × 5 = 45‬</w:t>
      </w:r>
    </w:p>
    <w:p>
      <w:pPr>
        <w:bidi/>
        <w:spacing w:before="160" w:after="60"/>
        <w:jc w:val="both"/>
      </w:pPr>
      <w:r>
        <w:rPr>
          <w:b/>
          <w:bCs/>
          <w:sz w:val="26"/>
          <w:szCs w:val="26"/>
          <w:rtl/>
        </w:rPr>
        <w:t>4. [קל] השתמשו בחוק החילוף והשלימו.</w:t>
      </w:r>
    </w:p>
    <w:p>
      <w:pPr>
        <w:bidi/>
        <w:spacing w:before="0" w:after="40"/>
        <w:jc w:val="both"/>
      </w:pPr>
      <w:r>
        <w:rPr>
          <w:rtl/>
        </w:rPr>
        <w:t>א. ‪6 × 9 = 9 × 6‬</w:t>
      </w:r>
    </w:p>
    <w:p>
      <w:pPr>
        <w:bidi/>
        <w:spacing w:before="0" w:after="40"/>
        <w:jc w:val="both"/>
      </w:pPr>
      <w:r>
        <w:rPr>
          <w:rtl/>
        </w:rPr>
        <w:t>ב. ‪7 × 4 = 4 × 7‬</w:t>
      </w:r>
    </w:p>
    <w:p>
      <w:pPr>
        <w:bidi/>
        <w:spacing w:before="0" w:after="40"/>
        <w:jc w:val="both"/>
      </w:pPr>
      <w:r>
        <w:rPr>
          <w:rtl/>
        </w:rPr>
        <w:t>ג. ‪3 × 8 = 8 × 3‬</w:t>
      </w:r>
    </w:p>
    <w:p>
      <w:pPr>
        <w:bidi/>
        <w:spacing w:before="0" w:after="40"/>
        <w:jc w:val="both"/>
      </w:pPr>
      <w:r>
        <w:rPr>
          <w:rtl/>
        </w:rPr>
        <w:t>ד. ‪10 × 5 = 5 × 10‬</w:t>
      </w:r>
    </w:p>
    <w:p>
      <w:pPr>
        <w:bidi/>
        <w:spacing w:before="160" w:after="60"/>
        <w:jc w:val="both"/>
      </w:pPr>
      <w:r>
        <w:rPr>
          <w:b/>
          <w:bCs/>
          <w:sz w:val="26"/>
          <w:szCs w:val="26"/>
          <w:rtl/>
        </w:rPr>
        <w:t>5. [קל] התאימו לכל תרגיל את המכפלה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‪7 × 8‬</w:t>
            </w:r>
          </w:p>
        </w:tc>
        <w:tc>
          <w:tcPr>
            <w:tcW w:type="dxa" w:w="4989"/>
          </w:tcPr>
          <w:p>
            <w:pPr>
              <w:bidi/>
              <w:spacing w:before="0" w:after="40"/>
              <w:jc w:val="both"/>
            </w:pPr>
            <w:r>
              <w:rPr>
                <w:rtl/>
              </w:rPr>
              <w:t>[3] 54</w:t>
            </w:r>
          </w:p>
        </w:tc>
      </w:tr>
      <w:tr>
        <w:tc>
          <w:tcPr>
            <w:tcW w:type="dxa" w:w="4989"/>
          </w:tcPr>
          <w:p>
            <w:pPr>
              <w:bidi/>
              <w:spacing w:before="0" w:after="40"/>
              <w:jc w:val="both"/>
            </w:pPr>
            <w:r>
              <w:rPr>
                <w:rtl/>
              </w:rPr>
              <w:t>2. ‪6 × 7‬</w:t>
            </w:r>
          </w:p>
        </w:tc>
        <w:tc>
          <w:tcPr>
            <w:tcW w:type="dxa" w:w="4989"/>
          </w:tcPr>
          <w:p>
            <w:pPr>
              <w:bidi/>
              <w:spacing w:before="0" w:after="40"/>
              <w:jc w:val="both"/>
            </w:pPr>
            <w:r>
              <w:rPr>
                <w:rtl/>
              </w:rPr>
              <w:t>[5] 45</w:t>
            </w:r>
          </w:p>
        </w:tc>
      </w:tr>
      <w:tr>
        <w:tc>
          <w:tcPr>
            <w:tcW w:type="dxa" w:w="4989"/>
          </w:tcPr>
          <w:p>
            <w:pPr>
              <w:bidi/>
              <w:spacing w:before="0" w:after="40"/>
              <w:jc w:val="both"/>
            </w:pPr>
            <w:r>
              <w:rPr>
                <w:rtl/>
              </w:rPr>
              <w:t>3. ‪9 × 6‬</w:t>
            </w:r>
          </w:p>
        </w:tc>
        <w:tc>
          <w:tcPr>
            <w:tcW w:type="dxa" w:w="4989"/>
          </w:tcPr>
          <w:p>
            <w:pPr>
              <w:bidi/>
              <w:spacing w:before="0" w:after="40"/>
              <w:jc w:val="both"/>
            </w:pPr>
            <w:r>
              <w:rPr>
                <w:rtl/>
              </w:rPr>
              <w:t>[1] 56</w:t>
            </w:r>
          </w:p>
        </w:tc>
      </w:tr>
      <w:tr>
        <w:tc>
          <w:tcPr>
            <w:tcW w:type="dxa" w:w="4989"/>
          </w:tcPr>
          <w:p>
            <w:pPr>
              <w:bidi/>
              <w:spacing w:before="0" w:after="40"/>
              <w:jc w:val="both"/>
            </w:pPr>
            <w:r>
              <w:rPr>
                <w:rtl/>
              </w:rPr>
              <w:t>4. ‪8 × 4‬</w:t>
            </w:r>
          </w:p>
        </w:tc>
        <w:tc>
          <w:tcPr>
            <w:tcW w:type="dxa" w:w="4989"/>
          </w:tcPr>
          <w:p>
            <w:pPr>
              <w:bidi/>
              <w:spacing w:before="0" w:after="40"/>
              <w:jc w:val="both"/>
            </w:pPr>
            <w:r>
              <w:rPr>
                <w:rtl/>
              </w:rPr>
              <w:t>[4] 32</w:t>
            </w:r>
          </w:p>
        </w:tc>
      </w:tr>
      <w:tr>
        <w:tc>
          <w:tcPr>
            <w:tcW w:type="dxa" w:w="4989"/>
          </w:tcPr>
          <w:p>
            <w:pPr>
              <w:bidi/>
              <w:spacing w:before="0" w:after="40"/>
              <w:jc w:val="both"/>
            </w:pPr>
            <w:r>
              <w:rPr>
                <w:rtl/>
              </w:rPr>
              <w:t>5. ‪5 × 9‬</w:t>
            </w:r>
          </w:p>
        </w:tc>
        <w:tc>
          <w:tcPr>
            <w:tcW w:type="dxa" w:w="4989"/>
          </w:tcPr>
          <w:p>
            <w:pPr>
              <w:bidi/>
              <w:spacing w:before="0" w:after="40"/>
              <w:jc w:val="both"/>
            </w:pPr>
            <w:r>
              <w:rPr>
                <w:rtl/>
              </w:rPr>
              <w:t>[2] 42</w:t>
            </w:r>
          </w:p>
        </w:tc>
      </w:tr>
      <w:tr>
        <w:tc>
          <w:tcPr>
            <w:tcW w:type="dxa" w:w="4989"/>
          </w:tcPr>
          <w:p>
            <w:pPr>
              <w:bidi/>
              <w:spacing w:before="0" w:after="40"/>
              <w:jc w:val="both"/>
            </w:pPr>
            <w:r>
              <w:rPr>
                <w:rtl/>
              </w:rPr>
              <w:t>6. ‪3 × 3‬</w:t>
            </w:r>
          </w:p>
        </w:tc>
        <w:tc>
          <w:tcPr>
            <w:tcW w:type="dxa" w:w="4989"/>
          </w:tcPr>
          <w:p>
            <w:pPr>
              <w:bidi/>
              <w:spacing w:before="0" w:after="40"/>
              <w:jc w:val="both"/>
            </w:pPr>
            <w:r>
              <w:rPr>
                <w:rtl/>
              </w:rPr>
              <w:t>[6] 9</w:t>
            </w:r>
          </w:p>
        </w:tc>
      </w:tr>
    </w:tbl>
    <w:p>
      <w:pPr>
        <w:bidi/>
        <w:spacing w:before="0" w:after="40"/>
        <w:jc w:val="both"/>
      </w:pPr>
    </w:p>
    <w:p>
      <w:pPr>
        <w:bidi/>
        <w:spacing w:before="160" w:after="60"/>
        <w:jc w:val="both"/>
      </w:pPr>
      <w:r>
        <w:rPr>
          <w:b/>
          <w:bCs/>
          <w:sz w:val="26"/>
          <w:szCs w:val="26"/>
          <w:rtl/>
        </w:rPr>
        <w:t>6. [בינוני] נכון או לא נכון?</w:t>
      </w:r>
    </w:p>
    <w:p>
      <w:pPr>
        <w:bidi/>
        <w:spacing w:before="0" w:after="40"/>
        <w:jc w:val="both"/>
      </w:pPr>
      <w:r>
        <w:rPr>
          <w:rtl/>
        </w:rPr>
        <w:t>א. כל מספר כפול 1 שווה לעצמו. – נכון</w:t>
      </w:r>
    </w:p>
    <w:p>
      <w:pPr>
        <w:bidi/>
        <w:spacing w:before="0" w:after="40"/>
        <w:jc w:val="both"/>
      </w:pPr>
      <w:r>
        <w:rPr>
          <w:rtl/>
        </w:rPr>
        <w:t>ב. ‪0 × 5 = 5 × 0‬ – נכון</w:t>
      </w:r>
    </w:p>
    <w:p>
      <w:pPr>
        <w:bidi/>
        <w:spacing w:before="0" w:after="40"/>
        <w:jc w:val="both"/>
      </w:pPr>
      <w:r>
        <w:rPr>
          <w:rtl/>
        </w:rPr>
        <w:t>ג. ‪4 × 9 = 32‬ – לא נכון – ‪4 × 9 = 36‬</w:t>
      </w:r>
    </w:p>
    <w:p>
      <w:pPr>
        <w:bidi/>
        <w:spacing w:before="0" w:after="40"/>
        <w:jc w:val="both"/>
      </w:pPr>
      <w:r>
        <w:rPr>
          <w:rtl/>
        </w:rPr>
        <w:t>ד. כל המכפלות בעמודת ה-5 נגמרות ב-0 או ב-5. – נכון</w:t>
      </w:r>
    </w:p>
    <w:p>
      <w:pPr>
        <w:bidi/>
        <w:spacing w:before="160" w:after="60"/>
        <w:jc w:val="both"/>
      </w:pPr>
      <w:r>
        <w:rPr>
          <w:b/>
          <w:bCs/>
          <w:sz w:val="26"/>
          <w:szCs w:val="26"/>
          <w:rtl/>
        </w:rPr>
        <w:t>7. [בינוני] מיינו את התרגילים: מכפלה זוגית או אי-זוגית?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מכפלה זוגית</w:t>
            </w:r>
          </w:p>
        </w:tc>
        <w:tc>
          <w:tcPr>
            <w:tcW w:type="dxa" w:w="4989"/>
            <w:shd w:val="clear" w:color="auto" w:fill="0f766e"/>
          </w:tcPr>
          <w:p>
            <w:pPr>
              <w:bidi/>
              <w:spacing w:before="0" w:after="40"/>
              <w:jc w:val="both"/>
            </w:pPr>
            <w:r>
              <w:rPr>
                <w:b/>
                <w:bCs/>
                <w:color w:val="FFFFFF"/>
                <w:rtl/>
              </w:rPr>
              <w:t>מכפלה אי-זוגית</w:t>
            </w:r>
          </w:p>
        </w:tc>
      </w:tr>
      <w:tr>
        <w:tc>
          <w:tcPr>
            <w:tcW w:type="dxa" w:w="4989"/>
          </w:tcPr>
          <w:p>
            <w:pPr>
              <w:bidi/>
              <w:spacing w:before="0" w:after="40"/>
              <w:jc w:val="both"/>
            </w:pPr>
            <w:r>
              <w:rPr>
                <w:rtl/>
              </w:rPr>
              <w:t>‪4 × 7‬, ‪6 × 3‬, ‪8 × 9‬, ‪2 × 7‬</w:t>
            </w:r>
          </w:p>
        </w:tc>
        <w:tc>
          <w:tcPr>
            <w:tcW w:type="dxa" w:w="4989"/>
          </w:tcPr>
          <w:p>
            <w:pPr>
              <w:bidi/>
              <w:spacing w:before="0" w:after="40"/>
              <w:jc w:val="both"/>
            </w:pPr>
            <w:r>
              <w:rPr>
                <w:rtl/>
              </w:rPr>
              <w:t>‪3 × 5‬, ‪7 × 9‬, ‪5 × 5‬, ‪9 × 3‬</w:t>
            </w:r>
          </w:p>
        </w:tc>
      </w:tr>
    </w:tbl>
    <w:p>
      <w:pPr>
        <w:bidi/>
        <w:spacing w:before="0" w:after="40"/>
        <w:jc w:val="both"/>
      </w:pPr>
    </w:p>
    <w:p>
      <w:pPr>
        <w:bidi/>
        <w:spacing w:before="160" w:after="60"/>
        <w:jc w:val="both"/>
      </w:pPr>
      <w:r>
        <w:rPr>
          <w:b/>
          <w:bCs/>
          <w:sz w:val="26"/>
          <w:szCs w:val="26"/>
          <w:rtl/>
        </w:rPr>
        <w:t>8. [בינוני] בחרו.</w:t>
      </w:r>
    </w:p>
    <w:p>
      <w:pPr>
        <w:bidi/>
        <w:spacing w:before="0" w:after="20"/>
        <w:jc w:val="both"/>
      </w:pPr>
      <w:r>
        <w:rPr>
          <w:rtl/>
        </w:rPr>
        <w:t>א. ‪8 × 6‬ =</w:t>
      </w:r>
    </w:p>
    <w:p>
      <w:pPr>
        <w:bidi/>
        <w:spacing w:before="0" w:after="80"/>
        <w:jc w:val="both"/>
      </w:pPr>
      <w:r>
        <w:rPr>
          <w:b/>
          <w:bCs/>
          <w:color w:val="0F7A4F"/>
          <w:rtl/>
        </w:rPr>
        <w:t xml:space="preserve">   ✔ 48</w:t>
      </w:r>
    </w:p>
    <w:p>
      <w:pPr>
        <w:bidi/>
        <w:spacing w:before="0" w:after="20"/>
        <w:jc w:val="both"/>
      </w:pPr>
      <w:r>
        <w:rPr>
          <w:rtl/>
        </w:rPr>
        <w:t>ב. איזו מכפלה היא הגדולה ביותר?</w:t>
      </w:r>
    </w:p>
    <w:p>
      <w:pPr>
        <w:bidi/>
        <w:spacing w:before="0" w:after="80"/>
        <w:jc w:val="both"/>
      </w:pPr>
      <w:r>
        <w:rPr>
          <w:b/>
          <w:bCs/>
          <w:color w:val="0F7A4F"/>
          <w:rtl/>
        </w:rPr>
        <w:t xml:space="preserve">   ✔ ‪7 × 7‬</w:t>
      </w:r>
    </w:p>
    <w:p>
      <w:pPr>
        <w:bidi/>
        <w:spacing w:before="0" w:after="20"/>
        <w:jc w:val="both"/>
      </w:pPr>
      <w:r>
        <w:rPr>
          <w:rtl/>
        </w:rPr>
        <w:t>ג. ‪___ × 9 = 0‬</w:t>
      </w:r>
    </w:p>
    <w:p>
      <w:pPr>
        <w:bidi/>
        <w:spacing w:before="0" w:after="80"/>
        <w:jc w:val="both"/>
      </w:pPr>
      <w:r>
        <w:rPr>
          <w:b/>
          <w:bCs/>
          <w:color w:val="0F7A4F"/>
          <w:rtl/>
        </w:rPr>
        <w:t xml:space="preserve">   ✔ 0</w:t>
      </w:r>
    </w:p>
    <w:p>
      <w:pPr>
        <w:bidi/>
        <w:spacing w:before="160" w:after="60"/>
        <w:jc w:val="both"/>
      </w:pPr>
      <w:r>
        <w:rPr>
          <w:b/>
          <w:bCs/>
          <w:sz w:val="26"/>
          <w:szCs w:val="26"/>
          <w:rtl/>
        </w:rPr>
        <w:t>9. [בינוני] הסבירו איך חישבתם: איך עוזר לכם ‪6 × 5 = 30‬ לחשב את ‪6 × 6‬?</w:t>
      </w:r>
    </w:p>
    <w:p>
      <w:pPr>
        <w:bidi/>
        <w:spacing w:before="0" w:after="80"/>
        <w:jc w:val="both"/>
      </w:pPr>
      <w:r>
        <w:rPr>
          <w:color w:val="0F7A4F"/>
          <w:rtl/>
        </w:rPr>
        <w:t>תשובה אפשרית: ‪6 × 6‬ הוא פעם אחת 6 יותר מ-‪6 × 5: 30 + 6 = 36‬.</w:t>
      </w:r>
    </w:p>
    <w:p>
      <w:pPr>
        <w:bidi/>
        <w:spacing w:before="160" w:after="60"/>
        <w:jc w:val="both"/>
      </w:pPr>
      <w:r>
        <w:rPr>
          <w:b/>
          <w:bCs/>
          <w:sz w:val="26"/>
          <w:szCs w:val="26"/>
          <w:rtl/>
        </w:rPr>
        <w:t>10. [בינוני] כתבו במשבצות את כל המכפלות בשורת ה-9 (מ-‪1 × 9‬ עד ‪10 × 9)‬. מה אתם מגלים על סכום הספרות?</w:t>
      </w:r>
    </w:p>
    <w:p>
      <w:pPr>
        <w:bidi/>
        <w:spacing w:before="0" w:after="80"/>
        <w:jc w:val="both"/>
      </w:pPr>
      <w:r>
        <w:rPr>
          <w:color w:val="0F7A4F"/>
          <w:rtl/>
        </w:rPr>
        <w:t>תשובה אפשרית: 9, 18, 27, 36, 45, 54, 63, 72, 81, 90. סכום הספרות של כל מכפלה הוא 9.</w:t>
      </w:r>
    </w:p>
    <w:p>
      <w:pPr>
        <w:bidi/>
        <w:spacing w:before="160" w:after="60"/>
        <w:jc w:val="both"/>
      </w:pPr>
      <w:r>
        <w:rPr>
          <w:b/>
          <w:bCs/>
          <w:sz w:val="26"/>
          <w:szCs w:val="26"/>
          <w:rtl/>
        </w:rPr>
        <w:t>11. [בינוני] לפי הסיפור: כמה ספרי קומיקס יש על המדף?</w:t>
      </w:r>
    </w:p>
    <w:p>
      <w:pPr>
        <w:bidi/>
        <w:spacing w:before="0" w:after="80"/>
        <w:jc w:val="both"/>
      </w:pPr>
      <w:r>
        <w:rPr>
          <w:color w:val="0F7A4F"/>
          <w:rtl/>
        </w:rPr>
        <w:t>תשובה אפשרית: ‪6 × 9 = 54‬. תשובה: 54 ספרים.</w:t>
      </w:r>
    </w:p>
    <w:p>
      <w:pPr>
        <w:bidi/>
        <w:spacing w:before="160" w:after="60"/>
        <w:jc w:val="both"/>
      </w:pPr>
      <w:r>
        <w:rPr>
          <w:b/>
          <w:bCs/>
          <w:sz w:val="26"/>
          <w:szCs w:val="26"/>
          <w:rtl/>
        </w:rPr>
        <w:t>12. [בינוני] לפי הסיפור: כמה מדבקות צריך כדי להדביק על 9 ספרים מקופסה אחת?</w:t>
      </w:r>
    </w:p>
    <w:p>
      <w:pPr>
        <w:bidi/>
        <w:spacing w:before="0" w:after="80"/>
        <w:jc w:val="both"/>
      </w:pPr>
      <w:r>
        <w:rPr>
          <w:color w:val="0F7A4F"/>
          <w:rtl/>
        </w:rPr>
        <w:t>תשובה אפשרית: ‪9 × 2 = 18‬. תשובה: 18 מדבקות.</w:t>
      </w:r>
    </w:p>
    <w:p>
      <w:pPr>
        <w:bidi/>
        <w:spacing w:before="160" w:after="60"/>
        <w:jc w:val="both"/>
      </w:pPr>
      <w:r>
        <w:rPr>
          <w:b/>
          <w:bCs/>
          <w:sz w:val="26"/>
          <w:szCs w:val="26"/>
          <w:rtl/>
        </w:rPr>
        <w:t>13. [בינוני] לפי הסיפור: כמה כריות יש על הכורסאות? איזה כלל של כפל מצאתם כאן?</w:t>
      </w:r>
    </w:p>
    <w:p>
      <w:pPr>
        <w:bidi/>
        <w:spacing w:before="0" w:after="80"/>
        <w:jc w:val="both"/>
      </w:pPr>
      <w:r>
        <w:rPr>
          <w:color w:val="0F7A4F"/>
          <w:rtl/>
        </w:rPr>
        <w:t>תשובה אפשרית: ‪4 × 1 = 4‬. תשובה: 4 כריות. כפל ב-1: המספר לא משתנה.</w:t>
      </w:r>
    </w:p>
    <w:p>
      <w:pPr>
        <w:bidi/>
        <w:spacing w:before="160" w:after="60"/>
        <w:jc w:val="both"/>
      </w:pPr>
      <w:r>
        <w:rPr>
          <w:b/>
          <w:bCs/>
          <w:sz w:val="26"/>
          <w:szCs w:val="26"/>
          <w:rtl/>
        </w:rPr>
        <w:t>14. [אתגר] אתגר: איתי חשב מספר מלוח הכפל. כשכופלים אותו ב-7 מקבלים 49, וכשכופלים אותו ב-0 מקבלים 0. מה המספר? ומה יקבל איתי אם יכפול אותו ב-1?</w:t>
      </w:r>
    </w:p>
    <w:p>
      <w:pPr>
        <w:bidi/>
        <w:spacing w:before="0" w:after="80"/>
        <w:jc w:val="both"/>
      </w:pPr>
      <w:r>
        <w:rPr>
          <w:color w:val="0F7A4F"/>
          <w:rtl/>
        </w:rPr>
        <w:t>תשובה אפשרית: המספר הוא 7 ‪(7 × 7 = 49)‬. ‪7 × 1 = 7‬.</w:t>
      </w:r>
    </w:p>
    <w:p>
      <w:pPr>
        <w:bidi/>
        <w:spacing w:before="240" w:after="40"/>
        <w:jc w:val="both"/>
      </w:pPr>
      <w:r>
        <w:rPr>
          <w:rFonts w:ascii="Arial Black" w:hAnsi="Arial Black" w:cs="Arial Black"/>
          <w:b/>
          <w:bCs/>
          <w:color w:val="0F766E"/>
          <w:sz w:val="34"/>
          <w:szCs w:val="34"/>
          <w:rtl/>
        </w:rPr>
        <w:t>📖 בעיות מילוליות</w:t>
      </w:r>
    </w:p>
    <w:p>
      <w:pPr>
        <w:bidi/>
        <w:spacing w:before="160" w:after="60"/>
        <w:jc w:val="both"/>
      </w:pPr>
      <w:r>
        <w:rPr>
          <w:b/>
          <w:bCs/>
          <w:sz w:val="26"/>
          <w:szCs w:val="26"/>
          <w:rtl/>
        </w:rPr>
        <w:t>15. [קל] לכל חיפושית יש 6 רגליים. כמה רגליים יש ל-5 חיפושיות?</w:t>
      </w:r>
    </w:p>
    <w:p>
      <w:pPr>
        <w:bidi/>
        <w:spacing w:before="0" w:after="40"/>
        <w:jc w:val="both"/>
      </w:pPr>
      <w:r>
        <w:rPr>
          <w:color w:val="0F7A4F"/>
          <w:rtl/>
        </w:rPr>
        <w:t>דרך פתרון: ‪5 × 6 = 30‬</w:t>
      </w:r>
    </w:p>
    <w:p>
      <w:pPr>
        <w:bidi/>
        <w:spacing w:before="0" w:after="80"/>
        <w:jc w:val="both"/>
      </w:pPr>
      <w:r>
        <w:rPr>
          <w:b/>
          <w:bCs/>
          <w:color w:val="0F7A4F"/>
          <w:rtl/>
        </w:rPr>
        <w:t>תשובה: ל-5 חיפושיות יש 30 רגליים.</w:t>
      </w:r>
    </w:p>
    <w:p>
      <w:pPr>
        <w:bidi/>
        <w:spacing w:before="160" w:after="60"/>
        <w:jc w:val="both"/>
      </w:pPr>
      <w:r>
        <w:rPr>
          <w:b/>
          <w:bCs/>
          <w:sz w:val="26"/>
          <w:szCs w:val="26"/>
          <w:rtl/>
        </w:rPr>
        <w:t>16. [קל] בכל קופסה יש 8 טושים. כמה טושים יש ב-4 קופסאות?</w:t>
      </w:r>
    </w:p>
    <w:p>
      <w:pPr>
        <w:bidi/>
        <w:spacing w:before="0" w:after="40"/>
        <w:jc w:val="both"/>
      </w:pPr>
      <w:r>
        <w:rPr>
          <w:color w:val="0F7A4F"/>
          <w:rtl/>
        </w:rPr>
        <w:t>דרך פתרון: ‪4 × 8 = 32‬</w:t>
      </w:r>
    </w:p>
    <w:p>
      <w:pPr>
        <w:bidi/>
        <w:spacing w:before="0" w:after="80"/>
        <w:jc w:val="both"/>
      </w:pPr>
      <w:r>
        <w:rPr>
          <w:b/>
          <w:bCs/>
          <w:color w:val="0F7A4F"/>
          <w:rtl/>
        </w:rPr>
        <w:t>תשובה: ב-4 קופסאות יש 32 טושים.</w:t>
      </w:r>
    </w:p>
    <w:p>
      <w:pPr>
        <w:bidi/>
        <w:spacing w:before="160" w:after="60"/>
        <w:jc w:val="both"/>
      </w:pPr>
      <w:r>
        <w:rPr>
          <w:b/>
          <w:bCs/>
          <w:sz w:val="26"/>
          <w:szCs w:val="26"/>
          <w:rtl/>
        </w:rPr>
        <w:t>17. [בינוני] עידו קורא 7 עמודים בכל יום. כמה עמודים יקרא ב-9 ימים?</w:t>
      </w:r>
    </w:p>
    <w:p>
      <w:pPr>
        <w:bidi/>
        <w:spacing w:before="0" w:after="40"/>
        <w:jc w:val="both"/>
      </w:pPr>
      <w:r>
        <w:rPr>
          <w:color w:val="0F7A4F"/>
          <w:rtl/>
        </w:rPr>
        <w:t>דרך פתרון: ‪9 × 7 = 63‬ ; אפשר לבדוק: ‪10 × 7 = 70‬, ו-‪70 − 7 = 63‬</w:t>
      </w:r>
    </w:p>
    <w:p>
      <w:pPr>
        <w:bidi/>
        <w:spacing w:before="0" w:after="80"/>
        <w:jc w:val="both"/>
      </w:pPr>
      <w:r>
        <w:rPr>
          <w:b/>
          <w:bCs/>
          <w:color w:val="0F7A4F"/>
          <w:rtl/>
        </w:rPr>
        <w:t>תשובה: עידו יקרא 63 עמודים.</w:t>
      </w:r>
    </w:p>
    <w:p>
      <w:pPr>
        <w:bidi/>
        <w:spacing w:before="160" w:after="60"/>
        <w:jc w:val="both"/>
      </w:pPr>
      <w:r>
        <w:rPr>
          <w:b/>
          <w:bCs/>
          <w:sz w:val="26"/>
          <w:szCs w:val="26"/>
          <w:rtl/>
        </w:rPr>
        <w:t>18. [בינוני] ביום מבצע מחיר כרטיס לגן החיות לתלמיד הוא 1 ₪. כמה ישלמו 27 תלמידים?</w:t>
      </w:r>
    </w:p>
    <w:p>
      <w:pPr>
        <w:bidi/>
        <w:spacing w:before="0" w:after="40"/>
        <w:jc w:val="both"/>
      </w:pPr>
      <w:r>
        <w:rPr>
          <w:color w:val="0F7A4F"/>
          <w:rtl/>
        </w:rPr>
        <w:t>דרך פתרון: ‪27 × 1 = 27‬ ; כל מספר כפול 1 שווה לעצמו.</w:t>
      </w:r>
    </w:p>
    <w:p>
      <w:pPr>
        <w:bidi/>
        <w:spacing w:before="0" w:after="80"/>
        <w:jc w:val="both"/>
      </w:pPr>
      <w:r>
        <w:rPr>
          <w:b/>
          <w:bCs/>
          <w:color w:val="0F7A4F"/>
          <w:rtl/>
        </w:rPr>
        <w:t>תשובה: התלמידים ישלמו 27 ₪.</w:t>
      </w:r>
    </w:p>
    <w:p>
      <w:pPr>
        <w:bidi/>
        <w:spacing w:before="160" w:after="60"/>
        <w:jc w:val="both"/>
      </w:pPr>
      <w:r>
        <w:rPr>
          <w:b/>
          <w:bCs/>
          <w:sz w:val="26"/>
          <w:szCs w:val="26"/>
          <w:rtl/>
        </w:rPr>
        <w:t>19. [אתגר] בספריית בית הספר יש 5 מדפים ועל כל אחד 8 ספרים, ועוד 3 מדפים ועל כל אחד 9 ספרים. כמה ספרים יש על כל המדפים?</w:t>
      </w:r>
    </w:p>
    <w:p>
      <w:pPr>
        <w:bidi/>
        <w:spacing w:before="0" w:after="40"/>
        <w:jc w:val="both"/>
      </w:pPr>
      <w:r>
        <w:rPr>
          <w:color w:val="0F7A4F"/>
          <w:rtl/>
        </w:rPr>
        <w:t>דרך פתרון: ‪5 × 8 = 40‬ ; ‪3 × 9 = 27‬ ; ‪40 + 27 = 67‬</w:t>
      </w:r>
    </w:p>
    <w:p>
      <w:pPr>
        <w:bidi/>
        <w:spacing w:before="0" w:after="80"/>
        <w:jc w:val="both"/>
      </w:pPr>
      <w:r>
        <w:rPr>
          <w:b/>
          <w:bCs/>
          <w:color w:val="0F7A4F"/>
          <w:rtl/>
        </w:rPr>
        <w:t>תשובה: על המדפים יש 67 ספרים.</w:t>
      </w:r>
    </w:p>
    <w:p>
      <w:pPr>
        <w:bidi/>
        <w:spacing w:before="160" w:after="60"/>
        <w:jc w:val="both"/>
      </w:pPr>
      <w:r>
        <w:rPr>
          <w:b/>
          <w:bCs/>
          <w:sz w:val="26"/>
          <w:szCs w:val="26"/>
          <w:rtl/>
        </w:rPr>
        <w:t>20. [אתגר] במטע בקיבוץ יש 7 שורות של 8 עצי תפוח, ו-6 שורות של 9 עצי אגס. מאילו עצים יש יותר, ובכמה?</w:t>
      </w:r>
    </w:p>
    <w:p>
      <w:pPr>
        <w:bidi/>
        <w:spacing w:before="0" w:after="40"/>
        <w:jc w:val="both"/>
      </w:pPr>
      <w:r>
        <w:rPr>
          <w:color w:val="0F7A4F"/>
          <w:rtl/>
        </w:rPr>
        <w:t>דרך פתרון: תפוחים: ‪7 × 8 = 56‬ ; אגסים: ‪6 × 9 = 54‬ ; ‪56 − 54 = 2‬</w:t>
      </w:r>
    </w:p>
    <w:p>
      <w:pPr>
        <w:bidi/>
        <w:spacing w:before="0" w:after="80"/>
        <w:jc w:val="both"/>
      </w:pPr>
      <w:r>
        <w:rPr>
          <w:b/>
          <w:bCs/>
          <w:color w:val="0F7A4F"/>
          <w:rtl/>
        </w:rPr>
        <w:t>תשובה: יש 56 עצי תפוח ו-54 עצי אגס, כלומר עצי התפוח רבים יותר ב-2.</w:t>
      </w:r>
    </w:p>
    <w:p>
      <w:pPr>
        <w:bidi/>
        <w:spacing w:before="160" w:after="60"/>
        <w:jc w:val="both"/>
      </w:pPr>
      <w:r>
        <w:rPr>
          <w:b/>
          <w:bCs/>
          <w:color w:val="0F766E"/>
          <w:sz w:val="26"/>
          <w:szCs w:val="26"/>
          <w:rtl/>
        </w:rPr>
        <w:t>21. פתרו. גזרו את כרטיסי התרגילים, והדביקו כל תרגיל מתחת לתוצאה שלו.</w:t>
      </w:r>
    </w:p>
    <w:tbl>
      <w:tblPr>
        <w:tblW w:type="auto" w:w="0"/>
        <w:tblLook w:firstColumn="1" w:firstRow="1" w:lastColumn="0" w:lastRow="0" w:noHBand="0" w:noVBand="1" w:val="04A0"/>
        <w:bidiVisual/>
        <w:tblLayout w:type="fixed"/>
      </w:tblPr>
      <w:tblGrid>
        <w:gridCol w:w="3326"/>
        <w:gridCol w:w="3326"/>
        <w:gridCol w:w="3326"/>
      </w:tblGrid>
      <w:tr>
        <w:tc>
          <w:tcPr>
            <w:tcW w:type="dxa" w:w="3288"/>
            <w:tcBorders>
              <w:top w:val="single" w:sz="8" w:color="C9CFDB" w:space="0"/>
              <w:left w:val="single" w:sz="8" w:color="C9CFDB" w:space="0"/>
              <w:bottom w:val="single" w:sz="8" w:color="C9CFDB" w:space="0"/>
              <w:right w:val="single" w:sz="8" w:color="C9CFDB" w:space="0"/>
            </w:tcBorders>
            <w:shd w:val="clear" w:color="auto" w:fill="F1F4F9"/>
            <w:vAlign w:val="center"/>
          </w:tcPr>
          <w:p>
            <w:pPr>
              <w:bidi/>
              <w:spacing w:before="40" w:after="40"/>
              <w:jc w:val="center"/>
            </w:pPr>
            <w:r>
              <w:rPr>
                <w:b/>
                <w:bCs/>
                <w:sz w:val="25"/>
                <w:szCs w:val="25"/>
                <w:rtl/>
              </w:rPr>
              <w:t>12</w:t>
            </w:r>
          </w:p>
        </w:tc>
        <w:tc>
          <w:tcPr>
            <w:tcW w:type="dxa" w:w="3288"/>
            <w:tcBorders>
              <w:top w:val="single" w:sz="8" w:color="C9CFDB" w:space="0"/>
              <w:left w:val="single" w:sz="8" w:color="C9CFDB" w:space="0"/>
              <w:bottom w:val="single" w:sz="8" w:color="C9CFDB" w:space="0"/>
              <w:right w:val="single" w:sz="8" w:color="C9CFDB" w:space="0"/>
            </w:tcBorders>
            <w:shd w:val="clear" w:color="auto" w:fill="F1F4F9"/>
            <w:vAlign w:val="center"/>
          </w:tcPr>
          <w:p>
            <w:pPr>
              <w:bidi/>
              <w:spacing w:before="40" w:after="40"/>
              <w:jc w:val="center"/>
            </w:pPr>
            <w:r>
              <w:rPr>
                <w:b/>
                <w:bCs/>
                <w:sz w:val="25"/>
                <w:szCs w:val="25"/>
                <w:rtl/>
              </w:rPr>
              <w:t>24</w:t>
            </w:r>
          </w:p>
        </w:tc>
        <w:tc>
          <w:tcPr>
            <w:tcW w:type="dxa" w:w="3288"/>
            <w:tcBorders>
              <w:top w:val="single" w:sz="8" w:color="C9CFDB" w:space="0"/>
              <w:left w:val="single" w:sz="8" w:color="C9CFDB" w:space="0"/>
              <w:bottom w:val="single" w:sz="8" w:color="C9CFDB" w:space="0"/>
              <w:right w:val="single" w:sz="8" w:color="C9CFDB" w:space="0"/>
            </w:tcBorders>
            <w:shd w:val="clear" w:color="auto" w:fill="F1F4F9"/>
            <w:vAlign w:val="center"/>
          </w:tcPr>
          <w:p>
            <w:pPr>
              <w:bidi/>
              <w:spacing w:before="40" w:after="40"/>
              <w:jc w:val="center"/>
            </w:pPr>
            <w:r>
              <w:rPr>
                <w:b/>
                <w:bCs/>
                <w:sz w:val="25"/>
                <w:szCs w:val="25"/>
                <w:rtl/>
              </w:rPr>
              <w:t>36</w:t>
            </w:r>
          </w:p>
        </w:tc>
      </w:tr>
      <w:tr>
        <w:trPr>
          <w:trHeight w:val="1360" w:hRule="exact"/>
        </w:trPr>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40"/>
                <w:szCs w:val="40"/>
                <w:rtl/>
              </w:rPr>
              <w:t>‪3 × 4‬</w:t>
            </w:r>
          </w:p>
        </w:tc>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40"/>
                <w:szCs w:val="40"/>
                <w:rtl/>
              </w:rPr>
              <w:t>‪4 × 6‬</w:t>
            </w:r>
          </w:p>
        </w:tc>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40"/>
                <w:szCs w:val="40"/>
                <w:rtl/>
              </w:rPr>
              <w:t>‪6 × 6‬</w:t>
            </w:r>
          </w:p>
        </w:tc>
      </w:tr>
      <w:tr>
        <w:trPr>
          <w:trHeight w:val="1360" w:hRule="exact"/>
        </w:trPr>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40"/>
                <w:szCs w:val="40"/>
                <w:rtl/>
              </w:rPr>
              <w:t>‪2 × 6‬</w:t>
            </w:r>
          </w:p>
        </w:tc>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40"/>
                <w:szCs w:val="40"/>
                <w:rtl/>
              </w:rPr>
              <w:t>‪3 × 8‬</w:t>
            </w:r>
          </w:p>
        </w:tc>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40"/>
                <w:szCs w:val="40"/>
                <w:rtl/>
              </w:rPr>
              <w:t>‪4 × 9‬</w:t>
            </w:r>
          </w:p>
        </w:tc>
      </w:tr>
    </w:tbl>
    <w:p>
      <w:pPr>
        <w:bidi/>
        <w:spacing w:before="0" w:after="40"/>
        <w:jc w:val="both"/>
      </w:pPr>
    </w:p>
    <w:p>
      <w:pPr>
        <w:bidi/>
        <w:spacing w:before="160" w:after="60"/>
        <w:jc w:val="both"/>
      </w:pPr>
      <w:r>
        <w:rPr>
          <w:b/>
          <w:bCs/>
          <w:color w:val="0F766E"/>
          <w:sz w:val="26"/>
          <w:szCs w:val="26"/>
          <w:rtl/>
        </w:rPr>
        <w:t>22. מתחו קו מכל תרגיל אל התוצאה שלו.</w:t>
      </w:r>
    </w:p>
    <w:p>
      <w:pPr>
        <w:bidi/>
        <w:spacing w:before="0" w:after="40"/>
        <w:jc w:val="both"/>
      </w:pPr>
      <w:r>
        <w:rPr>
          <w:color w:val="0F7A4F"/>
          <w:sz w:val="25"/>
          <w:szCs w:val="25"/>
          <w:rtl/>
        </w:rPr>
        <w:t>1. ‪7 × 8‬  ←  ב. 56</w:t>
      </w:r>
    </w:p>
    <w:p>
      <w:pPr>
        <w:bidi/>
        <w:spacing w:before="0" w:after="40"/>
        <w:jc w:val="both"/>
      </w:pPr>
      <w:r>
        <w:rPr>
          <w:color w:val="0F7A4F"/>
          <w:sz w:val="25"/>
          <w:szCs w:val="25"/>
          <w:rtl/>
        </w:rPr>
        <w:t>2. ‪6 × 9‬  ←  ג. 54</w:t>
      </w:r>
    </w:p>
    <w:p>
      <w:pPr>
        <w:bidi/>
        <w:spacing w:before="0" w:after="40"/>
        <w:jc w:val="both"/>
      </w:pPr>
      <w:r>
        <w:rPr>
          <w:color w:val="0F7A4F"/>
          <w:sz w:val="25"/>
          <w:szCs w:val="25"/>
          <w:rtl/>
        </w:rPr>
        <w:t>3. ‪9 × 1‬  ←  ה. 9</w:t>
      </w:r>
    </w:p>
    <w:p>
      <w:pPr>
        <w:bidi/>
        <w:spacing w:before="0" w:after="40"/>
        <w:jc w:val="both"/>
      </w:pPr>
      <w:r>
        <w:rPr>
          <w:color w:val="0F7A4F"/>
          <w:sz w:val="25"/>
          <w:szCs w:val="25"/>
          <w:rtl/>
        </w:rPr>
        <w:t>4. ‪5 × 0‬  ←  ד. 0</w:t>
      </w:r>
    </w:p>
    <w:p>
      <w:pPr>
        <w:bidi/>
        <w:spacing w:before="0" w:after="40"/>
        <w:jc w:val="both"/>
      </w:pPr>
      <w:r>
        <w:rPr>
          <w:color w:val="0F7A4F"/>
          <w:sz w:val="25"/>
          <w:szCs w:val="25"/>
          <w:rtl/>
        </w:rPr>
        <w:t>5. ‪8 × 8‬  ←  א. 64</w:t>
      </w:r>
    </w:p>
    <w:p>
      <w:pPr>
        <w:bidi/>
        <w:spacing w:before="160" w:after="80"/>
        <w:jc w:val="both"/>
      </w:pPr>
      <w:r>
        <w:rPr>
          <w:rFonts w:ascii="Arial Black" w:hAnsi="Arial Black" w:cs="Arial Black"/>
          <w:b/>
          <w:bCs/>
          <w:color w:val="0F766E"/>
          <w:sz w:val="30"/>
          <w:szCs w:val="30"/>
          <w:rtl/>
        </w:rPr>
        <w:t>פרק 3: החילוק: חלוקה שווה והקשר בין כפל לחילוק</w:t>
      </w:r>
    </w:p>
    <w:p>
      <w:pPr>
        <w:bidi/>
        <w:spacing w:before="160" w:after="60"/>
        <w:jc w:val="both"/>
      </w:pPr>
      <w:r>
        <w:rPr>
          <w:b/>
          <w:bCs/>
          <w:sz w:val="26"/>
          <w:szCs w:val="26"/>
          <w:rtl/>
        </w:rPr>
        <w:t>1. [קל] חשבו.</w:t>
      </w:r>
    </w:p>
    <w:p>
      <w:pPr>
        <w:bidi/>
        <w:spacing w:before="0" w:after="40"/>
        <w:jc w:val="both"/>
      </w:pPr>
      <w:r>
        <w:rPr>
          <w:rtl/>
        </w:rPr>
        <w:t>א. ‪12 : 2 = 6‬</w:t>
      </w:r>
    </w:p>
    <w:p>
      <w:pPr>
        <w:bidi/>
        <w:spacing w:before="0" w:after="40"/>
        <w:jc w:val="both"/>
      </w:pPr>
      <w:r>
        <w:rPr>
          <w:rtl/>
        </w:rPr>
        <w:t>ב. ‪25 : 5 = 5‬</w:t>
      </w:r>
    </w:p>
    <w:p>
      <w:pPr>
        <w:bidi/>
        <w:spacing w:before="0" w:after="40"/>
        <w:jc w:val="both"/>
      </w:pPr>
      <w:r>
        <w:rPr>
          <w:rtl/>
        </w:rPr>
        <w:t>ג. ‪24 : 3 = 8‬</w:t>
      </w:r>
    </w:p>
    <w:p>
      <w:pPr>
        <w:bidi/>
        <w:spacing w:before="0" w:after="40"/>
        <w:jc w:val="both"/>
      </w:pPr>
      <w:r>
        <w:rPr>
          <w:rtl/>
        </w:rPr>
        <w:t>ד. ‪28 : 4 = 7‬</w:t>
      </w:r>
    </w:p>
    <w:p>
      <w:pPr>
        <w:bidi/>
        <w:spacing w:before="0" w:after="40"/>
        <w:jc w:val="both"/>
      </w:pPr>
      <w:r>
        <w:rPr>
          <w:rtl/>
        </w:rPr>
        <w:t>ה. ‪42 : 6 = 7‬</w:t>
      </w:r>
    </w:p>
    <w:p>
      <w:pPr>
        <w:bidi/>
        <w:spacing w:before="0" w:after="40"/>
        <w:jc w:val="both"/>
      </w:pPr>
      <w:r>
        <w:rPr>
          <w:rtl/>
        </w:rPr>
        <w:t>ו. ‪63 : 7 = 9‬</w:t>
      </w:r>
    </w:p>
    <w:p>
      <w:pPr>
        <w:bidi/>
        <w:spacing w:before="0" w:after="40"/>
        <w:jc w:val="both"/>
      </w:pPr>
      <w:r>
        <w:rPr>
          <w:rtl/>
        </w:rPr>
        <w:t>ז. ‪48 : 8 = 6‬</w:t>
      </w:r>
    </w:p>
    <w:p>
      <w:pPr>
        <w:bidi/>
        <w:spacing w:before="0" w:after="40"/>
        <w:jc w:val="both"/>
      </w:pPr>
      <w:r>
        <w:rPr>
          <w:rtl/>
        </w:rPr>
        <w:t>ח. ‪81 : 9 = 9‬</w:t>
      </w:r>
    </w:p>
    <w:p>
      <w:pPr>
        <w:bidi/>
        <w:spacing w:before="160" w:after="60"/>
        <w:jc w:val="both"/>
      </w:pPr>
      <w:r>
        <w:rPr>
          <w:b/>
          <w:bCs/>
          <w:sz w:val="26"/>
          <w:szCs w:val="26"/>
          <w:rtl/>
        </w:rPr>
        <w:t>2. [קל] השלימו את הטבלה.</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jc w:val="both"/>
            </w:pPr>
            <w:r>
              <w:rPr>
                <w:b/>
                <w:bCs/>
                <w:color w:val="FFFFFF"/>
                <w:rtl/>
              </w:rPr>
              <w:t>מחולק</w:t>
            </w:r>
          </w:p>
        </w:tc>
        <w:tc>
          <w:tcPr>
            <w:tcW w:type="dxa" w:w="2494"/>
            <w:shd w:val="clear" w:color="auto" w:fill="0f766e"/>
          </w:tcPr>
          <w:p>
            <w:pPr>
              <w:bidi/>
              <w:spacing w:before="0" w:after="40"/>
              <w:jc w:val="both"/>
            </w:pPr>
            <w:r>
              <w:rPr>
                <w:b/>
                <w:bCs/>
                <w:color w:val="FFFFFF"/>
                <w:rtl/>
              </w:rPr>
              <w:t>מחלק</w:t>
            </w:r>
          </w:p>
        </w:tc>
        <w:tc>
          <w:tcPr>
            <w:tcW w:type="dxa" w:w="2494"/>
            <w:shd w:val="clear" w:color="auto" w:fill="0f766e"/>
          </w:tcPr>
          <w:p>
            <w:pPr>
              <w:bidi/>
              <w:spacing w:before="0" w:after="40"/>
              <w:jc w:val="both"/>
            </w:pPr>
            <w:r>
              <w:rPr>
                <w:b/>
                <w:bCs/>
                <w:color w:val="FFFFFF"/>
                <w:rtl/>
              </w:rPr>
              <w:t>מנה</w:t>
            </w:r>
          </w:p>
        </w:tc>
        <w:tc>
          <w:tcPr>
            <w:tcW w:type="dxa" w:w="2494"/>
            <w:shd w:val="clear" w:color="auto" w:fill="0f766e"/>
          </w:tcPr>
          <w:p>
            <w:pPr>
              <w:bidi/>
              <w:spacing w:before="0" w:after="40"/>
              <w:jc w:val="both"/>
            </w:pPr>
            <w:r>
              <w:rPr>
                <w:b/>
                <w:bCs/>
                <w:color w:val="FFFFFF"/>
                <w:rtl/>
              </w:rPr>
              <w:t>בדיקה בכפל</w:t>
            </w:r>
          </w:p>
        </w:tc>
      </w:tr>
      <w:tr>
        <w:tc>
          <w:tcPr>
            <w:tcW w:type="dxa" w:w="2494"/>
          </w:tcPr>
          <w:p>
            <w:pPr>
              <w:bidi/>
              <w:spacing w:before="0" w:after="40"/>
              <w:jc w:val="both"/>
            </w:pPr>
            <w:r>
              <w:rPr>
                <w:rtl/>
              </w:rPr>
              <w:t>30</w:t>
            </w:r>
          </w:p>
        </w:tc>
        <w:tc>
          <w:tcPr>
            <w:tcW w:type="dxa" w:w="2494"/>
          </w:tcPr>
          <w:p>
            <w:pPr>
              <w:bidi/>
              <w:spacing w:before="0" w:after="40"/>
              <w:jc w:val="both"/>
            </w:pPr>
            <w:r>
              <w:rPr>
                <w:rtl/>
              </w:rPr>
              <w:t>6</w:t>
            </w:r>
          </w:p>
        </w:tc>
        <w:tc>
          <w:tcPr>
            <w:tcW w:type="dxa" w:w="2494"/>
          </w:tcPr>
          <w:p>
            <w:pPr>
              <w:bidi/>
              <w:spacing w:before="0" w:after="40"/>
              <w:jc w:val="both"/>
            </w:pPr>
            <w:r>
              <w:rPr>
                <w:color w:val="0F7A4F"/>
                <w:rtl/>
              </w:rPr>
              <w:t>5</w:t>
            </w:r>
          </w:p>
        </w:tc>
        <w:tc>
          <w:tcPr>
            <w:tcW w:type="dxa" w:w="2494"/>
          </w:tcPr>
          <w:p>
            <w:pPr>
              <w:bidi/>
              <w:spacing w:before="0" w:after="40"/>
              <w:jc w:val="both"/>
            </w:pPr>
            <w:r>
              <w:rPr>
                <w:color w:val="0F7A4F"/>
                <w:rtl/>
              </w:rPr>
              <w:t>‪5 × 6 = 30‬</w:t>
            </w:r>
          </w:p>
        </w:tc>
      </w:tr>
      <w:tr>
        <w:tc>
          <w:tcPr>
            <w:tcW w:type="dxa" w:w="2494"/>
          </w:tcPr>
          <w:p>
            <w:pPr>
              <w:bidi/>
              <w:spacing w:before="0" w:after="40"/>
              <w:jc w:val="both"/>
            </w:pPr>
            <w:r>
              <w:rPr>
                <w:rtl/>
              </w:rPr>
              <w:t>56</w:t>
            </w:r>
          </w:p>
        </w:tc>
        <w:tc>
          <w:tcPr>
            <w:tcW w:type="dxa" w:w="2494"/>
          </w:tcPr>
          <w:p>
            <w:pPr>
              <w:bidi/>
              <w:spacing w:before="0" w:after="40"/>
              <w:jc w:val="both"/>
            </w:pPr>
            <w:r>
              <w:rPr>
                <w:rtl/>
              </w:rPr>
              <w:t>7</w:t>
            </w:r>
          </w:p>
        </w:tc>
        <w:tc>
          <w:tcPr>
            <w:tcW w:type="dxa" w:w="2494"/>
          </w:tcPr>
          <w:p>
            <w:pPr>
              <w:bidi/>
              <w:spacing w:before="0" w:after="40"/>
              <w:jc w:val="both"/>
            </w:pPr>
            <w:r>
              <w:rPr>
                <w:color w:val="0F7A4F"/>
                <w:rtl/>
              </w:rPr>
              <w:t>8</w:t>
            </w:r>
          </w:p>
        </w:tc>
        <w:tc>
          <w:tcPr>
            <w:tcW w:type="dxa" w:w="2494"/>
          </w:tcPr>
          <w:p>
            <w:pPr>
              <w:bidi/>
              <w:spacing w:before="0" w:after="40"/>
              <w:jc w:val="both"/>
            </w:pPr>
            <w:r>
              <w:rPr>
                <w:color w:val="0F7A4F"/>
                <w:rtl/>
              </w:rPr>
              <w:t>‪8 × 7 = 56‬</w:t>
            </w:r>
          </w:p>
        </w:tc>
      </w:tr>
      <w:tr>
        <w:tc>
          <w:tcPr>
            <w:tcW w:type="dxa" w:w="2494"/>
          </w:tcPr>
          <w:p>
            <w:pPr>
              <w:bidi/>
              <w:spacing w:before="0" w:after="40"/>
              <w:jc w:val="both"/>
            </w:pPr>
            <w:r>
              <w:rPr>
                <w:rtl/>
              </w:rPr>
              <w:t>36</w:t>
            </w:r>
          </w:p>
        </w:tc>
        <w:tc>
          <w:tcPr>
            <w:tcW w:type="dxa" w:w="2494"/>
          </w:tcPr>
          <w:p>
            <w:pPr>
              <w:bidi/>
              <w:spacing w:before="0" w:after="40"/>
              <w:jc w:val="both"/>
            </w:pPr>
            <w:r>
              <w:rPr>
                <w:rtl/>
              </w:rPr>
              <w:t>4</w:t>
            </w:r>
          </w:p>
        </w:tc>
        <w:tc>
          <w:tcPr>
            <w:tcW w:type="dxa" w:w="2494"/>
          </w:tcPr>
          <w:p>
            <w:pPr>
              <w:bidi/>
              <w:spacing w:before="0" w:after="40"/>
              <w:jc w:val="both"/>
            </w:pPr>
            <w:r>
              <w:rPr>
                <w:color w:val="0F7A4F"/>
                <w:rtl/>
              </w:rPr>
              <w:t>9</w:t>
            </w:r>
          </w:p>
        </w:tc>
        <w:tc>
          <w:tcPr>
            <w:tcW w:type="dxa" w:w="2494"/>
          </w:tcPr>
          <w:p>
            <w:pPr>
              <w:bidi/>
              <w:spacing w:before="0" w:after="40"/>
              <w:jc w:val="both"/>
            </w:pPr>
            <w:r>
              <w:rPr>
                <w:color w:val="0F7A4F"/>
                <w:rtl/>
              </w:rPr>
              <w:t>‪9 × 4 = 36‬</w:t>
            </w:r>
          </w:p>
        </w:tc>
      </w:tr>
      <w:tr>
        <w:tc>
          <w:tcPr>
            <w:tcW w:type="dxa" w:w="2494"/>
          </w:tcPr>
          <w:p>
            <w:pPr>
              <w:bidi/>
              <w:spacing w:before="0" w:after="40"/>
              <w:jc w:val="both"/>
            </w:pPr>
            <w:r>
              <w:rPr>
                <w:rtl/>
              </w:rPr>
              <w:t>72</w:t>
            </w:r>
          </w:p>
        </w:tc>
        <w:tc>
          <w:tcPr>
            <w:tcW w:type="dxa" w:w="2494"/>
          </w:tcPr>
          <w:p>
            <w:pPr>
              <w:bidi/>
              <w:spacing w:before="0" w:after="40"/>
              <w:jc w:val="both"/>
            </w:pPr>
            <w:r>
              <w:rPr>
                <w:rtl/>
              </w:rPr>
              <w:t>9</w:t>
            </w:r>
          </w:p>
        </w:tc>
        <w:tc>
          <w:tcPr>
            <w:tcW w:type="dxa" w:w="2494"/>
          </w:tcPr>
          <w:p>
            <w:pPr>
              <w:bidi/>
              <w:spacing w:before="0" w:after="40"/>
              <w:jc w:val="both"/>
            </w:pPr>
            <w:r>
              <w:rPr>
                <w:color w:val="0F7A4F"/>
                <w:rtl/>
              </w:rPr>
              <w:t>8</w:t>
            </w:r>
          </w:p>
        </w:tc>
        <w:tc>
          <w:tcPr>
            <w:tcW w:type="dxa" w:w="2494"/>
          </w:tcPr>
          <w:p>
            <w:pPr>
              <w:bidi/>
              <w:spacing w:before="0" w:after="40"/>
              <w:jc w:val="both"/>
            </w:pPr>
            <w:r>
              <w:rPr>
                <w:color w:val="0F7A4F"/>
                <w:rtl/>
              </w:rPr>
              <w:t>‪8 × 9 = 72‬</w:t>
            </w:r>
          </w:p>
        </w:tc>
      </w:tr>
      <w:tr>
        <w:tc>
          <w:tcPr>
            <w:tcW w:type="dxa" w:w="2494"/>
          </w:tcPr>
          <w:p>
            <w:pPr>
              <w:bidi/>
              <w:spacing w:before="0" w:after="40"/>
              <w:jc w:val="both"/>
            </w:pPr>
            <w:r>
              <w:rPr>
                <w:rtl/>
              </w:rPr>
              <w:t>50</w:t>
            </w:r>
          </w:p>
        </w:tc>
        <w:tc>
          <w:tcPr>
            <w:tcW w:type="dxa" w:w="2494"/>
          </w:tcPr>
          <w:p>
            <w:pPr>
              <w:bidi/>
              <w:spacing w:before="0" w:after="40"/>
              <w:jc w:val="both"/>
            </w:pPr>
            <w:r>
              <w:rPr>
                <w:rtl/>
              </w:rPr>
              <w:t>10</w:t>
            </w:r>
          </w:p>
        </w:tc>
        <w:tc>
          <w:tcPr>
            <w:tcW w:type="dxa" w:w="2494"/>
          </w:tcPr>
          <w:p>
            <w:pPr>
              <w:bidi/>
              <w:spacing w:before="0" w:after="40"/>
              <w:jc w:val="both"/>
            </w:pPr>
            <w:r>
              <w:rPr>
                <w:color w:val="0F7A4F"/>
                <w:rtl/>
              </w:rPr>
              <w:t>5</w:t>
            </w:r>
          </w:p>
        </w:tc>
        <w:tc>
          <w:tcPr>
            <w:tcW w:type="dxa" w:w="2494"/>
          </w:tcPr>
          <w:p>
            <w:pPr>
              <w:bidi/>
              <w:spacing w:before="0" w:after="40"/>
              <w:jc w:val="both"/>
            </w:pPr>
            <w:r>
              <w:rPr>
                <w:color w:val="0F7A4F"/>
                <w:rtl/>
              </w:rPr>
              <w:t>‪5 × 10 = 50‬</w:t>
            </w:r>
          </w:p>
        </w:tc>
      </w:tr>
    </w:tbl>
    <w:p>
      <w:pPr>
        <w:bidi/>
        <w:spacing w:before="0" w:after="40"/>
        <w:jc w:val="both"/>
      </w:pPr>
    </w:p>
    <w:p>
      <w:pPr>
        <w:bidi/>
        <w:spacing w:before="160" w:after="60"/>
        <w:jc w:val="both"/>
      </w:pPr>
      <w:r>
        <w:rPr>
          <w:b/>
          <w:bCs/>
          <w:sz w:val="26"/>
          <w:szCs w:val="26"/>
          <w:rtl/>
        </w:rPr>
        <w:t>3. [קל] השלימו את משפחת התרגילים.</w:t>
      </w:r>
    </w:p>
    <w:p>
      <w:pPr>
        <w:bidi/>
        <w:spacing w:before="0" w:after="40"/>
        <w:jc w:val="both"/>
      </w:pPr>
      <w:r>
        <w:rPr>
          <w:rtl/>
        </w:rPr>
        <w:t>א. ‪8 × 3 = 24‬ ← ‪24 : 8 = 3‬</w:t>
      </w:r>
    </w:p>
    <w:p>
      <w:pPr>
        <w:bidi/>
        <w:spacing w:before="0" w:after="40"/>
        <w:jc w:val="both"/>
      </w:pPr>
      <w:r>
        <w:rPr>
          <w:rtl/>
        </w:rPr>
        <w:t>ב. ‪6 × 9 = 54‬ ← ‪54 : 9 = 6‬</w:t>
      </w:r>
    </w:p>
    <w:p>
      <w:pPr>
        <w:bidi/>
        <w:spacing w:before="0" w:after="40"/>
        <w:jc w:val="both"/>
      </w:pPr>
      <w:r>
        <w:rPr>
          <w:rtl/>
        </w:rPr>
        <w:t>ג. ‪7 × 7 = 49‬ ← ‪49 : 7 = 7‬</w:t>
      </w:r>
    </w:p>
    <w:p>
      <w:pPr>
        <w:bidi/>
        <w:spacing w:before="0" w:after="40"/>
        <w:jc w:val="both"/>
      </w:pPr>
      <w:r>
        <w:rPr>
          <w:rtl/>
        </w:rPr>
        <w:t>ד. ‪5 × 6 = 30‬ ← ‪30 : 5 = 6‬</w:t>
      </w:r>
    </w:p>
    <w:p>
      <w:pPr>
        <w:bidi/>
        <w:spacing w:before="160" w:after="60"/>
        <w:jc w:val="both"/>
      </w:pPr>
      <w:r>
        <w:rPr>
          <w:b/>
          <w:bCs/>
          <w:sz w:val="26"/>
          <w:szCs w:val="26"/>
          <w:rtl/>
        </w:rPr>
        <w:t>4. [קל] התאימו לכל תרגיל חילוק את תרגיל הכפל שעוזר לפתור אותו.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‪32 : 8‬</w:t>
            </w:r>
          </w:p>
        </w:tc>
        <w:tc>
          <w:tcPr>
            <w:tcW w:type="dxa" w:w="4989"/>
          </w:tcPr>
          <w:p>
            <w:pPr>
              <w:bidi/>
              <w:spacing w:before="0" w:after="40"/>
              <w:jc w:val="both"/>
            </w:pPr>
            <w:r>
              <w:rPr>
                <w:rtl/>
              </w:rPr>
              <w:t>[1] ‪4 × 8 = 32‬</w:t>
            </w:r>
          </w:p>
        </w:tc>
      </w:tr>
      <w:tr>
        <w:tc>
          <w:tcPr>
            <w:tcW w:type="dxa" w:w="4989"/>
          </w:tcPr>
          <w:p>
            <w:pPr>
              <w:bidi/>
              <w:spacing w:before="0" w:after="40"/>
              <w:jc w:val="both"/>
            </w:pPr>
            <w:r>
              <w:rPr>
                <w:rtl/>
              </w:rPr>
              <w:t>2. ‪45 : 5‬</w:t>
            </w:r>
          </w:p>
        </w:tc>
        <w:tc>
          <w:tcPr>
            <w:tcW w:type="dxa" w:w="4989"/>
          </w:tcPr>
          <w:p>
            <w:pPr>
              <w:bidi/>
              <w:spacing w:before="0" w:after="40"/>
              <w:jc w:val="both"/>
            </w:pPr>
            <w:r>
              <w:rPr>
                <w:rtl/>
              </w:rPr>
              <w:t>[2] ‪9 × 5 = 45‬</w:t>
            </w:r>
          </w:p>
        </w:tc>
      </w:tr>
      <w:tr>
        <w:tc>
          <w:tcPr>
            <w:tcW w:type="dxa" w:w="4989"/>
          </w:tcPr>
          <w:p>
            <w:pPr>
              <w:bidi/>
              <w:spacing w:before="0" w:after="40"/>
              <w:jc w:val="both"/>
            </w:pPr>
            <w:r>
              <w:rPr>
                <w:rtl/>
              </w:rPr>
              <w:t>3. ‪42 : 7‬</w:t>
            </w:r>
          </w:p>
        </w:tc>
        <w:tc>
          <w:tcPr>
            <w:tcW w:type="dxa" w:w="4989"/>
          </w:tcPr>
          <w:p>
            <w:pPr>
              <w:bidi/>
              <w:spacing w:before="0" w:after="40"/>
              <w:jc w:val="both"/>
            </w:pPr>
            <w:r>
              <w:rPr>
                <w:rtl/>
              </w:rPr>
              <w:t>[4] ‪3 × 6 = 18‬</w:t>
            </w:r>
          </w:p>
        </w:tc>
      </w:tr>
      <w:tr>
        <w:tc>
          <w:tcPr>
            <w:tcW w:type="dxa" w:w="4989"/>
          </w:tcPr>
          <w:p>
            <w:pPr>
              <w:bidi/>
              <w:spacing w:before="0" w:after="40"/>
              <w:jc w:val="both"/>
            </w:pPr>
            <w:r>
              <w:rPr>
                <w:rtl/>
              </w:rPr>
              <w:t>4. ‪18 : 6‬</w:t>
            </w:r>
          </w:p>
        </w:tc>
        <w:tc>
          <w:tcPr>
            <w:tcW w:type="dxa" w:w="4989"/>
          </w:tcPr>
          <w:p>
            <w:pPr>
              <w:bidi/>
              <w:spacing w:before="0" w:after="40"/>
              <w:jc w:val="both"/>
            </w:pPr>
            <w:r>
              <w:rPr>
                <w:rtl/>
              </w:rPr>
              <w:t>[3] ‪6 × 7 = 42‬</w:t>
            </w:r>
          </w:p>
        </w:tc>
      </w:tr>
      <w:tr>
        <w:tc>
          <w:tcPr>
            <w:tcW w:type="dxa" w:w="4989"/>
          </w:tcPr>
          <w:p>
            <w:pPr>
              <w:bidi/>
              <w:spacing w:before="0" w:after="40"/>
              <w:jc w:val="both"/>
            </w:pPr>
            <w:r>
              <w:rPr>
                <w:rtl/>
              </w:rPr>
              <w:t>5. ‪70 : 10‬</w:t>
            </w:r>
          </w:p>
        </w:tc>
        <w:tc>
          <w:tcPr>
            <w:tcW w:type="dxa" w:w="4989"/>
          </w:tcPr>
          <w:p>
            <w:pPr>
              <w:bidi/>
              <w:spacing w:before="0" w:after="40"/>
              <w:jc w:val="both"/>
            </w:pPr>
            <w:r>
              <w:rPr>
                <w:rtl/>
              </w:rPr>
              <w:t>[5] ‪7 × 10 = 70‬</w:t>
            </w:r>
          </w:p>
        </w:tc>
      </w:tr>
    </w:tbl>
    <w:p>
      <w:pPr>
        <w:bidi/>
        <w:spacing w:before="0" w:after="40"/>
        <w:jc w:val="both"/>
      </w:pPr>
    </w:p>
    <w:p>
      <w:pPr>
        <w:bidi/>
        <w:spacing w:before="160" w:after="60"/>
        <w:jc w:val="both"/>
      </w:pPr>
      <w:r>
        <w:rPr>
          <w:b/>
          <w:bCs/>
          <w:sz w:val="26"/>
          <w:szCs w:val="26"/>
          <w:rtl/>
        </w:rPr>
        <w:t>5. [בינוני] נכון או לא נכון?</w:t>
      </w:r>
    </w:p>
    <w:p>
      <w:pPr>
        <w:bidi/>
        <w:spacing w:before="0" w:after="40"/>
        <w:jc w:val="both"/>
      </w:pPr>
      <w:r>
        <w:rPr>
          <w:rtl/>
        </w:rPr>
        <w:t>א. כל מספר מחולק ב-1 שווה לעצמו: ‪9 : 1 = 9‬. – נכון</w:t>
      </w:r>
    </w:p>
    <w:p>
      <w:pPr>
        <w:bidi/>
        <w:spacing w:before="0" w:after="40"/>
        <w:jc w:val="both"/>
      </w:pPr>
      <w:r>
        <w:rPr>
          <w:rtl/>
        </w:rPr>
        <w:t>ב. בתרגיל ‪20 : 4 = 5‬, המספר 20 הוא המחולק. – נכון</w:t>
      </w:r>
    </w:p>
    <w:p>
      <w:pPr>
        <w:bidi/>
        <w:spacing w:before="0" w:after="40"/>
        <w:jc w:val="both"/>
      </w:pPr>
      <w:r>
        <w:rPr>
          <w:rtl/>
        </w:rPr>
        <w:t>ג. ‪48 : 6 = 9‬ – לא נכון – ‪48 : 6 = 8‬</w:t>
      </w:r>
    </w:p>
    <w:p>
      <w:pPr>
        <w:bidi/>
        <w:spacing w:before="0" w:after="40"/>
        <w:jc w:val="both"/>
      </w:pPr>
      <w:r>
        <w:rPr>
          <w:rtl/>
        </w:rPr>
        <w:t>ד. חילוק וכפל הן פעולות הפוכות. – נכון</w:t>
      </w:r>
    </w:p>
    <w:p>
      <w:pPr>
        <w:bidi/>
        <w:spacing w:before="160" w:after="60"/>
        <w:jc w:val="both"/>
      </w:pPr>
      <w:r>
        <w:rPr>
          <w:b/>
          <w:bCs/>
          <w:sz w:val="26"/>
          <w:szCs w:val="26"/>
          <w:rtl/>
        </w:rPr>
        <w:t>6. [בינוני] בחרו.</w:t>
      </w:r>
    </w:p>
    <w:p>
      <w:pPr>
        <w:bidi/>
        <w:spacing w:before="0" w:after="20"/>
        <w:jc w:val="both"/>
      </w:pPr>
      <w:r>
        <w:rPr>
          <w:rtl/>
        </w:rPr>
        <w:t>א. מה המנה בתרגיל ‪56 : 7‬?</w:t>
      </w:r>
    </w:p>
    <w:p>
      <w:pPr>
        <w:bidi/>
        <w:spacing w:before="0" w:after="80"/>
        <w:jc w:val="both"/>
      </w:pPr>
      <w:r>
        <w:rPr>
          <w:b/>
          <w:bCs/>
          <w:color w:val="0F7A4F"/>
          <w:rtl/>
        </w:rPr>
        <w:t xml:space="preserve">   ✔ 8</w:t>
      </w:r>
    </w:p>
    <w:p>
      <w:pPr>
        <w:bidi/>
        <w:spacing w:before="0" w:after="20"/>
        <w:jc w:val="both"/>
      </w:pPr>
      <w:r>
        <w:rPr>
          <w:rtl/>
        </w:rPr>
        <w:t>ב. 6 ילדים חילקו ביניהם 30 גולות שווה בשווה. כמה קיבל כל ילד?</w:t>
      </w:r>
    </w:p>
    <w:p>
      <w:pPr>
        <w:bidi/>
        <w:spacing w:before="0" w:after="80"/>
        <w:jc w:val="both"/>
      </w:pPr>
      <w:r>
        <w:rPr>
          <w:b/>
          <w:bCs/>
          <w:color w:val="0F7A4F"/>
          <w:rtl/>
        </w:rPr>
        <w:t xml:space="preserve">   ✔ 5</w:t>
      </w:r>
    </w:p>
    <w:p>
      <w:pPr>
        <w:bidi/>
        <w:spacing w:before="160" w:after="60"/>
        <w:jc w:val="both"/>
      </w:pPr>
      <w:r>
        <w:rPr>
          <w:b/>
          <w:bCs/>
          <w:sz w:val="26"/>
          <w:szCs w:val="26"/>
          <w:rtl/>
        </w:rPr>
        <w:t>7. [בינוני] מיינו את הבעיות: איזו שאלה שואלת «כמה בכל קבוצה?» ואיזו «כמה קבוצות?»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כמה בכל קבוצה?</w:t>
            </w:r>
          </w:p>
        </w:tc>
        <w:tc>
          <w:tcPr>
            <w:tcW w:type="dxa" w:w="4989"/>
            <w:shd w:val="clear" w:color="auto" w:fill="0f766e"/>
          </w:tcPr>
          <w:p>
            <w:pPr>
              <w:bidi/>
              <w:spacing w:before="0" w:after="40"/>
              <w:jc w:val="both"/>
            </w:pPr>
            <w:r>
              <w:rPr>
                <w:b/>
                <w:bCs/>
                <w:color w:val="FFFFFF"/>
                <w:rtl/>
              </w:rPr>
              <w:t>כמה קבוצות?</w:t>
            </w:r>
          </w:p>
        </w:tc>
      </w:tr>
      <w:tr>
        <w:tc>
          <w:tcPr>
            <w:tcW w:type="dxa" w:w="4989"/>
          </w:tcPr>
          <w:p>
            <w:pPr>
              <w:bidi/>
              <w:spacing w:before="0" w:after="40"/>
              <w:jc w:val="both"/>
            </w:pPr>
            <w:r>
              <w:rPr>
                <w:rtl/>
              </w:rPr>
              <w:t>20 כדורים ל-4 ילדים, כמה לכל ילד?, 18 עפרונות ל-3 קלמרים, כמה בכל קלמר?</w:t>
            </w:r>
          </w:p>
        </w:tc>
        <w:tc>
          <w:tcPr>
            <w:tcW w:type="dxa" w:w="4989"/>
          </w:tcPr>
          <w:p>
            <w:pPr>
              <w:bidi/>
              <w:spacing w:before="0" w:after="40"/>
              <w:jc w:val="both"/>
            </w:pPr>
            <w:r>
              <w:rPr>
                <w:rtl/>
              </w:rPr>
              <w:t>20 כדורים, 5 בכל שק. כמה שקים?, 18 עפרונות, 6 בכל קלמר. כמה קלמרים?</w:t>
            </w:r>
          </w:p>
        </w:tc>
      </w:tr>
    </w:tbl>
    <w:p>
      <w:pPr>
        <w:bidi/>
        <w:spacing w:before="0" w:after="40"/>
        <w:jc w:val="both"/>
      </w:pPr>
    </w:p>
    <w:p>
      <w:pPr>
        <w:bidi/>
        <w:spacing w:before="160" w:after="60"/>
        <w:jc w:val="both"/>
      </w:pPr>
      <w:r>
        <w:rPr>
          <w:b/>
          <w:bCs/>
          <w:sz w:val="26"/>
          <w:szCs w:val="26"/>
          <w:rtl/>
        </w:rPr>
        <w:t>8. [בינוני] השלימו את המספר החסר.</w:t>
      </w:r>
    </w:p>
    <w:p>
      <w:pPr>
        <w:bidi/>
        <w:spacing w:before="0" w:after="40"/>
        <w:jc w:val="both"/>
      </w:pPr>
      <w:r>
        <w:rPr>
          <w:rtl/>
        </w:rPr>
        <w:t>א. ‪27 : 3 = 9‬</w:t>
      </w:r>
    </w:p>
    <w:p>
      <w:pPr>
        <w:bidi/>
        <w:spacing w:before="0" w:after="40"/>
        <w:jc w:val="both"/>
      </w:pPr>
      <w:r>
        <w:rPr>
          <w:rtl/>
        </w:rPr>
        <w:t>ב. ‪40 : 8 = 5‬</w:t>
      </w:r>
    </w:p>
    <w:p>
      <w:pPr>
        <w:bidi/>
        <w:spacing w:before="0" w:after="40"/>
        <w:jc w:val="both"/>
      </w:pPr>
      <w:r>
        <w:rPr>
          <w:rtl/>
        </w:rPr>
        <w:t>ג. ‪63 : 9 = 7‬</w:t>
      </w:r>
    </w:p>
    <w:p>
      <w:pPr>
        <w:bidi/>
        <w:spacing w:before="0" w:after="40"/>
        <w:jc w:val="both"/>
      </w:pPr>
      <w:r>
        <w:rPr>
          <w:rtl/>
        </w:rPr>
        <w:t>ד. ‪40 : 4 = 10‬</w:t>
      </w:r>
    </w:p>
    <w:p>
      <w:pPr>
        <w:bidi/>
        <w:spacing w:before="160" w:after="60"/>
        <w:jc w:val="both"/>
      </w:pPr>
      <w:r>
        <w:rPr>
          <w:b/>
          <w:bCs/>
          <w:sz w:val="26"/>
          <w:szCs w:val="26"/>
          <w:rtl/>
        </w:rPr>
        <w:t>9. [בינוני] שרטטו 24 ריבועים במערך של 4 שורות. כמה ריבועים בכל שורה? כתבו תרגיל חילוק ותרגיל כפל.</w:t>
      </w:r>
    </w:p>
    <w:p>
      <w:pPr>
        <w:bidi/>
        <w:spacing w:before="0" w:after="80"/>
        <w:jc w:val="both"/>
      </w:pPr>
      <w:r>
        <w:rPr>
          <w:color w:val="0F7A4F"/>
          <w:rtl/>
        </w:rPr>
        <w:t>תשובה אפשרית: בכל שורה 6 ריבועים: ‪24 : 4 = 6‬, ‪4 × 6 = 24‬.</w:t>
      </w:r>
    </w:p>
    <w:p>
      <w:pPr>
        <w:bidi/>
        <w:spacing w:before="160" w:after="60"/>
        <w:jc w:val="both"/>
      </w:pPr>
      <w:r>
        <w:rPr>
          <w:b/>
          <w:bCs/>
          <w:sz w:val="26"/>
          <w:szCs w:val="26"/>
          <w:rtl/>
        </w:rPr>
        <w:t>10. [בינוני] הסבירו: נועם אומר ש-‪35 : 5 = 6‬. מה הטעות שלו, ואיך אפשר לגלות אותה?</w:t>
      </w:r>
    </w:p>
    <w:p>
      <w:pPr>
        <w:bidi/>
        <w:spacing w:before="0" w:after="80"/>
        <w:jc w:val="both"/>
      </w:pPr>
      <w:r>
        <w:rPr>
          <w:color w:val="0F7A4F"/>
          <w:rtl/>
        </w:rPr>
        <w:t>תשובה אפשרית: בודקים בכפל: ‪6 × 5 = 30‬, לא 35. התשובה הנכונה: ‪35 : 5 = 7‬, כי ‪7 × 5 = 35‬.</w:t>
      </w:r>
    </w:p>
    <w:p>
      <w:pPr>
        <w:bidi/>
        <w:spacing w:before="160" w:after="60"/>
        <w:jc w:val="both"/>
      </w:pPr>
      <w:r>
        <w:rPr>
          <w:b/>
          <w:bCs/>
          <w:sz w:val="26"/>
          <w:szCs w:val="26"/>
          <w:rtl/>
        </w:rPr>
        <w:t>11. [בינוני] לפי הסיפור: כמה תפוזים היו בכל שקית?</w:t>
      </w:r>
    </w:p>
    <w:p>
      <w:pPr>
        <w:bidi/>
        <w:spacing w:before="0" w:after="80"/>
        <w:jc w:val="both"/>
      </w:pPr>
      <w:r>
        <w:rPr>
          <w:color w:val="0F7A4F"/>
          <w:rtl/>
        </w:rPr>
        <w:t>תשובה אפשרית: ‪36 : 4 = 9‬. תשובה: 9 תפוזים בכל שקית.</w:t>
      </w:r>
    </w:p>
    <w:p>
      <w:pPr>
        <w:bidi/>
        <w:spacing w:before="160" w:after="60"/>
        <w:jc w:val="both"/>
      </w:pPr>
      <w:r>
        <w:rPr>
          <w:b/>
          <w:bCs/>
          <w:sz w:val="26"/>
          <w:szCs w:val="26"/>
          <w:rtl/>
        </w:rPr>
        <w:t>12. [בינוני] לפי הסיפור: בכמה שקיות שם המוכר את המלפפונים?</w:t>
      </w:r>
    </w:p>
    <w:p>
      <w:pPr>
        <w:bidi/>
        <w:spacing w:before="0" w:after="80"/>
        <w:jc w:val="both"/>
      </w:pPr>
      <w:r>
        <w:rPr>
          <w:color w:val="0F7A4F"/>
          <w:rtl/>
        </w:rPr>
        <w:t>תשובה אפשרית: ‪15 : 5 = 3‬. תשובה: ב-3 שקיות.</w:t>
      </w:r>
    </w:p>
    <w:p>
      <w:pPr>
        <w:bidi/>
        <w:spacing w:before="160" w:after="60"/>
        <w:jc w:val="both"/>
      </w:pPr>
      <w:r>
        <w:rPr>
          <w:b/>
          <w:bCs/>
          <w:sz w:val="26"/>
          <w:szCs w:val="26"/>
          <w:rtl/>
        </w:rPr>
        <w:t>13. [בינוני] לפי הסיפור: כמה תמרים היו בכל צלחת? כתבו גם את תרגיל הבדיקה.</w:t>
      </w:r>
    </w:p>
    <w:p>
      <w:pPr>
        <w:bidi/>
        <w:spacing w:before="0" w:after="80"/>
        <w:jc w:val="both"/>
      </w:pPr>
      <w:r>
        <w:rPr>
          <w:color w:val="0F7A4F"/>
          <w:rtl/>
        </w:rPr>
        <w:t>תשובה אפשרית: ‪21 : 3 = 7‬. בדיקה: ‪7 × 3 = 21‬. תשובה: 7 תמרים בכל צלחת.</w:t>
      </w:r>
    </w:p>
    <w:p>
      <w:pPr>
        <w:bidi/>
        <w:spacing w:before="160" w:after="60"/>
        <w:jc w:val="both"/>
      </w:pPr>
      <w:r>
        <w:rPr>
          <w:b/>
          <w:bCs/>
          <w:sz w:val="26"/>
          <w:szCs w:val="26"/>
          <w:rtl/>
        </w:rPr>
        <w:t>14. [אתגר] אתגר: למיכל יש בין 20 ל-30 חרוזים. אם תחלק אותם ל-4 צמידים או ל-6 צמידים, לא יישאר אף חרוז. כמה חרוזים יש למיכל?</w:t>
      </w:r>
    </w:p>
    <w:p>
      <w:pPr>
        <w:bidi/>
        <w:spacing w:before="0" w:after="80"/>
        <w:jc w:val="both"/>
      </w:pPr>
      <w:r>
        <w:rPr>
          <w:color w:val="0F7A4F"/>
          <w:rtl/>
        </w:rPr>
        <w:t>תשובה אפשרית: ‪24: 24 : 4 = 6‬ וגם ‪24 : 6 = 4‬. (12 ו-36 לא בין 20 ל-30.)</w:t>
      </w:r>
    </w:p>
    <w:p>
      <w:pPr>
        <w:bidi/>
        <w:spacing w:before="240" w:after="40"/>
        <w:jc w:val="both"/>
      </w:pPr>
      <w:r>
        <w:rPr>
          <w:rFonts w:ascii="Arial Black" w:hAnsi="Arial Black" w:cs="Arial Black"/>
          <w:b/>
          <w:bCs/>
          <w:color w:val="0F766E"/>
          <w:sz w:val="34"/>
          <w:szCs w:val="34"/>
          <w:rtl/>
        </w:rPr>
        <w:t>📖 בעיות מילוליות</w:t>
      </w:r>
    </w:p>
    <w:p>
      <w:pPr>
        <w:bidi/>
        <w:spacing w:before="160" w:after="60"/>
        <w:jc w:val="both"/>
      </w:pPr>
      <w:r>
        <w:rPr>
          <w:b/>
          <w:bCs/>
          <w:sz w:val="26"/>
          <w:szCs w:val="26"/>
          <w:rtl/>
        </w:rPr>
        <w:t>15. [קל] סבתא אפתה 30 עוגיות וסידרה אותן שווה בשווה על 3 צלחות. כמה עוגיות יש על כל צלחת?</w:t>
      </w:r>
    </w:p>
    <w:p>
      <w:pPr>
        <w:bidi/>
        <w:spacing w:before="0" w:after="40"/>
        <w:jc w:val="both"/>
      </w:pPr>
      <w:r>
        <w:rPr>
          <w:color w:val="0F7A4F"/>
          <w:rtl/>
        </w:rPr>
        <w:t>דרך פתרון: ‪30 : 3 = 10‬ ; בדיקה: ‪3 × 10 = 30‬</w:t>
      </w:r>
    </w:p>
    <w:p>
      <w:pPr>
        <w:bidi/>
        <w:spacing w:before="0" w:after="80"/>
        <w:jc w:val="both"/>
      </w:pPr>
      <w:r>
        <w:rPr>
          <w:b/>
          <w:bCs/>
          <w:color w:val="0F7A4F"/>
          <w:rtl/>
        </w:rPr>
        <w:t>תשובה: על כל צלחת יש 10 עוגיות.</w:t>
      </w:r>
    </w:p>
    <w:p>
      <w:pPr>
        <w:bidi/>
        <w:spacing w:before="160" w:after="60"/>
        <w:jc w:val="both"/>
      </w:pPr>
      <w:r>
        <w:rPr>
          <w:b/>
          <w:bCs/>
          <w:sz w:val="26"/>
          <w:szCs w:val="26"/>
          <w:rtl/>
        </w:rPr>
        <w:t>16. [קל] בחבילה יש 18 עפרונות. נועם נותן 2 עפרונות לכל תלמיד. לכמה תלמידים יספיקו העפרונות?</w:t>
      </w:r>
    </w:p>
    <w:p>
      <w:pPr>
        <w:bidi/>
        <w:spacing w:before="0" w:after="40"/>
        <w:jc w:val="both"/>
      </w:pPr>
      <w:r>
        <w:rPr>
          <w:color w:val="0F7A4F"/>
          <w:rtl/>
        </w:rPr>
        <w:t>דרך פתרון: ‪18 : 2 = 9‬ ; בדיקה: ‪9 × 2 = 18‬</w:t>
      </w:r>
    </w:p>
    <w:p>
      <w:pPr>
        <w:bidi/>
        <w:spacing w:before="0" w:after="80"/>
        <w:jc w:val="both"/>
      </w:pPr>
      <w:r>
        <w:rPr>
          <w:b/>
          <w:bCs/>
          <w:color w:val="0F7A4F"/>
          <w:rtl/>
        </w:rPr>
        <w:t>תשובה: העפרונות יספיקו ל-9 תלמידים.</w:t>
      </w:r>
    </w:p>
    <w:p>
      <w:pPr>
        <w:bidi/>
        <w:spacing w:before="160" w:after="60"/>
        <w:jc w:val="both"/>
      </w:pPr>
      <w:r>
        <w:rPr>
          <w:b/>
          <w:bCs/>
          <w:sz w:val="26"/>
          <w:szCs w:val="26"/>
          <w:rtl/>
        </w:rPr>
        <w:t>17. [בינוני] באוטובוס של הטיול יש 36 מקומות ישיבה, 4 מקומות בכל שורה. כמה שורות יש באוטובוס?</w:t>
      </w:r>
    </w:p>
    <w:p>
      <w:pPr>
        <w:bidi/>
        <w:spacing w:before="0" w:after="40"/>
        <w:jc w:val="both"/>
      </w:pPr>
      <w:r>
        <w:rPr>
          <w:color w:val="0F7A4F"/>
          <w:rtl/>
        </w:rPr>
        <w:t>דרך פתרון: ‪36 : 4 = 9‬ ; בדיקה: ‪9 × 4 = 36‬</w:t>
      </w:r>
    </w:p>
    <w:p>
      <w:pPr>
        <w:bidi/>
        <w:spacing w:before="0" w:after="80"/>
        <w:jc w:val="both"/>
      </w:pPr>
      <w:r>
        <w:rPr>
          <w:b/>
          <w:bCs/>
          <w:color w:val="0F7A4F"/>
          <w:rtl/>
        </w:rPr>
        <w:t>תשובה: באוטובוס יש 9 שורות.</w:t>
      </w:r>
    </w:p>
    <w:p>
      <w:pPr>
        <w:bidi/>
        <w:spacing w:before="160" w:after="60"/>
        <w:jc w:val="both"/>
      </w:pPr>
      <w:r>
        <w:rPr>
          <w:b/>
          <w:bCs/>
          <w:sz w:val="26"/>
          <w:szCs w:val="26"/>
          <w:rtl/>
        </w:rPr>
        <w:t>18. [בינוני] מיכל קנתה 7 מחברות זהות ושילמה 63 ₪. כמה עלתה מחברת אחת?</w:t>
      </w:r>
    </w:p>
    <w:p>
      <w:pPr>
        <w:bidi/>
        <w:spacing w:before="0" w:after="40"/>
        <w:jc w:val="both"/>
      </w:pPr>
      <w:r>
        <w:rPr>
          <w:color w:val="0F7A4F"/>
          <w:rtl/>
        </w:rPr>
        <w:t>דרך פתרון: ‪63 : 7 = 9‬ ; בדיקה: ‪7 × 9 = 63‬</w:t>
      </w:r>
    </w:p>
    <w:p>
      <w:pPr>
        <w:bidi/>
        <w:spacing w:before="0" w:after="80"/>
        <w:jc w:val="both"/>
      </w:pPr>
      <w:r>
        <w:rPr>
          <w:b/>
          <w:bCs/>
          <w:color w:val="0F7A4F"/>
          <w:rtl/>
        </w:rPr>
        <w:t>תשובה: מחברת אחת עלתה 9 ₪.</w:t>
      </w:r>
    </w:p>
    <w:p>
      <w:pPr>
        <w:bidi/>
        <w:spacing w:before="160" w:after="60"/>
        <w:jc w:val="both"/>
      </w:pPr>
      <w:r>
        <w:rPr>
          <w:b/>
          <w:bCs/>
          <w:sz w:val="26"/>
          <w:szCs w:val="26"/>
          <w:rtl/>
        </w:rPr>
        <w:t>19. [אתגר] דניאל קנה לחגיגת הסיום 4 חבילות, ובכל חבילה 6 בלונים. הוא חילק את כל הבלונים שווה בשווה ל-3 כיתות. כמה בלונים קיבלה כל כיתה?</w:t>
      </w:r>
    </w:p>
    <w:p>
      <w:pPr>
        <w:bidi/>
        <w:spacing w:before="0" w:after="40"/>
        <w:jc w:val="both"/>
      </w:pPr>
      <w:r>
        <w:rPr>
          <w:color w:val="0F7A4F"/>
          <w:rtl/>
        </w:rPr>
        <w:t>דרך פתרון: ‪4 × 6 = 24‬ ; ‪24 : 3 = 8‬</w:t>
      </w:r>
    </w:p>
    <w:p>
      <w:pPr>
        <w:bidi/>
        <w:spacing w:before="0" w:after="80"/>
        <w:jc w:val="both"/>
      </w:pPr>
      <w:r>
        <w:rPr>
          <w:b/>
          <w:bCs/>
          <w:color w:val="0F7A4F"/>
          <w:rtl/>
        </w:rPr>
        <w:t>תשובה: כל כיתה קיבלה 8 בלונים.</w:t>
      </w:r>
    </w:p>
    <w:p>
      <w:pPr>
        <w:bidi/>
        <w:spacing w:before="160" w:after="60"/>
        <w:jc w:val="both"/>
      </w:pPr>
      <w:r>
        <w:rPr>
          <w:b/>
          <w:bCs/>
          <w:sz w:val="26"/>
          <w:szCs w:val="26"/>
          <w:rtl/>
        </w:rPr>
        <w:t>20. [אתגר] בארגז היו 50 תפוזים. 5 תפוזים היו רקובים וזרקו אותם. את השאר חילקו שווה בשווה ל-9 משפחות. כמה תפוזים קיבלה כל משפחה?</w:t>
      </w:r>
    </w:p>
    <w:p>
      <w:pPr>
        <w:bidi/>
        <w:spacing w:before="0" w:after="40"/>
        <w:jc w:val="both"/>
      </w:pPr>
      <w:r>
        <w:rPr>
          <w:color w:val="0F7A4F"/>
          <w:rtl/>
        </w:rPr>
        <w:t>דרך פתרון: ‪50 − 5 = 45‬ ; ‪45 : 9 = 5‬</w:t>
      </w:r>
    </w:p>
    <w:p>
      <w:pPr>
        <w:bidi/>
        <w:spacing w:before="0" w:after="80"/>
        <w:jc w:val="both"/>
      </w:pPr>
      <w:r>
        <w:rPr>
          <w:b/>
          <w:bCs/>
          <w:color w:val="0F7A4F"/>
          <w:rtl/>
        </w:rPr>
        <w:t>תשובה: כל משפחה קיבלה 5 תפוזים.</w:t>
      </w:r>
    </w:p>
    <w:p>
      <w:pPr>
        <w:bidi/>
        <w:spacing w:before="160" w:after="60"/>
        <w:jc w:val="both"/>
      </w:pPr>
      <w:r>
        <w:rPr>
          <w:b/>
          <w:bCs/>
          <w:color w:val="0F766E"/>
          <w:sz w:val="26"/>
          <w:szCs w:val="26"/>
          <w:rtl/>
        </w:rPr>
        <w:t>21. פתרו. גזרו את כרטיסי המנות, והדביקו כל מנה ליד תרגיל החילוק.</w:t>
      </w:r>
    </w:p>
    <w:tbl>
      <w:tblPr>
        <w:tblW w:type="auto" w:w="0"/>
        <w:tblLook w:firstColumn="1" w:firstRow="1" w:lastColumn="0" w:lastRow="0" w:noHBand="0" w:noVBand="1" w:val="04A0"/>
        <w:bidiVisual/>
        <w:tblLayout w:type="fixed"/>
      </w:tblPr>
      <w:tblGrid>
        <w:gridCol w:w="3326"/>
        <w:gridCol w:w="3326"/>
        <w:gridCol w:w="3326"/>
      </w:tblGrid>
      <w:tr>
        <w:trPr>
          <w:trHeight w:val="1304" w:hRule="exact"/>
        </w:trPr>
        <w:tc>
          <w:tcPr>
            <w:tcW w:type="dxa" w:w="510"/>
            <w:vAlign w:val="center"/>
          </w:tcPr>
          <w:p>
            <w:pPr>
              <w:bidi/>
              <w:spacing w:before="0" w:after="0"/>
              <w:jc w:val="center"/>
            </w:pPr>
            <w:r>
              <w:rPr>
                <w:b/>
                <w:bCs/>
                <w:sz w:val="25"/>
                <w:szCs w:val="25"/>
                <w:rtl/>
              </w:rPr>
              <w:t>1.</w:t>
            </w:r>
          </w:p>
        </w:tc>
        <w:tc>
          <w:tcPr>
            <w:tcW w:type="dxa" w:w="7257"/>
            <w:vAlign w:val="center"/>
          </w:tcPr>
          <w:p>
            <w:pPr>
              <w:bidi/>
              <w:spacing w:before="0" w:after="0"/>
              <w:jc w:val="both"/>
            </w:pPr>
            <w:r>
              <w:rPr>
                <w:sz w:val="25"/>
                <w:szCs w:val="25"/>
                <w:rtl/>
              </w:rPr>
              <w:t>‪24 : 6‬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40"/>
                <w:szCs w:val="40"/>
                <w:rtl/>
              </w:rPr>
              <w:t>4</w:t>
            </w:r>
          </w:p>
        </w:tc>
      </w:tr>
      <w:tr>
        <w:trPr>
          <w:trHeight w:val="1304" w:hRule="exact"/>
        </w:trPr>
        <w:tc>
          <w:tcPr>
            <w:tcW w:type="dxa" w:w="510"/>
            <w:vAlign w:val="center"/>
          </w:tcPr>
          <w:p>
            <w:pPr>
              <w:bidi/>
              <w:spacing w:before="0" w:after="0"/>
              <w:jc w:val="center"/>
            </w:pPr>
            <w:r>
              <w:rPr>
                <w:b/>
                <w:bCs/>
                <w:sz w:val="25"/>
                <w:szCs w:val="25"/>
                <w:rtl/>
              </w:rPr>
              <w:t>2.</w:t>
            </w:r>
          </w:p>
        </w:tc>
        <w:tc>
          <w:tcPr>
            <w:tcW w:type="dxa" w:w="7257"/>
            <w:vAlign w:val="center"/>
          </w:tcPr>
          <w:p>
            <w:pPr>
              <w:bidi/>
              <w:spacing w:before="0" w:after="0"/>
              <w:jc w:val="both"/>
            </w:pPr>
            <w:r>
              <w:rPr>
                <w:sz w:val="25"/>
                <w:szCs w:val="25"/>
                <w:rtl/>
              </w:rPr>
              <w:t>‪35 : 5‬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40"/>
                <w:szCs w:val="40"/>
                <w:rtl/>
              </w:rPr>
              <w:t>7</w:t>
            </w:r>
          </w:p>
        </w:tc>
      </w:tr>
      <w:tr>
        <w:trPr>
          <w:trHeight w:val="1304" w:hRule="exact"/>
        </w:trPr>
        <w:tc>
          <w:tcPr>
            <w:tcW w:type="dxa" w:w="510"/>
            <w:vAlign w:val="center"/>
          </w:tcPr>
          <w:p>
            <w:pPr>
              <w:bidi/>
              <w:spacing w:before="0" w:after="0"/>
              <w:jc w:val="center"/>
            </w:pPr>
            <w:r>
              <w:rPr>
                <w:b/>
                <w:bCs/>
                <w:sz w:val="25"/>
                <w:szCs w:val="25"/>
                <w:rtl/>
              </w:rPr>
              <w:t>3.</w:t>
            </w:r>
          </w:p>
        </w:tc>
        <w:tc>
          <w:tcPr>
            <w:tcW w:type="dxa" w:w="7257"/>
            <w:vAlign w:val="center"/>
          </w:tcPr>
          <w:p>
            <w:pPr>
              <w:bidi/>
              <w:spacing w:before="0" w:after="0"/>
              <w:jc w:val="both"/>
            </w:pPr>
            <w:r>
              <w:rPr>
                <w:sz w:val="25"/>
                <w:szCs w:val="25"/>
                <w:rtl/>
              </w:rPr>
              <w:t>‪72 : 8‬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40"/>
                <w:szCs w:val="40"/>
                <w:rtl/>
              </w:rPr>
              <w:t>9</w:t>
            </w:r>
          </w:p>
        </w:tc>
      </w:tr>
      <w:tr>
        <w:trPr>
          <w:trHeight w:val="1304" w:hRule="exact"/>
        </w:trPr>
        <w:tc>
          <w:tcPr>
            <w:tcW w:type="dxa" w:w="510"/>
            <w:vAlign w:val="center"/>
          </w:tcPr>
          <w:p>
            <w:pPr>
              <w:bidi/>
              <w:spacing w:before="0" w:after="0"/>
              <w:jc w:val="center"/>
            </w:pPr>
            <w:r>
              <w:rPr>
                <w:b/>
                <w:bCs/>
                <w:sz w:val="25"/>
                <w:szCs w:val="25"/>
                <w:rtl/>
              </w:rPr>
              <w:t>4.</w:t>
            </w:r>
          </w:p>
        </w:tc>
        <w:tc>
          <w:tcPr>
            <w:tcW w:type="dxa" w:w="7257"/>
            <w:vAlign w:val="center"/>
          </w:tcPr>
          <w:p>
            <w:pPr>
              <w:bidi/>
              <w:spacing w:before="0" w:after="0"/>
              <w:jc w:val="both"/>
            </w:pPr>
            <w:r>
              <w:rPr>
                <w:sz w:val="25"/>
                <w:szCs w:val="25"/>
                <w:rtl/>
              </w:rPr>
              <w:t>‪18 : 3‬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40"/>
                <w:szCs w:val="40"/>
                <w:rtl/>
              </w:rPr>
              <w:t>6</w:t>
            </w:r>
          </w:p>
        </w:tc>
      </w:tr>
      <w:tr>
        <w:trPr>
          <w:trHeight w:val="1304" w:hRule="exact"/>
        </w:trPr>
        <w:tc>
          <w:tcPr>
            <w:tcW w:type="dxa" w:w="510"/>
            <w:vAlign w:val="center"/>
          </w:tcPr>
          <w:p>
            <w:pPr>
              <w:bidi/>
              <w:spacing w:before="0" w:after="0"/>
              <w:jc w:val="center"/>
            </w:pPr>
            <w:r>
              <w:rPr>
                <w:b/>
                <w:bCs/>
                <w:sz w:val="25"/>
                <w:szCs w:val="25"/>
                <w:rtl/>
              </w:rPr>
              <w:t>5.</w:t>
            </w:r>
          </w:p>
        </w:tc>
        <w:tc>
          <w:tcPr>
            <w:tcW w:type="dxa" w:w="7257"/>
            <w:vAlign w:val="center"/>
          </w:tcPr>
          <w:p>
            <w:pPr>
              <w:bidi/>
              <w:spacing w:before="0" w:after="0"/>
              <w:jc w:val="both"/>
            </w:pPr>
            <w:r>
              <w:rPr>
                <w:sz w:val="25"/>
                <w:szCs w:val="25"/>
                <w:rtl/>
              </w:rPr>
              <w:t>‪40 : 5‬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40"/>
                <w:szCs w:val="40"/>
                <w:rtl/>
              </w:rPr>
              <w:t>8</w:t>
            </w:r>
          </w:p>
        </w:tc>
      </w:tr>
    </w:tbl>
    <w:p>
      <w:pPr>
        <w:bidi/>
        <w:spacing w:before="0" w:after="40"/>
        <w:jc w:val="both"/>
      </w:pPr>
    </w:p>
    <w:p>
      <w:pPr>
        <w:bidi/>
        <w:spacing w:before="160" w:after="60"/>
        <w:jc w:val="both"/>
      </w:pPr>
      <w:r>
        <w:rPr>
          <w:b/>
          <w:bCs/>
          <w:color w:val="0F766E"/>
          <w:sz w:val="26"/>
          <w:szCs w:val="26"/>
          <w:rtl/>
        </w:rPr>
        <w:t>22. קראו את ביאורי המילים.</w:t>
      </w:r>
    </w:p>
    <w:tbl>
      <w:tblPr>
        <w:tblW w:type="auto" w:w="0"/>
        <w:tblLook w:firstColumn="1" w:firstRow="1" w:lastColumn="0" w:lastRow="0" w:noHBand="0" w:noVBand="1" w:val="04A0"/>
        <w:bidiVisual/>
        <w:tblLayout w:type="fixed"/>
      </w:tblPr>
      <w:tblGrid>
        <w:gridCol w:w="9978"/>
      </w:tblGrid>
      <w:tr>
        <w:tc>
          <w:tcPr>
            <w:tcW w:type="dxa" w:w="9865"/>
            <w:tcBorders>
              <w:top w:val="single" w:sz="12" w:color="E0A800" w:space="0"/>
              <w:left w:val="single" w:sz="12" w:color="E0A800" w:space="0"/>
              <w:bottom w:val="single" w:sz="12" w:color="E0A800" w:space="0"/>
              <w:right w:val="single" w:sz="12" w:color="E0A800" w:space="0"/>
            </w:tcBorders>
            <w:shd w:val="clear" w:color="auto" w:fill="FFF8E1"/>
          </w:tcPr>
          <w:p>
            <w:pPr>
              <w:bidi/>
              <w:spacing w:before="0" w:after="60"/>
              <w:jc w:val="both"/>
            </w:pPr>
            <w:r>
              <w:rPr>
                <w:b/>
                <w:bCs/>
                <w:color w:val="8A5A00"/>
                <w:sz w:val="26"/>
                <w:szCs w:val="26"/>
                <w:rtl/>
              </w:rPr>
              <w:t>📖 ביאורי מילים</w:t>
            </w:r>
          </w:p>
          <w:p>
            <w:pPr>
              <w:bidi/>
              <w:spacing w:before="0" w:after="40"/>
              <w:jc w:val="both"/>
            </w:pPr>
            <w:r>
              <w:rPr>
                <w:b/>
                <w:bCs/>
                <w:sz w:val="24"/>
                <w:szCs w:val="24"/>
                <w:rtl/>
              </w:rPr>
              <w:t xml:space="preserve">מחולק – </w:t>
            </w:r>
            <w:r>
              <w:rPr>
                <w:sz w:val="24"/>
                <w:szCs w:val="24"/>
                <w:rtl/>
              </w:rPr>
              <w:t>המספר שמחלקים: ב-‪24 : 6‬ הוא 24</w:t>
            </w:r>
          </w:p>
          <w:p>
            <w:pPr>
              <w:bidi/>
              <w:spacing w:before="0" w:after="40"/>
              <w:jc w:val="both"/>
            </w:pPr>
            <w:r>
              <w:rPr>
                <w:b/>
                <w:bCs/>
                <w:sz w:val="24"/>
                <w:szCs w:val="24"/>
                <w:rtl/>
              </w:rPr>
              <w:t xml:space="preserve">מחלק – </w:t>
            </w:r>
            <w:r>
              <w:rPr>
                <w:sz w:val="24"/>
                <w:szCs w:val="24"/>
                <w:rtl/>
              </w:rPr>
              <w:t>המספר שמחלקים בו: ב-‪24 : 6‬ הוא 6</w:t>
            </w:r>
          </w:p>
          <w:p>
            <w:pPr>
              <w:bidi/>
              <w:spacing w:before="0" w:after="40"/>
              <w:jc w:val="both"/>
            </w:pPr>
            <w:r>
              <w:rPr>
                <w:b/>
                <w:bCs/>
                <w:sz w:val="24"/>
                <w:szCs w:val="24"/>
                <w:rtl/>
              </w:rPr>
              <w:t xml:space="preserve">מנה – </w:t>
            </w:r>
            <w:r>
              <w:rPr>
                <w:sz w:val="24"/>
                <w:szCs w:val="24"/>
                <w:rtl/>
              </w:rPr>
              <w:t>התוצאה של החילוק: ‪24 : 6 = 4‬</w:t>
            </w:r>
          </w:p>
          <w:p>
            <w:pPr>
              <w:bidi/>
              <w:spacing w:before="0" w:after="40"/>
              <w:jc w:val="both"/>
            </w:pPr>
            <w:r>
              <w:rPr>
                <w:b/>
                <w:bCs/>
                <w:sz w:val="24"/>
                <w:szCs w:val="24"/>
                <w:rtl/>
              </w:rPr>
              <w:t xml:space="preserve">תרגיל הפוך – </w:t>
            </w:r>
            <w:r>
              <w:rPr>
                <w:sz w:val="24"/>
                <w:szCs w:val="24"/>
                <w:rtl/>
              </w:rPr>
              <w:t>כפל שבודק חילוק: ‪4 × 6 = 24‬</w:t>
            </w:r>
          </w:p>
        </w:tc>
      </w:tr>
    </w:tbl>
    <w:p>
      <w:pPr>
        <w:bidi/>
        <w:spacing w:before="0" w:after="40"/>
        <w:jc w:val="both"/>
      </w:pPr>
    </w:p>
    <w:p>
      <w:pPr>
        <w:bidi/>
        <w:spacing w:before="0" w:after="80"/>
        <w:jc w:val="both"/>
      </w:pPr>
      <w:r>
        <w:rPr>
          <w:color w:val="0F7A4F"/>
          <w:sz w:val="24"/>
          <w:szCs w:val="24"/>
          <w:rtl/>
        </w:rPr>
        <w:t>כתבו תרגיל חילוק, ובדקו אותו בתרגיל כפל. תשובה אישית</w:t>
      </w:r>
    </w:p>
    <w:p>
      <w:pPr>
        <w:bidi/>
        <w:spacing w:before="160" w:after="80"/>
        <w:jc w:val="both"/>
      </w:pPr>
      <w:r>
        <w:rPr>
          <w:rFonts w:ascii="Arial Black" w:hAnsi="Arial Black" w:cs="Arial Black"/>
          <w:b/>
          <w:bCs/>
          <w:color w:val="0F766E"/>
          <w:sz w:val="30"/>
          <w:szCs w:val="30"/>
          <w:rtl/>
        </w:rPr>
        <w:t>פרק 4: כפל בעשרות שלמות ובמאות שלמות</w:t>
      </w:r>
    </w:p>
    <w:p>
      <w:pPr>
        <w:bidi/>
        <w:spacing w:before="160" w:after="60"/>
        <w:jc w:val="both"/>
      </w:pPr>
      <w:r>
        <w:rPr>
          <w:b/>
          <w:bCs/>
          <w:sz w:val="26"/>
          <w:szCs w:val="26"/>
          <w:rtl/>
        </w:rPr>
        <w:t>1. [קל] חשבו.</w:t>
      </w:r>
    </w:p>
    <w:p>
      <w:pPr>
        <w:bidi/>
        <w:spacing w:before="0" w:after="40"/>
        <w:jc w:val="both"/>
      </w:pPr>
      <w:r>
        <w:rPr>
          <w:rtl/>
        </w:rPr>
        <w:t>א. ‪8 × 10 = 80‬</w:t>
      </w:r>
    </w:p>
    <w:p>
      <w:pPr>
        <w:bidi/>
        <w:spacing w:before="0" w:after="40"/>
        <w:jc w:val="both"/>
      </w:pPr>
      <w:r>
        <w:rPr>
          <w:rtl/>
        </w:rPr>
        <w:t>ב. ‪56 × 10 = 560‬</w:t>
      </w:r>
    </w:p>
    <w:p>
      <w:pPr>
        <w:bidi/>
        <w:spacing w:before="0" w:after="40"/>
        <w:jc w:val="both"/>
      </w:pPr>
      <w:r>
        <w:rPr>
          <w:rtl/>
        </w:rPr>
        <w:t>ג. ‪9 × 100 = 900‬</w:t>
      </w:r>
    </w:p>
    <w:p>
      <w:pPr>
        <w:bidi/>
        <w:spacing w:before="0" w:after="40"/>
        <w:jc w:val="both"/>
      </w:pPr>
      <w:r>
        <w:rPr>
          <w:rtl/>
        </w:rPr>
        <w:t>ד. ‪10 × 30 = 300‬</w:t>
      </w:r>
    </w:p>
    <w:p>
      <w:pPr>
        <w:bidi/>
        <w:spacing w:before="0" w:after="40"/>
        <w:jc w:val="both"/>
      </w:pPr>
      <w:r>
        <w:rPr>
          <w:rtl/>
        </w:rPr>
        <w:t>ה. ‪3 × 100 = 300‬</w:t>
      </w:r>
    </w:p>
    <w:p>
      <w:pPr>
        <w:bidi/>
        <w:spacing w:before="0" w:after="40"/>
        <w:jc w:val="both"/>
      </w:pPr>
      <w:r>
        <w:rPr>
          <w:rtl/>
        </w:rPr>
        <w:t>ו. ‪10 × 10 = 100‬</w:t>
      </w:r>
    </w:p>
    <w:p>
      <w:pPr>
        <w:bidi/>
        <w:spacing w:before="160" w:after="60"/>
        <w:jc w:val="both"/>
      </w:pPr>
      <w:r>
        <w:rPr>
          <w:b/>
          <w:bCs/>
          <w:sz w:val="26"/>
          <w:szCs w:val="26"/>
          <w:rtl/>
        </w:rPr>
        <w:t>2. [קל] חשבו בעזרת לוח הכפל.</w:t>
      </w:r>
    </w:p>
    <w:p>
      <w:pPr>
        <w:bidi/>
        <w:spacing w:before="0" w:after="40"/>
        <w:jc w:val="both"/>
      </w:pPr>
      <w:r>
        <w:rPr>
          <w:rtl/>
        </w:rPr>
        <w:t>א. ‪3 × 40 = 120‬</w:t>
      </w:r>
    </w:p>
    <w:p>
      <w:pPr>
        <w:bidi/>
        <w:spacing w:before="0" w:after="40"/>
        <w:jc w:val="both"/>
      </w:pPr>
      <w:r>
        <w:rPr>
          <w:rtl/>
        </w:rPr>
        <w:t>ב. ‪5 × 30 = 150‬</w:t>
      </w:r>
    </w:p>
    <w:p>
      <w:pPr>
        <w:bidi/>
        <w:spacing w:before="0" w:after="40"/>
        <w:jc w:val="both"/>
      </w:pPr>
      <w:r>
        <w:rPr>
          <w:rtl/>
        </w:rPr>
        <w:t>ג. ‪7 × 20 = 140‬</w:t>
      </w:r>
    </w:p>
    <w:p>
      <w:pPr>
        <w:bidi/>
        <w:spacing w:before="0" w:after="40"/>
        <w:jc w:val="both"/>
      </w:pPr>
      <w:r>
        <w:rPr>
          <w:rtl/>
        </w:rPr>
        <w:t>ד. ‪6 × 60 = 360‬</w:t>
      </w:r>
    </w:p>
    <w:p>
      <w:pPr>
        <w:bidi/>
        <w:spacing w:before="0" w:after="40"/>
        <w:jc w:val="both"/>
      </w:pPr>
      <w:r>
        <w:rPr>
          <w:rtl/>
        </w:rPr>
        <w:t>ה. ‪9 × 50 = 450‬</w:t>
      </w:r>
    </w:p>
    <w:p>
      <w:pPr>
        <w:bidi/>
        <w:spacing w:before="0" w:after="40"/>
        <w:jc w:val="both"/>
      </w:pPr>
      <w:r>
        <w:rPr>
          <w:rtl/>
        </w:rPr>
        <w:t>ו. ‪4 × 70 = 280‬</w:t>
      </w:r>
    </w:p>
    <w:p>
      <w:pPr>
        <w:bidi/>
        <w:spacing w:before="0" w:after="40"/>
        <w:jc w:val="both"/>
      </w:pPr>
      <w:r>
        <w:rPr>
          <w:rtl/>
        </w:rPr>
        <w:t>ז. ‪8 × 80 = 640‬</w:t>
      </w:r>
    </w:p>
    <w:p>
      <w:pPr>
        <w:bidi/>
        <w:spacing w:before="0" w:after="40"/>
        <w:jc w:val="both"/>
      </w:pPr>
      <w:r>
        <w:rPr>
          <w:rtl/>
        </w:rPr>
        <w:t>ח. ‪7 × 90 = 630‬</w:t>
      </w:r>
    </w:p>
    <w:p>
      <w:pPr>
        <w:bidi/>
        <w:spacing w:before="160" w:after="60"/>
        <w:jc w:val="both"/>
      </w:pPr>
      <w:r>
        <w:rPr>
          <w:b/>
          <w:bCs/>
          <w:sz w:val="26"/>
          <w:szCs w:val="26"/>
          <w:rtl/>
        </w:rPr>
        <w:t>3. [קל] השלימו את הטבלה.</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jc w:val="both"/>
            </w:pPr>
            <w:r>
              <w:rPr>
                <w:b/>
                <w:bCs/>
                <w:color w:val="FFFFFF"/>
                <w:rtl/>
              </w:rPr>
              <w:t>×</w:t>
            </w:r>
          </w:p>
        </w:tc>
        <w:tc>
          <w:tcPr>
            <w:tcW w:type="dxa" w:w="2494"/>
            <w:shd w:val="clear" w:color="auto" w:fill="0f766e"/>
          </w:tcPr>
          <w:p>
            <w:pPr>
              <w:bidi/>
              <w:spacing w:before="0" w:after="40"/>
              <w:jc w:val="both"/>
            </w:pPr>
            <w:r>
              <w:rPr>
                <w:b/>
                <w:bCs/>
                <w:color w:val="FFFFFF"/>
                <w:rtl/>
              </w:rPr>
              <w:t>4</w:t>
            </w:r>
          </w:p>
        </w:tc>
        <w:tc>
          <w:tcPr>
            <w:tcW w:type="dxa" w:w="2494"/>
            <w:shd w:val="clear" w:color="auto" w:fill="0f766e"/>
          </w:tcPr>
          <w:p>
            <w:pPr>
              <w:bidi/>
              <w:spacing w:before="0" w:after="40"/>
              <w:jc w:val="both"/>
            </w:pPr>
            <w:r>
              <w:rPr>
                <w:b/>
                <w:bCs/>
                <w:color w:val="FFFFFF"/>
                <w:rtl/>
              </w:rPr>
              <w:t>40</w:t>
            </w:r>
          </w:p>
        </w:tc>
        <w:tc>
          <w:tcPr>
            <w:tcW w:type="dxa" w:w="2494"/>
            <w:shd w:val="clear" w:color="auto" w:fill="0f766e"/>
          </w:tcPr>
          <w:p>
            <w:pPr>
              <w:bidi/>
              <w:spacing w:before="0" w:after="40"/>
              <w:jc w:val="both"/>
            </w:pPr>
            <w:r>
              <w:rPr>
                <w:b/>
                <w:bCs/>
                <w:color w:val="FFFFFF"/>
                <w:rtl/>
              </w:rPr>
              <w:t>400</w:t>
            </w:r>
          </w:p>
        </w:tc>
      </w:tr>
      <w:tr>
        <w:tc>
          <w:tcPr>
            <w:tcW w:type="dxa" w:w="2494"/>
          </w:tcPr>
          <w:p>
            <w:pPr>
              <w:bidi/>
              <w:spacing w:before="0" w:after="40"/>
              <w:jc w:val="both"/>
            </w:pPr>
            <w:r>
              <w:rPr>
                <w:rtl/>
              </w:rPr>
              <w:t>2</w:t>
            </w:r>
          </w:p>
        </w:tc>
        <w:tc>
          <w:tcPr>
            <w:tcW w:type="dxa" w:w="2494"/>
          </w:tcPr>
          <w:p>
            <w:pPr>
              <w:bidi/>
              <w:spacing w:before="0" w:after="40"/>
              <w:jc w:val="both"/>
            </w:pPr>
            <w:r>
              <w:rPr>
                <w:color w:val="0F7A4F"/>
                <w:rtl/>
              </w:rPr>
              <w:t>8</w:t>
            </w:r>
          </w:p>
        </w:tc>
        <w:tc>
          <w:tcPr>
            <w:tcW w:type="dxa" w:w="2494"/>
          </w:tcPr>
          <w:p>
            <w:pPr>
              <w:bidi/>
              <w:spacing w:before="0" w:after="40"/>
              <w:jc w:val="both"/>
            </w:pPr>
            <w:r>
              <w:rPr>
                <w:color w:val="0F7A4F"/>
                <w:rtl/>
              </w:rPr>
              <w:t>80</w:t>
            </w:r>
          </w:p>
        </w:tc>
        <w:tc>
          <w:tcPr>
            <w:tcW w:type="dxa" w:w="2494"/>
          </w:tcPr>
          <w:p>
            <w:pPr>
              <w:bidi/>
              <w:spacing w:before="0" w:after="40"/>
              <w:jc w:val="both"/>
            </w:pPr>
            <w:r>
              <w:rPr>
                <w:color w:val="0F7A4F"/>
                <w:rtl/>
              </w:rPr>
              <w:t>800</w:t>
            </w:r>
          </w:p>
        </w:tc>
      </w:tr>
      <w:tr>
        <w:tc>
          <w:tcPr>
            <w:tcW w:type="dxa" w:w="2494"/>
          </w:tcPr>
          <w:p>
            <w:pPr>
              <w:bidi/>
              <w:spacing w:before="0" w:after="40"/>
              <w:jc w:val="both"/>
            </w:pPr>
            <w:r>
              <w:rPr>
                <w:rtl/>
              </w:rPr>
              <w:t>1</w:t>
            </w:r>
          </w:p>
        </w:tc>
        <w:tc>
          <w:tcPr>
            <w:tcW w:type="dxa" w:w="2494"/>
          </w:tcPr>
          <w:p>
            <w:pPr>
              <w:bidi/>
              <w:spacing w:before="0" w:after="40"/>
              <w:jc w:val="both"/>
            </w:pPr>
            <w:r>
              <w:rPr>
                <w:color w:val="0F7A4F"/>
                <w:rtl/>
              </w:rPr>
              <w:t>4</w:t>
            </w:r>
          </w:p>
        </w:tc>
        <w:tc>
          <w:tcPr>
            <w:tcW w:type="dxa" w:w="2494"/>
          </w:tcPr>
          <w:p>
            <w:pPr>
              <w:bidi/>
              <w:spacing w:before="0" w:after="40"/>
              <w:jc w:val="both"/>
            </w:pPr>
            <w:r>
              <w:rPr>
                <w:color w:val="0F7A4F"/>
                <w:rtl/>
              </w:rPr>
              <w:t>40</w:t>
            </w:r>
          </w:p>
        </w:tc>
        <w:tc>
          <w:tcPr>
            <w:tcW w:type="dxa" w:w="2494"/>
          </w:tcPr>
          <w:p>
            <w:pPr>
              <w:bidi/>
              <w:spacing w:before="0" w:after="40"/>
              <w:jc w:val="both"/>
            </w:pPr>
            <w:r>
              <w:rPr>
                <w:color w:val="0F7A4F"/>
                <w:rtl/>
              </w:rPr>
              <w:t>400</w:t>
            </w:r>
          </w:p>
        </w:tc>
      </w:tr>
    </w:tbl>
    <w:p>
      <w:pPr>
        <w:bidi/>
        <w:spacing w:before="0" w:after="40"/>
        <w:jc w:val="both"/>
      </w:pPr>
    </w:p>
    <w:p>
      <w:pPr>
        <w:bidi/>
        <w:spacing w:before="160" w:after="60"/>
        <w:jc w:val="both"/>
      </w:pPr>
      <w:r>
        <w:rPr>
          <w:b/>
          <w:bCs/>
          <w:sz w:val="26"/>
          <w:szCs w:val="26"/>
          <w:rtl/>
        </w:rPr>
        <w:t>4. [קל] השלימו את טבלת הכפל בעשרות.</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jc w:val="both"/>
            </w:pPr>
            <w:r>
              <w:rPr>
                <w:b/>
                <w:bCs/>
                <w:color w:val="FFFFFF"/>
                <w:rtl/>
              </w:rPr>
              <w:t>×</w:t>
            </w:r>
          </w:p>
        </w:tc>
        <w:tc>
          <w:tcPr>
            <w:tcW w:type="dxa" w:w="2494"/>
            <w:shd w:val="clear" w:color="auto" w:fill="0f766e"/>
          </w:tcPr>
          <w:p>
            <w:pPr>
              <w:bidi/>
              <w:spacing w:before="0" w:after="40"/>
              <w:jc w:val="both"/>
            </w:pPr>
            <w:r>
              <w:rPr>
                <w:b/>
                <w:bCs/>
                <w:color w:val="FFFFFF"/>
                <w:rtl/>
              </w:rPr>
              <w:t>20</w:t>
            </w:r>
          </w:p>
        </w:tc>
        <w:tc>
          <w:tcPr>
            <w:tcW w:type="dxa" w:w="2494"/>
            <w:shd w:val="clear" w:color="auto" w:fill="0f766e"/>
          </w:tcPr>
          <w:p>
            <w:pPr>
              <w:bidi/>
              <w:spacing w:before="0" w:after="40"/>
              <w:jc w:val="both"/>
            </w:pPr>
            <w:r>
              <w:rPr>
                <w:b/>
                <w:bCs/>
                <w:color w:val="FFFFFF"/>
                <w:rtl/>
              </w:rPr>
              <w:t>50</w:t>
            </w:r>
          </w:p>
        </w:tc>
        <w:tc>
          <w:tcPr>
            <w:tcW w:type="dxa" w:w="2494"/>
            <w:shd w:val="clear" w:color="auto" w:fill="0f766e"/>
          </w:tcPr>
          <w:p>
            <w:pPr>
              <w:bidi/>
              <w:spacing w:before="0" w:after="40"/>
              <w:jc w:val="both"/>
            </w:pPr>
            <w:r>
              <w:rPr>
                <w:b/>
                <w:bCs/>
                <w:color w:val="FFFFFF"/>
                <w:rtl/>
              </w:rPr>
              <w:t>70</w:t>
            </w:r>
          </w:p>
        </w:tc>
      </w:tr>
      <w:tr>
        <w:tc>
          <w:tcPr>
            <w:tcW w:type="dxa" w:w="2494"/>
          </w:tcPr>
          <w:p>
            <w:pPr>
              <w:bidi/>
              <w:spacing w:before="0" w:after="40"/>
              <w:jc w:val="both"/>
            </w:pPr>
            <w:r>
              <w:rPr>
                <w:rtl/>
              </w:rPr>
              <w:t>3</w:t>
            </w:r>
          </w:p>
        </w:tc>
        <w:tc>
          <w:tcPr>
            <w:tcW w:type="dxa" w:w="2494"/>
          </w:tcPr>
          <w:p>
            <w:pPr>
              <w:bidi/>
              <w:spacing w:before="0" w:after="40"/>
              <w:jc w:val="both"/>
            </w:pPr>
            <w:r>
              <w:rPr>
                <w:color w:val="0F7A4F"/>
                <w:rtl/>
              </w:rPr>
              <w:t>60</w:t>
            </w:r>
          </w:p>
        </w:tc>
        <w:tc>
          <w:tcPr>
            <w:tcW w:type="dxa" w:w="2494"/>
          </w:tcPr>
          <w:p>
            <w:pPr>
              <w:bidi/>
              <w:spacing w:before="0" w:after="40"/>
              <w:jc w:val="both"/>
            </w:pPr>
            <w:r>
              <w:rPr>
                <w:color w:val="0F7A4F"/>
                <w:rtl/>
              </w:rPr>
              <w:t>150</w:t>
            </w:r>
          </w:p>
        </w:tc>
        <w:tc>
          <w:tcPr>
            <w:tcW w:type="dxa" w:w="2494"/>
          </w:tcPr>
          <w:p>
            <w:pPr>
              <w:bidi/>
              <w:spacing w:before="0" w:after="40"/>
              <w:jc w:val="both"/>
            </w:pPr>
            <w:r>
              <w:rPr>
                <w:color w:val="0F7A4F"/>
                <w:rtl/>
              </w:rPr>
              <w:t>210</w:t>
            </w:r>
          </w:p>
        </w:tc>
      </w:tr>
      <w:tr>
        <w:tc>
          <w:tcPr>
            <w:tcW w:type="dxa" w:w="2494"/>
          </w:tcPr>
          <w:p>
            <w:pPr>
              <w:bidi/>
              <w:spacing w:before="0" w:after="40"/>
              <w:jc w:val="both"/>
            </w:pPr>
            <w:r>
              <w:rPr>
                <w:rtl/>
              </w:rPr>
              <w:t>6</w:t>
            </w:r>
          </w:p>
        </w:tc>
        <w:tc>
          <w:tcPr>
            <w:tcW w:type="dxa" w:w="2494"/>
          </w:tcPr>
          <w:p>
            <w:pPr>
              <w:bidi/>
              <w:spacing w:before="0" w:after="40"/>
              <w:jc w:val="both"/>
            </w:pPr>
            <w:r>
              <w:rPr>
                <w:color w:val="0F7A4F"/>
                <w:rtl/>
              </w:rPr>
              <w:t>120</w:t>
            </w:r>
          </w:p>
        </w:tc>
        <w:tc>
          <w:tcPr>
            <w:tcW w:type="dxa" w:w="2494"/>
          </w:tcPr>
          <w:p>
            <w:pPr>
              <w:bidi/>
              <w:spacing w:before="0" w:after="40"/>
              <w:jc w:val="both"/>
            </w:pPr>
            <w:r>
              <w:rPr>
                <w:color w:val="0F7A4F"/>
                <w:rtl/>
              </w:rPr>
              <w:t>300</w:t>
            </w:r>
          </w:p>
        </w:tc>
        <w:tc>
          <w:tcPr>
            <w:tcW w:type="dxa" w:w="2494"/>
          </w:tcPr>
          <w:p>
            <w:pPr>
              <w:bidi/>
              <w:spacing w:before="0" w:after="40"/>
              <w:jc w:val="both"/>
            </w:pPr>
            <w:r>
              <w:rPr>
                <w:color w:val="0F7A4F"/>
                <w:rtl/>
              </w:rPr>
              <w:t>420</w:t>
            </w:r>
          </w:p>
        </w:tc>
      </w:tr>
      <w:tr>
        <w:tc>
          <w:tcPr>
            <w:tcW w:type="dxa" w:w="2494"/>
          </w:tcPr>
          <w:p>
            <w:pPr>
              <w:bidi/>
              <w:spacing w:before="0" w:after="40"/>
              <w:jc w:val="both"/>
            </w:pPr>
            <w:r>
              <w:rPr>
                <w:rtl/>
              </w:rPr>
              <w:t>8</w:t>
            </w:r>
          </w:p>
        </w:tc>
        <w:tc>
          <w:tcPr>
            <w:tcW w:type="dxa" w:w="2494"/>
          </w:tcPr>
          <w:p>
            <w:pPr>
              <w:bidi/>
              <w:spacing w:before="0" w:after="40"/>
              <w:jc w:val="both"/>
            </w:pPr>
            <w:r>
              <w:rPr>
                <w:color w:val="0F7A4F"/>
                <w:rtl/>
              </w:rPr>
              <w:t>160</w:t>
            </w:r>
          </w:p>
        </w:tc>
        <w:tc>
          <w:tcPr>
            <w:tcW w:type="dxa" w:w="2494"/>
          </w:tcPr>
          <w:p>
            <w:pPr>
              <w:bidi/>
              <w:spacing w:before="0" w:after="40"/>
              <w:jc w:val="both"/>
            </w:pPr>
            <w:r>
              <w:rPr>
                <w:color w:val="0F7A4F"/>
                <w:rtl/>
              </w:rPr>
              <w:t>400</w:t>
            </w:r>
          </w:p>
        </w:tc>
        <w:tc>
          <w:tcPr>
            <w:tcW w:type="dxa" w:w="2494"/>
          </w:tcPr>
          <w:p>
            <w:pPr>
              <w:bidi/>
              <w:spacing w:before="0" w:after="40"/>
              <w:jc w:val="both"/>
            </w:pPr>
            <w:r>
              <w:rPr>
                <w:color w:val="0F7A4F"/>
                <w:rtl/>
              </w:rPr>
              <w:t>560</w:t>
            </w:r>
          </w:p>
        </w:tc>
      </w:tr>
    </w:tbl>
    <w:p>
      <w:pPr>
        <w:bidi/>
        <w:spacing w:before="0" w:after="40"/>
        <w:jc w:val="both"/>
      </w:pPr>
    </w:p>
    <w:p>
      <w:pPr>
        <w:bidi/>
        <w:spacing w:before="160" w:after="60"/>
        <w:jc w:val="both"/>
      </w:pPr>
      <w:r>
        <w:rPr>
          <w:b/>
          <w:bCs/>
          <w:sz w:val="26"/>
          <w:szCs w:val="26"/>
          <w:rtl/>
        </w:rPr>
        <w:t>5. [קל] התאימו לכל תרגיל את התוצאה.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‪2 × 400‬</w:t>
            </w:r>
          </w:p>
        </w:tc>
        <w:tc>
          <w:tcPr>
            <w:tcW w:type="dxa" w:w="4989"/>
          </w:tcPr>
          <w:p>
            <w:pPr>
              <w:bidi/>
              <w:spacing w:before="0" w:after="40"/>
              <w:jc w:val="both"/>
            </w:pPr>
            <w:r>
              <w:rPr>
                <w:rtl/>
              </w:rPr>
              <w:t>[5] 250</w:t>
            </w:r>
          </w:p>
        </w:tc>
      </w:tr>
      <w:tr>
        <w:tc>
          <w:tcPr>
            <w:tcW w:type="dxa" w:w="4989"/>
          </w:tcPr>
          <w:p>
            <w:pPr>
              <w:bidi/>
              <w:spacing w:before="0" w:after="40"/>
              <w:jc w:val="both"/>
            </w:pPr>
            <w:r>
              <w:rPr>
                <w:rtl/>
              </w:rPr>
              <w:t>2. ‪3 × 300‬</w:t>
            </w:r>
          </w:p>
        </w:tc>
        <w:tc>
          <w:tcPr>
            <w:tcW w:type="dxa" w:w="4989"/>
          </w:tcPr>
          <w:p>
            <w:pPr>
              <w:bidi/>
              <w:spacing w:before="0" w:after="40"/>
              <w:jc w:val="both"/>
            </w:pPr>
            <w:r>
              <w:rPr>
                <w:rtl/>
              </w:rPr>
              <w:t>[4] 490</w:t>
            </w:r>
          </w:p>
        </w:tc>
      </w:tr>
      <w:tr>
        <w:tc>
          <w:tcPr>
            <w:tcW w:type="dxa" w:w="4989"/>
          </w:tcPr>
          <w:p>
            <w:pPr>
              <w:bidi/>
              <w:spacing w:before="0" w:after="40"/>
              <w:jc w:val="both"/>
            </w:pPr>
            <w:r>
              <w:rPr>
                <w:rtl/>
              </w:rPr>
              <w:t>3. ‪6 × 90‬</w:t>
            </w:r>
          </w:p>
        </w:tc>
        <w:tc>
          <w:tcPr>
            <w:tcW w:type="dxa" w:w="4989"/>
          </w:tcPr>
          <w:p>
            <w:pPr>
              <w:bidi/>
              <w:spacing w:before="0" w:after="40"/>
              <w:jc w:val="both"/>
            </w:pPr>
            <w:r>
              <w:rPr>
                <w:rtl/>
              </w:rPr>
              <w:t>[1] 800</w:t>
            </w:r>
          </w:p>
        </w:tc>
      </w:tr>
      <w:tr>
        <w:tc>
          <w:tcPr>
            <w:tcW w:type="dxa" w:w="4989"/>
          </w:tcPr>
          <w:p>
            <w:pPr>
              <w:bidi/>
              <w:spacing w:before="0" w:after="40"/>
              <w:jc w:val="both"/>
            </w:pPr>
            <w:r>
              <w:rPr>
                <w:rtl/>
              </w:rPr>
              <w:t>4. ‪7 × 70‬</w:t>
            </w:r>
          </w:p>
        </w:tc>
        <w:tc>
          <w:tcPr>
            <w:tcW w:type="dxa" w:w="4989"/>
          </w:tcPr>
          <w:p>
            <w:pPr>
              <w:bidi/>
              <w:spacing w:before="0" w:after="40"/>
              <w:jc w:val="both"/>
            </w:pPr>
            <w:r>
              <w:rPr>
                <w:rtl/>
              </w:rPr>
              <w:t>[2] 900</w:t>
            </w:r>
          </w:p>
        </w:tc>
      </w:tr>
      <w:tr>
        <w:tc>
          <w:tcPr>
            <w:tcW w:type="dxa" w:w="4989"/>
          </w:tcPr>
          <w:p>
            <w:pPr>
              <w:bidi/>
              <w:spacing w:before="0" w:after="40"/>
              <w:jc w:val="both"/>
            </w:pPr>
            <w:r>
              <w:rPr>
                <w:rtl/>
              </w:rPr>
              <w:t>5. ‪5 × 50‬</w:t>
            </w:r>
          </w:p>
        </w:tc>
        <w:tc>
          <w:tcPr>
            <w:tcW w:type="dxa" w:w="4989"/>
          </w:tcPr>
          <w:p>
            <w:pPr>
              <w:bidi/>
              <w:spacing w:before="0" w:after="40"/>
              <w:jc w:val="both"/>
            </w:pPr>
            <w:r>
              <w:rPr>
                <w:rtl/>
              </w:rPr>
              <w:t>[3] 540</w:t>
            </w:r>
          </w:p>
        </w:tc>
      </w:tr>
      <w:tr>
        <w:tc>
          <w:tcPr>
            <w:tcW w:type="dxa" w:w="4989"/>
          </w:tcPr>
          <w:p>
            <w:pPr>
              <w:bidi/>
              <w:spacing w:before="0" w:after="40"/>
              <w:jc w:val="both"/>
            </w:pPr>
            <w:r>
              <w:rPr>
                <w:rtl/>
              </w:rPr>
              <w:t>6. ‪9 × 30‬</w:t>
            </w:r>
          </w:p>
        </w:tc>
        <w:tc>
          <w:tcPr>
            <w:tcW w:type="dxa" w:w="4989"/>
          </w:tcPr>
          <w:p>
            <w:pPr>
              <w:bidi/>
              <w:spacing w:before="0" w:after="40"/>
              <w:jc w:val="both"/>
            </w:pPr>
            <w:r>
              <w:rPr>
                <w:rtl/>
              </w:rPr>
              <w:t>[6] 270</w:t>
            </w:r>
          </w:p>
        </w:tc>
      </w:tr>
    </w:tbl>
    <w:p>
      <w:pPr>
        <w:bidi/>
        <w:spacing w:before="0" w:after="40"/>
        <w:jc w:val="both"/>
      </w:pPr>
    </w:p>
    <w:p>
      <w:pPr>
        <w:bidi/>
        <w:spacing w:before="160" w:after="60"/>
        <w:jc w:val="both"/>
      </w:pPr>
      <w:r>
        <w:rPr>
          <w:b/>
          <w:bCs/>
          <w:sz w:val="26"/>
          <w:szCs w:val="26"/>
          <w:rtl/>
        </w:rPr>
        <w:t>6. [בינוני] נכון או לא נכון?</w:t>
      </w:r>
    </w:p>
    <w:p>
      <w:pPr>
        <w:bidi/>
        <w:spacing w:before="0" w:after="40"/>
        <w:jc w:val="both"/>
      </w:pPr>
      <w:r>
        <w:rPr>
          <w:rtl/>
        </w:rPr>
        <w:t>א. כשכופלים מספר ב-10, מוסיפים לו 0 בסוף. – נכון</w:t>
      </w:r>
    </w:p>
    <w:p>
      <w:pPr>
        <w:bidi/>
        <w:spacing w:before="0" w:after="40"/>
        <w:jc w:val="both"/>
      </w:pPr>
      <w:r>
        <w:rPr>
          <w:rtl/>
        </w:rPr>
        <w:t>ב. ‪8 × 50 = 40‬ – לא נכון – ‪8 × 50 = 400‬</w:t>
      </w:r>
    </w:p>
    <w:p>
      <w:pPr>
        <w:bidi/>
        <w:spacing w:before="0" w:after="40"/>
        <w:jc w:val="both"/>
      </w:pPr>
      <w:r>
        <w:rPr>
          <w:rtl/>
        </w:rPr>
        <w:t>ג. ‪9 × 40 = 4 × 90‬ – נכון</w:t>
      </w:r>
    </w:p>
    <w:p>
      <w:pPr>
        <w:bidi/>
        <w:spacing w:before="0" w:after="40"/>
        <w:jc w:val="both"/>
      </w:pPr>
      <w:r>
        <w:rPr>
          <w:rtl/>
        </w:rPr>
        <w:t>ד. ‪2 × 300 = 500‬ – לא נכון – ‪2 × 300 = 600‬</w:t>
      </w:r>
    </w:p>
    <w:p>
      <w:pPr>
        <w:bidi/>
        <w:spacing w:before="160" w:after="60"/>
        <w:jc w:val="both"/>
      </w:pPr>
      <w:r>
        <w:rPr>
          <w:b/>
          <w:bCs/>
          <w:sz w:val="26"/>
          <w:szCs w:val="26"/>
          <w:rtl/>
        </w:rPr>
        <w:t>7. [בינוני] בחרו.</w:t>
      </w:r>
    </w:p>
    <w:p>
      <w:pPr>
        <w:bidi/>
        <w:spacing w:before="0" w:after="20"/>
        <w:jc w:val="both"/>
      </w:pPr>
      <w:r>
        <w:rPr>
          <w:rtl/>
        </w:rPr>
        <w:t>א. ‪6 × 80‬ =</w:t>
      </w:r>
    </w:p>
    <w:p>
      <w:pPr>
        <w:bidi/>
        <w:spacing w:before="0" w:after="80"/>
        <w:jc w:val="both"/>
      </w:pPr>
      <w:r>
        <w:rPr>
          <w:b/>
          <w:bCs/>
          <w:color w:val="0F7A4F"/>
          <w:rtl/>
        </w:rPr>
        <w:t xml:space="preserve">   ✔ 480</w:t>
      </w:r>
    </w:p>
    <w:p>
      <w:pPr>
        <w:bidi/>
        <w:spacing w:before="0" w:after="20"/>
        <w:jc w:val="both"/>
      </w:pPr>
      <w:r>
        <w:rPr>
          <w:rtl/>
        </w:rPr>
        <w:t>ב. מה חסר? ‪4 × ___ = 280‬</w:t>
      </w:r>
    </w:p>
    <w:p>
      <w:pPr>
        <w:bidi/>
        <w:spacing w:before="0" w:after="80"/>
        <w:jc w:val="both"/>
      </w:pPr>
      <w:r>
        <w:rPr>
          <w:b/>
          <w:bCs/>
          <w:color w:val="0F7A4F"/>
          <w:rtl/>
        </w:rPr>
        <w:t xml:space="preserve">   ✔ 70</w:t>
      </w:r>
    </w:p>
    <w:p>
      <w:pPr>
        <w:bidi/>
        <w:spacing w:before="160" w:after="60"/>
        <w:jc w:val="both"/>
      </w:pPr>
      <w:r>
        <w:rPr>
          <w:b/>
          <w:bCs/>
          <w:sz w:val="26"/>
          <w:szCs w:val="26"/>
          <w:rtl/>
        </w:rPr>
        <w:t>8. [בינוני] מיינו את התרגילים: התוצאה קטנה מ-300 או גדולה מ-300?</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קטנה מ-300</w:t>
            </w:r>
          </w:p>
        </w:tc>
        <w:tc>
          <w:tcPr>
            <w:tcW w:type="dxa" w:w="4989"/>
            <w:shd w:val="clear" w:color="auto" w:fill="0f766e"/>
          </w:tcPr>
          <w:p>
            <w:pPr>
              <w:bidi/>
              <w:spacing w:before="0" w:after="40"/>
              <w:jc w:val="both"/>
            </w:pPr>
            <w:r>
              <w:rPr>
                <w:b/>
                <w:bCs/>
                <w:color w:val="FFFFFF"/>
                <w:rtl/>
              </w:rPr>
              <w:t>גדולה מ-300</w:t>
            </w:r>
          </w:p>
        </w:tc>
      </w:tr>
      <w:tr>
        <w:tc>
          <w:tcPr>
            <w:tcW w:type="dxa" w:w="4989"/>
          </w:tcPr>
          <w:p>
            <w:pPr>
              <w:bidi/>
              <w:spacing w:before="0" w:after="40"/>
              <w:jc w:val="both"/>
            </w:pPr>
            <w:r>
              <w:rPr>
                <w:rtl/>
              </w:rPr>
              <w:t>‪4 × 70‬, ‪6 × 40‬, ‪9 × 30‬, ‪3 × 90‬</w:t>
            </w:r>
          </w:p>
        </w:tc>
        <w:tc>
          <w:tcPr>
            <w:tcW w:type="dxa" w:w="4989"/>
          </w:tcPr>
          <w:p>
            <w:pPr>
              <w:bidi/>
              <w:spacing w:before="0" w:after="40"/>
              <w:jc w:val="both"/>
            </w:pPr>
            <w:r>
              <w:rPr>
                <w:rtl/>
              </w:rPr>
              <w:t>‪5 × 80‬, ‪7 × 60‬, ‪2 × 200‬, ‪8 × 40‬</w:t>
            </w:r>
          </w:p>
        </w:tc>
      </w:tr>
    </w:tbl>
    <w:p>
      <w:pPr>
        <w:bidi/>
        <w:spacing w:before="0" w:after="40"/>
        <w:jc w:val="both"/>
      </w:pPr>
    </w:p>
    <w:p>
      <w:pPr>
        <w:bidi/>
        <w:spacing w:before="160" w:after="60"/>
        <w:jc w:val="both"/>
      </w:pPr>
      <w:r>
        <w:rPr>
          <w:b/>
          <w:bCs/>
          <w:sz w:val="26"/>
          <w:szCs w:val="26"/>
          <w:rtl/>
        </w:rPr>
        <w:t>9. [בינוני] השלימו את המספר החסר.</w:t>
      </w:r>
    </w:p>
    <w:p>
      <w:pPr>
        <w:bidi/>
        <w:spacing w:before="0" w:after="40"/>
        <w:jc w:val="both"/>
      </w:pPr>
      <w:r>
        <w:rPr>
          <w:rtl/>
        </w:rPr>
        <w:t>א. ‪9 × 30 = 270‬</w:t>
      </w:r>
    </w:p>
    <w:p>
      <w:pPr>
        <w:bidi/>
        <w:spacing w:before="0" w:after="40"/>
        <w:jc w:val="both"/>
      </w:pPr>
      <w:r>
        <w:rPr>
          <w:rtl/>
        </w:rPr>
        <w:t>ב. ‪7 × 60 = 420‬</w:t>
      </w:r>
    </w:p>
    <w:p>
      <w:pPr>
        <w:bidi/>
        <w:spacing w:before="0" w:after="40"/>
        <w:jc w:val="both"/>
      </w:pPr>
      <w:r>
        <w:rPr>
          <w:rtl/>
        </w:rPr>
        <w:t>ג. ‪6 × 100 = 600‬</w:t>
      </w:r>
    </w:p>
    <w:p>
      <w:pPr>
        <w:bidi/>
        <w:spacing w:before="0" w:after="40"/>
        <w:jc w:val="both"/>
      </w:pPr>
      <w:r>
        <w:rPr>
          <w:rtl/>
        </w:rPr>
        <w:t>ד. ‪4 × 200 = 800‬</w:t>
      </w:r>
    </w:p>
    <w:p>
      <w:pPr>
        <w:bidi/>
        <w:spacing w:before="160" w:after="60"/>
        <w:jc w:val="both"/>
      </w:pPr>
      <w:r>
        <w:rPr>
          <w:b/>
          <w:bCs/>
          <w:sz w:val="26"/>
          <w:szCs w:val="26"/>
          <w:rtl/>
        </w:rPr>
        <w:t>10. [בינוני] הסבירו: דניאל חישב ‪5 × 60 = 30‬. מה הטעות שלו? כתבו את התשובה הנכונה.</w:t>
      </w:r>
    </w:p>
    <w:p>
      <w:pPr>
        <w:bidi/>
        <w:spacing w:before="0" w:after="80"/>
        <w:jc w:val="both"/>
      </w:pPr>
      <w:r>
        <w:rPr>
          <w:color w:val="0F7A4F"/>
          <w:rtl/>
        </w:rPr>
        <w:t>תשובה אפשרית: דניאל חישב ‪5 × 6 = 30‬ ושכח להוסיף 0 (כי 60 הן עשרות). נכון: ‪5 × 60 = 300‬.</w:t>
      </w:r>
    </w:p>
    <w:p>
      <w:pPr>
        <w:bidi/>
        <w:spacing w:before="160" w:after="60"/>
        <w:jc w:val="both"/>
      </w:pPr>
      <w:r>
        <w:rPr>
          <w:b/>
          <w:bCs/>
          <w:sz w:val="26"/>
          <w:szCs w:val="26"/>
          <w:rtl/>
        </w:rPr>
        <w:t>11. [בינוני] פתרו במשבצות בשתי דרכים: ‪4 × 200‬ (בחיבור חוזר ובעזרת לוח הכפל).</w:t>
      </w:r>
    </w:p>
    <w:p>
      <w:pPr>
        <w:bidi/>
        <w:spacing w:before="0" w:after="80"/>
        <w:jc w:val="both"/>
      </w:pPr>
      <w:r>
        <w:rPr>
          <w:color w:val="0F7A4F"/>
          <w:rtl/>
        </w:rPr>
        <w:t>תשובה אפשרית: ‪200 + 200 + 200 + 200 = 800‬. או: ‪4 × 2 = 8‬, ומוסיפים ‪00: 800‬.</w:t>
      </w:r>
    </w:p>
    <w:p>
      <w:pPr>
        <w:bidi/>
        <w:spacing w:before="160" w:after="60"/>
        <w:jc w:val="both"/>
      </w:pPr>
      <w:r>
        <w:rPr>
          <w:b/>
          <w:bCs/>
          <w:sz w:val="26"/>
          <w:szCs w:val="26"/>
          <w:rtl/>
        </w:rPr>
        <w:t>12. [בינוני] לפי הסיפור: כמה מושבים יש ביציעים?</w:t>
      </w:r>
    </w:p>
    <w:p>
      <w:pPr>
        <w:bidi/>
        <w:spacing w:before="0" w:after="80"/>
        <w:jc w:val="both"/>
      </w:pPr>
      <w:r>
        <w:rPr>
          <w:color w:val="0F7A4F"/>
          <w:rtl/>
        </w:rPr>
        <w:t>תשובה אפשרית: ‪5 × 80 = 400‬. תשובה: 400 מושבים.</w:t>
      </w:r>
    </w:p>
    <w:p>
      <w:pPr>
        <w:bidi/>
        <w:spacing w:before="160" w:after="60"/>
        <w:jc w:val="both"/>
      </w:pPr>
      <w:r>
        <w:rPr>
          <w:b/>
          <w:bCs/>
          <w:sz w:val="26"/>
          <w:szCs w:val="26"/>
          <w:rtl/>
        </w:rPr>
        <w:t>13. [בינוני] לפי הסיפור: כמה שחקנים הגיעו לטקס? כמה חולצות חילקו?</w:t>
      </w:r>
    </w:p>
    <w:p>
      <w:pPr>
        <w:bidi/>
        <w:spacing w:before="0" w:after="80"/>
        <w:jc w:val="both"/>
      </w:pPr>
      <w:r>
        <w:rPr>
          <w:color w:val="0F7A4F"/>
          <w:rtl/>
        </w:rPr>
        <w:t>תשובה אפשרית: ‪4 × 20 = 80‬. תשובה: הגיעו 80 שחקנים וחילקו 80 חולצות.</w:t>
      </w:r>
    </w:p>
    <w:p>
      <w:pPr>
        <w:bidi/>
        <w:spacing w:before="160" w:after="60"/>
        <w:jc w:val="both"/>
      </w:pPr>
      <w:r>
        <w:rPr>
          <w:b/>
          <w:bCs/>
          <w:sz w:val="26"/>
          <w:szCs w:val="26"/>
          <w:rtl/>
        </w:rPr>
        <w:t>14. [בינוני] לפי הסיפור: כמה כדורים הזמינה העירייה?</w:t>
      </w:r>
    </w:p>
    <w:p>
      <w:pPr>
        <w:bidi/>
        <w:spacing w:before="0" w:after="80"/>
        <w:jc w:val="both"/>
      </w:pPr>
      <w:r>
        <w:rPr>
          <w:color w:val="0F7A4F"/>
          <w:rtl/>
        </w:rPr>
        <w:t>תשובה אפשרית: ‪3 × 30 = 90‬. תשובה: 90 כדורים.</w:t>
      </w:r>
    </w:p>
    <w:p>
      <w:pPr>
        <w:bidi/>
        <w:spacing w:before="160" w:after="60"/>
        <w:jc w:val="both"/>
      </w:pPr>
      <w:r>
        <w:rPr>
          <w:b/>
          <w:bCs/>
          <w:sz w:val="26"/>
          <w:szCs w:val="26"/>
          <w:rtl/>
        </w:rPr>
        <w:t>15. [אתגר] אתגר: מה גדול יותר, ‪6 × 70‬ או ‪5 × 80‬? בכמה? הסבירו.</w:t>
      </w:r>
    </w:p>
    <w:p>
      <w:pPr>
        <w:bidi/>
        <w:spacing w:before="0" w:after="80"/>
        <w:jc w:val="both"/>
      </w:pPr>
      <w:r>
        <w:rPr>
          <w:color w:val="0F7A4F"/>
          <w:rtl/>
        </w:rPr>
        <w:t>תשובה אפשרית: ‪6 × 70 = 420‬, ‪5 × 80 = 400‬. 420 גדול יותר ב-20.</w:t>
      </w:r>
    </w:p>
    <w:p>
      <w:pPr>
        <w:bidi/>
        <w:spacing w:before="240" w:after="40"/>
        <w:jc w:val="both"/>
      </w:pPr>
      <w:r>
        <w:rPr>
          <w:rFonts w:ascii="Arial Black" w:hAnsi="Arial Black" w:cs="Arial Black"/>
          <w:b/>
          <w:bCs/>
          <w:color w:val="0F766E"/>
          <w:sz w:val="34"/>
          <w:szCs w:val="34"/>
          <w:rtl/>
        </w:rPr>
        <w:t>📖 בעיות מילוליות</w:t>
      </w:r>
    </w:p>
    <w:p>
      <w:pPr>
        <w:bidi/>
        <w:spacing w:before="160" w:after="60"/>
        <w:jc w:val="both"/>
      </w:pPr>
      <w:r>
        <w:rPr>
          <w:b/>
          <w:bCs/>
          <w:sz w:val="26"/>
          <w:szCs w:val="26"/>
          <w:rtl/>
        </w:rPr>
        <w:t>16. [קל] בכל שורה בגינה שתלו 10 שתילים. כמה שתילים שתלו ב-7 שורות?</w:t>
      </w:r>
    </w:p>
    <w:p>
      <w:pPr>
        <w:bidi/>
        <w:spacing w:before="0" w:after="40"/>
        <w:jc w:val="both"/>
      </w:pPr>
      <w:r>
        <w:rPr>
          <w:color w:val="0F7A4F"/>
          <w:rtl/>
        </w:rPr>
        <w:t>דרך פתרון: ‪7 × 10 = 70‬</w:t>
      </w:r>
    </w:p>
    <w:p>
      <w:pPr>
        <w:bidi/>
        <w:spacing w:before="0" w:after="80"/>
        <w:jc w:val="both"/>
      </w:pPr>
      <w:r>
        <w:rPr>
          <w:b/>
          <w:bCs/>
          <w:color w:val="0F7A4F"/>
          <w:rtl/>
        </w:rPr>
        <w:t>תשובה: שתלו 70 שתילים.</w:t>
      </w:r>
    </w:p>
    <w:p>
      <w:pPr>
        <w:bidi/>
        <w:spacing w:before="160" w:after="60"/>
        <w:jc w:val="both"/>
      </w:pPr>
      <w:r>
        <w:rPr>
          <w:b/>
          <w:bCs/>
          <w:sz w:val="26"/>
          <w:szCs w:val="26"/>
          <w:rtl/>
        </w:rPr>
        <w:t>17. [קל] חבילת עפרונות עולה 20 ₪. כמה עולות 5 חבילות?</w:t>
      </w:r>
    </w:p>
    <w:p>
      <w:pPr>
        <w:bidi/>
        <w:spacing w:before="0" w:after="40"/>
        <w:jc w:val="both"/>
      </w:pPr>
      <w:r>
        <w:rPr>
          <w:color w:val="0F7A4F"/>
          <w:rtl/>
        </w:rPr>
        <w:t>דרך פתרון: ‪5 × 20 = 100‬</w:t>
      </w:r>
    </w:p>
    <w:p>
      <w:pPr>
        <w:bidi/>
        <w:spacing w:before="0" w:after="80"/>
        <w:jc w:val="both"/>
      </w:pPr>
      <w:r>
        <w:rPr>
          <w:b/>
          <w:bCs/>
          <w:color w:val="0F7A4F"/>
          <w:rtl/>
        </w:rPr>
        <w:t>תשובה: 5 חבילות עולות 100 ₪.</w:t>
      </w:r>
    </w:p>
    <w:p>
      <w:pPr>
        <w:bidi/>
        <w:spacing w:before="160" w:after="60"/>
        <w:jc w:val="both"/>
      </w:pPr>
      <w:r>
        <w:rPr>
          <w:b/>
          <w:bCs/>
          <w:sz w:val="26"/>
          <w:szCs w:val="26"/>
          <w:rtl/>
        </w:rPr>
        <w:t>18. [בינוני] במטע בקיבוץ יש 6 שורות, ובכל שורה 40 עצים. כמה עצים יש במטע?</w:t>
      </w:r>
    </w:p>
    <w:p>
      <w:pPr>
        <w:bidi/>
        <w:spacing w:before="0" w:after="40"/>
        <w:jc w:val="both"/>
      </w:pPr>
      <w:r>
        <w:rPr>
          <w:color w:val="0F7A4F"/>
          <w:rtl/>
        </w:rPr>
        <w:t>דרך פתרון: ‪6 × 4 = 24‬, ולכן ‪6 × 40 = 240‬</w:t>
      </w:r>
    </w:p>
    <w:p>
      <w:pPr>
        <w:bidi/>
        <w:spacing w:before="0" w:after="80"/>
        <w:jc w:val="both"/>
      </w:pPr>
      <w:r>
        <w:rPr>
          <w:b/>
          <w:bCs/>
          <w:color w:val="0F7A4F"/>
          <w:rtl/>
        </w:rPr>
        <w:t>תשובה: במטע יש 240 עצים.</w:t>
      </w:r>
    </w:p>
    <w:p>
      <w:pPr>
        <w:bidi/>
        <w:spacing w:before="160" w:after="60"/>
        <w:jc w:val="both"/>
      </w:pPr>
      <w:r>
        <w:rPr>
          <w:b/>
          <w:bCs/>
          <w:sz w:val="26"/>
          <w:szCs w:val="26"/>
          <w:rtl/>
        </w:rPr>
        <w:t>19. [בינוני] אריאל רוכב על אופניים 300 מטרים בכל דקה. כמה מטרים ירכב ב-3 דקות?</w:t>
      </w:r>
    </w:p>
    <w:p>
      <w:pPr>
        <w:bidi/>
        <w:spacing w:before="0" w:after="40"/>
        <w:jc w:val="both"/>
      </w:pPr>
      <w:r>
        <w:rPr>
          <w:color w:val="0F7A4F"/>
          <w:rtl/>
        </w:rPr>
        <w:t>דרך פתרון: ‪3 × 300 = 900‬</w:t>
      </w:r>
    </w:p>
    <w:p>
      <w:pPr>
        <w:bidi/>
        <w:spacing w:before="0" w:after="80"/>
        <w:jc w:val="both"/>
      </w:pPr>
      <w:r>
        <w:rPr>
          <w:b/>
          <w:bCs/>
          <w:color w:val="0F7A4F"/>
          <w:rtl/>
        </w:rPr>
        <w:t>תשובה: אריאל ירכב 900 מטרים.</w:t>
      </w:r>
    </w:p>
    <w:p>
      <w:pPr>
        <w:bidi/>
        <w:spacing w:before="160" w:after="60"/>
        <w:jc w:val="both"/>
      </w:pPr>
      <w:r>
        <w:rPr>
          <w:b/>
          <w:bCs/>
          <w:sz w:val="26"/>
          <w:szCs w:val="26"/>
          <w:rtl/>
        </w:rPr>
        <w:t>20. [אתגר] באולם יש 8 שורות, ובכל שורה 20 כסאות. לטקס הגיעו 150 אורחים, וכל אחד ישב על כיסא. כמה כסאות נשארו פנויים?</w:t>
      </w:r>
    </w:p>
    <w:p>
      <w:pPr>
        <w:bidi/>
        <w:spacing w:before="0" w:after="40"/>
        <w:jc w:val="both"/>
      </w:pPr>
      <w:r>
        <w:rPr>
          <w:color w:val="0F7A4F"/>
          <w:rtl/>
        </w:rPr>
        <w:t>דרך פתרון: ‪8 × 20 = 160‬ ; ‪160 − 150 = 10‬</w:t>
      </w:r>
    </w:p>
    <w:p>
      <w:pPr>
        <w:bidi/>
        <w:spacing w:before="0" w:after="80"/>
        <w:jc w:val="both"/>
      </w:pPr>
      <w:r>
        <w:rPr>
          <w:b/>
          <w:bCs/>
          <w:color w:val="0F7A4F"/>
          <w:rtl/>
        </w:rPr>
        <w:t>תשובה: נשארו 10 כסאות פנויים.</w:t>
      </w:r>
    </w:p>
    <w:p>
      <w:pPr>
        <w:bidi/>
        <w:spacing w:before="160" w:after="60"/>
        <w:jc w:val="both"/>
      </w:pPr>
      <w:r>
        <w:rPr>
          <w:b/>
          <w:bCs/>
          <w:sz w:val="26"/>
          <w:szCs w:val="26"/>
          <w:rtl/>
        </w:rPr>
        <w:t>21. [אתגר] משה קנה 2 מחשבונים במחיר 90 ₪ כל אחד, ו-3 ספרים במחיר 40 ₪ כל אחד. כמה שילם משה בסך הכול?</w:t>
      </w:r>
    </w:p>
    <w:p>
      <w:pPr>
        <w:bidi/>
        <w:spacing w:before="0" w:after="40"/>
        <w:jc w:val="both"/>
      </w:pPr>
      <w:r>
        <w:rPr>
          <w:color w:val="0F7A4F"/>
          <w:rtl/>
        </w:rPr>
        <w:t>דרך פתרון: ‪2 × 90 = 180‬ ; ‪3 × 40 = 120‬ ; ‪180 + 120 = 300‬</w:t>
      </w:r>
    </w:p>
    <w:p>
      <w:pPr>
        <w:bidi/>
        <w:spacing w:before="0" w:after="80"/>
        <w:jc w:val="both"/>
      </w:pPr>
      <w:r>
        <w:rPr>
          <w:b/>
          <w:bCs/>
          <w:color w:val="0F7A4F"/>
          <w:rtl/>
        </w:rPr>
        <w:t>תשובה: משה שילם 300 ₪.</w:t>
      </w:r>
    </w:p>
    <w:p>
      <w:pPr>
        <w:bidi/>
        <w:spacing w:before="160" w:after="60"/>
        <w:jc w:val="both"/>
      </w:pPr>
      <w:r>
        <w:rPr>
          <w:b/>
          <w:bCs/>
          <w:color w:val="0F766E"/>
          <w:sz w:val="26"/>
          <w:szCs w:val="26"/>
          <w:rtl/>
        </w:rPr>
        <w:t>22. פתרו. גזרו את כרטיסי התרגילים, והדביקו כל תרגיל מתחת לתוצאה שלו.</w:t>
      </w:r>
    </w:p>
    <w:tbl>
      <w:tblPr>
        <w:tblW w:type="auto" w:w="0"/>
        <w:tblLook w:firstColumn="1" w:firstRow="1" w:lastColumn="0" w:lastRow="0" w:noHBand="0" w:noVBand="1" w:val="04A0"/>
        <w:bidiVisual/>
        <w:tblLayout w:type="fixed"/>
      </w:tblPr>
      <w:tblGrid>
        <w:gridCol w:w="3326"/>
        <w:gridCol w:w="3326"/>
        <w:gridCol w:w="3326"/>
      </w:tblGrid>
      <w:tr>
        <w:tc>
          <w:tcPr>
            <w:tcW w:type="dxa" w:w="3288"/>
            <w:tcBorders>
              <w:top w:val="single" w:sz="8" w:color="C9CFDB" w:space="0"/>
              <w:left w:val="single" w:sz="8" w:color="C9CFDB" w:space="0"/>
              <w:bottom w:val="single" w:sz="8" w:color="C9CFDB" w:space="0"/>
              <w:right w:val="single" w:sz="8" w:color="C9CFDB" w:space="0"/>
            </w:tcBorders>
            <w:shd w:val="clear" w:color="auto" w:fill="F1F4F9"/>
            <w:vAlign w:val="center"/>
          </w:tcPr>
          <w:p>
            <w:pPr>
              <w:bidi/>
              <w:spacing w:before="40" w:after="40"/>
              <w:jc w:val="center"/>
            </w:pPr>
            <w:r>
              <w:rPr>
                <w:b/>
                <w:bCs/>
                <w:sz w:val="25"/>
                <w:szCs w:val="25"/>
                <w:rtl/>
              </w:rPr>
              <w:t>120</w:t>
            </w:r>
          </w:p>
        </w:tc>
        <w:tc>
          <w:tcPr>
            <w:tcW w:type="dxa" w:w="3288"/>
            <w:tcBorders>
              <w:top w:val="single" w:sz="8" w:color="C9CFDB" w:space="0"/>
              <w:left w:val="single" w:sz="8" w:color="C9CFDB" w:space="0"/>
              <w:bottom w:val="single" w:sz="8" w:color="C9CFDB" w:space="0"/>
              <w:right w:val="single" w:sz="8" w:color="C9CFDB" w:space="0"/>
            </w:tcBorders>
            <w:shd w:val="clear" w:color="auto" w:fill="F1F4F9"/>
            <w:vAlign w:val="center"/>
          </w:tcPr>
          <w:p>
            <w:pPr>
              <w:bidi/>
              <w:spacing w:before="40" w:after="40"/>
              <w:jc w:val="center"/>
            </w:pPr>
            <w:r>
              <w:rPr>
                <w:b/>
                <w:bCs/>
                <w:sz w:val="25"/>
                <w:szCs w:val="25"/>
                <w:rtl/>
              </w:rPr>
              <w:t>200</w:t>
            </w:r>
          </w:p>
        </w:tc>
        <w:tc>
          <w:tcPr>
            <w:tcW w:type="dxa" w:w="3288"/>
            <w:tcBorders>
              <w:top w:val="single" w:sz="8" w:color="C9CFDB" w:space="0"/>
              <w:left w:val="single" w:sz="8" w:color="C9CFDB" w:space="0"/>
              <w:bottom w:val="single" w:sz="8" w:color="C9CFDB" w:space="0"/>
              <w:right w:val="single" w:sz="8" w:color="C9CFDB" w:space="0"/>
            </w:tcBorders>
            <w:shd w:val="clear" w:color="auto" w:fill="F1F4F9"/>
            <w:vAlign w:val="center"/>
          </w:tcPr>
          <w:p>
            <w:pPr>
              <w:bidi/>
              <w:spacing w:before="40" w:after="40"/>
              <w:jc w:val="center"/>
            </w:pPr>
            <w:r>
              <w:rPr>
                <w:b/>
                <w:bCs/>
                <w:sz w:val="25"/>
                <w:szCs w:val="25"/>
                <w:rtl/>
              </w:rPr>
              <w:t>240</w:t>
            </w:r>
          </w:p>
        </w:tc>
      </w:tr>
      <w:tr>
        <w:trPr>
          <w:trHeight w:val="1360" w:hRule="exact"/>
        </w:trPr>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‪6 × 20‬</w:t>
            </w:r>
          </w:p>
        </w:tc>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‪2 × 100‬</w:t>
            </w:r>
          </w:p>
        </w:tc>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‪8 × 30‬</w:t>
            </w:r>
          </w:p>
        </w:tc>
      </w:tr>
      <w:tr>
        <w:trPr>
          <w:trHeight w:val="1360" w:hRule="exact"/>
        </w:trPr>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‪4 × 30‬</w:t>
            </w:r>
          </w:p>
        </w:tc>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‪5 × 40‬</w:t>
            </w:r>
          </w:p>
        </w:tc>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‪3 × 80‬</w:t>
            </w:r>
          </w:p>
        </w:tc>
      </w:tr>
    </w:tbl>
    <w:p>
      <w:pPr>
        <w:bidi/>
        <w:spacing w:before="0" w:after="40"/>
        <w:jc w:val="both"/>
      </w:pPr>
    </w:p>
    <w:p>
      <w:pPr>
        <w:bidi/>
        <w:spacing w:before="160" w:after="60"/>
        <w:jc w:val="both"/>
      </w:pPr>
      <w:r>
        <w:rPr>
          <w:b/>
          <w:bCs/>
          <w:color w:val="0F766E"/>
          <w:sz w:val="26"/>
          <w:szCs w:val="26"/>
          <w:rtl/>
        </w:rPr>
        <w:t>23. מתחו קו מכל תרגיל אל התוצאה שלו.</w:t>
      </w:r>
    </w:p>
    <w:p>
      <w:pPr>
        <w:bidi/>
        <w:spacing w:before="0" w:after="40"/>
        <w:jc w:val="both"/>
      </w:pPr>
      <w:r>
        <w:rPr>
          <w:color w:val="0F7A4F"/>
          <w:sz w:val="25"/>
          <w:szCs w:val="25"/>
          <w:rtl/>
        </w:rPr>
        <w:t>1. ‪7 × 10‬  ←  א. 70</w:t>
      </w:r>
    </w:p>
    <w:p>
      <w:pPr>
        <w:bidi/>
        <w:spacing w:before="0" w:after="40"/>
        <w:jc w:val="both"/>
      </w:pPr>
      <w:r>
        <w:rPr>
          <w:color w:val="0F7A4F"/>
          <w:sz w:val="25"/>
          <w:szCs w:val="25"/>
          <w:rtl/>
        </w:rPr>
        <w:t>2. ‪7 × 100‬  ←  ד. 700</w:t>
      </w:r>
    </w:p>
    <w:p>
      <w:pPr>
        <w:bidi/>
        <w:spacing w:before="0" w:after="40"/>
        <w:jc w:val="both"/>
      </w:pPr>
      <w:r>
        <w:rPr>
          <w:color w:val="0F7A4F"/>
          <w:sz w:val="25"/>
          <w:szCs w:val="25"/>
          <w:rtl/>
        </w:rPr>
        <w:t>3. ‪3 × 30‬  ←  ב. 90</w:t>
      </w:r>
    </w:p>
    <w:p>
      <w:pPr>
        <w:bidi/>
        <w:spacing w:before="0" w:after="40"/>
        <w:jc w:val="both"/>
      </w:pPr>
      <w:r>
        <w:rPr>
          <w:color w:val="0F7A4F"/>
          <w:sz w:val="25"/>
          <w:szCs w:val="25"/>
          <w:rtl/>
        </w:rPr>
        <w:t>4. ‪4 × 200‬  ←  ג. 800</w:t>
      </w:r>
    </w:p>
    <w:p>
      <w:pPr>
        <w:bidi/>
        <w:spacing w:before="0" w:after="40"/>
        <w:jc w:val="both"/>
      </w:pPr>
      <w:r>
        <w:rPr>
          <w:color w:val="0F7A4F"/>
          <w:sz w:val="25"/>
          <w:szCs w:val="25"/>
          <w:rtl/>
        </w:rPr>
        <w:t>5. ‪9 × 50‬  ←  ה. 450</w:t>
      </w:r>
    </w:p>
    <w:p>
      <w:pPr>
        <w:bidi/>
        <w:spacing w:before="160" w:after="80"/>
        <w:jc w:val="both"/>
      </w:pPr>
      <w:r>
        <w:rPr>
          <w:rFonts w:ascii="Arial Black" w:hAnsi="Arial Black" w:cs="Arial Black"/>
          <w:b/>
          <w:bCs/>
          <w:color w:val="0F766E"/>
          <w:sz w:val="30"/>
          <w:szCs w:val="30"/>
          <w:rtl/>
        </w:rPr>
        <w:t>פרק 5: כפל במאונך בגורם חד-ספרתי</w:t>
      </w:r>
    </w:p>
    <w:p>
      <w:pPr>
        <w:bidi/>
        <w:spacing w:before="160" w:after="60"/>
        <w:jc w:val="both"/>
      </w:pPr>
      <w:r>
        <w:rPr>
          <w:b/>
          <w:bCs/>
          <w:sz w:val="26"/>
          <w:szCs w:val="26"/>
          <w:rtl/>
        </w:rPr>
        <w:t>1. [קל] חשבו בעזרת פירוק.</w:t>
      </w:r>
    </w:p>
    <w:p>
      <w:pPr>
        <w:bidi/>
        <w:spacing w:before="0" w:after="40"/>
        <w:jc w:val="both"/>
      </w:pPr>
      <w:r>
        <w:rPr>
          <w:rtl/>
        </w:rPr>
        <w:t>א. ‪2 × 43 = 80 + 6 = 86‬</w:t>
      </w:r>
    </w:p>
    <w:p>
      <w:pPr>
        <w:bidi/>
        <w:spacing w:before="0" w:after="40"/>
        <w:jc w:val="both"/>
      </w:pPr>
      <w:r>
        <w:rPr>
          <w:rtl/>
        </w:rPr>
        <w:t>ב. ‪3 × 31 = 90 + 3 = 93‬</w:t>
      </w:r>
    </w:p>
    <w:p>
      <w:pPr>
        <w:bidi/>
        <w:spacing w:before="0" w:after="40"/>
        <w:jc w:val="both"/>
      </w:pPr>
      <w:r>
        <w:rPr>
          <w:rtl/>
        </w:rPr>
        <w:t>ג. ‪4 × 15 = 40 + 20 = 60‬</w:t>
      </w:r>
    </w:p>
    <w:p>
      <w:pPr>
        <w:bidi/>
        <w:spacing w:before="0" w:after="40"/>
        <w:jc w:val="both"/>
      </w:pPr>
      <w:r>
        <w:rPr>
          <w:rtl/>
        </w:rPr>
        <w:t>ד. ‪6 × 14 = 60 + 24 = 84‬</w:t>
      </w:r>
    </w:p>
    <w:p>
      <w:pPr>
        <w:bidi/>
        <w:spacing w:before="160" w:after="60"/>
        <w:jc w:val="both"/>
      </w:pPr>
      <w:r>
        <w:rPr>
          <w:b/>
          <w:bCs/>
          <w:sz w:val="26"/>
          <w:szCs w:val="26"/>
          <w:rtl/>
        </w:rPr>
        <w:t>2. [קל] השלימו את טבלת הפירוק.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jc w:val="both"/>
            </w:pPr>
            <w:r>
              <w:rPr>
                <w:b/>
                <w:bCs/>
                <w:color w:val="FFFFFF"/>
                <w:rtl/>
              </w:rPr>
              <w:t>תרגיל</w:t>
            </w:r>
          </w:p>
        </w:tc>
        <w:tc>
          <w:tcPr>
            <w:tcW w:type="dxa" w:w="2494"/>
            <w:shd w:val="clear" w:color="auto" w:fill="0f766e"/>
          </w:tcPr>
          <w:p>
            <w:pPr>
              <w:bidi/>
              <w:spacing w:before="0" w:after="40"/>
              <w:jc w:val="both"/>
            </w:pPr>
            <w:r>
              <w:rPr>
                <w:b/>
                <w:bCs/>
                <w:color w:val="FFFFFF"/>
                <w:rtl/>
              </w:rPr>
              <w:t>כפל העשרות</w:t>
            </w:r>
          </w:p>
        </w:tc>
        <w:tc>
          <w:tcPr>
            <w:tcW w:type="dxa" w:w="2494"/>
            <w:shd w:val="clear" w:color="auto" w:fill="0f766e"/>
          </w:tcPr>
          <w:p>
            <w:pPr>
              <w:bidi/>
              <w:spacing w:before="0" w:after="40"/>
              <w:jc w:val="both"/>
            </w:pPr>
            <w:r>
              <w:rPr>
                <w:b/>
                <w:bCs/>
                <w:color w:val="FFFFFF"/>
                <w:rtl/>
              </w:rPr>
              <w:t>כפל האחדות</w:t>
            </w:r>
          </w:p>
        </w:tc>
        <w:tc>
          <w:tcPr>
            <w:tcW w:type="dxa" w:w="2494"/>
            <w:shd w:val="clear" w:color="auto" w:fill="0f766e"/>
          </w:tcPr>
          <w:p>
            <w:pPr>
              <w:bidi/>
              <w:spacing w:before="0" w:after="40"/>
              <w:jc w:val="both"/>
            </w:pPr>
            <w:r>
              <w:rPr>
                <w:b/>
                <w:bCs/>
                <w:color w:val="FFFFFF"/>
                <w:rtl/>
              </w:rPr>
              <w:t>התוצאה</w:t>
            </w:r>
          </w:p>
        </w:tc>
      </w:tr>
      <w:tr>
        <w:tc>
          <w:tcPr>
            <w:tcW w:type="dxa" w:w="2494"/>
          </w:tcPr>
          <w:p>
            <w:pPr>
              <w:bidi/>
              <w:spacing w:before="0" w:after="40"/>
              <w:jc w:val="both"/>
            </w:pPr>
            <w:r>
              <w:rPr>
                <w:rtl/>
              </w:rPr>
              <w:t>‪5 × 24‬</w:t>
            </w:r>
          </w:p>
        </w:tc>
        <w:tc>
          <w:tcPr>
            <w:tcW w:type="dxa" w:w="2494"/>
          </w:tcPr>
          <w:p>
            <w:pPr>
              <w:bidi/>
              <w:spacing w:before="0" w:after="40"/>
              <w:jc w:val="both"/>
            </w:pPr>
            <w:r>
              <w:rPr>
                <w:color w:val="0F7A4F"/>
                <w:rtl/>
              </w:rPr>
              <w:t>‪5 × 20 = 100‬</w:t>
            </w:r>
          </w:p>
        </w:tc>
        <w:tc>
          <w:tcPr>
            <w:tcW w:type="dxa" w:w="2494"/>
          </w:tcPr>
          <w:p>
            <w:pPr>
              <w:bidi/>
              <w:spacing w:before="0" w:after="40"/>
              <w:jc w:val="both"/>
            </w:pPr>
            <w:r>
              <w:rPr>
                <w:color w:val="0F7A4F"/>
                <w:rtl/>
              </w:rPr>
              <w:t>‪5 × 4 = 20‬</w:t>
            </w:r>
          </w:p>
        </w:tc>
        <w:tc>
          <w:tcPr>
            <w:tcW w:type="dxa" w:w="2494"/>
          </w:tcPr>
          <w:p>
            <w:pPr>
              <w:bidi/>
              <w:spacing w:before="0" w:after="40"/>
              <w:jc w:val="both"/>
            </w:pPr>
            <w:r>
              <w:rPr>
                <w:color w:val="0F7A4F"/>
                <w:rtl/>
              </w:rPr>
              <w:t>120</w:t>
            </w:r>
          </w:p>
        </w:tc>
      </w:tr>
      <w:tr>
        <w:tc>
          <w:tcPr>
            <w:tcW w:type="dxa" w:w="2494"/>
          </w:tcPr>
          <w:p>
            <w:pPr>
              <w:bidi/>
              <w:spacing w:before="0" w:after="40"/>
              <w:jc w:val="both"/>
            </w:pPr>
            <w:r>
              <w:rPr>
                <w:rtl/>
              </w:rPr>
              <w:t>‪3 × 67‬</w:t>
            </w:r>
          </w:p>
        </w:tc>
        <w:tc>
          <w:tcPr>
            <w:tcW w:type="dxa" w:w="2494"/>
          </w:tcPr>
          <w:p>
            <w:pPr>
              <w:bidi/>
              <w:spacing w:before="0" w:after="40"/>
              <w:jc w:val="both"/>
            </w:pPr>
            <w:r>
              <w:rPr>
                <w:color w:val="0F7A4F"/>
                <w:rtl/>
              </w:rPr>
              <w:t>‪3 × 60 = 180‬</w:t>
            </w:r>
          </w:p>
        </w:tc>
        <w:tc>
          <w:tcPr>
            <w:tcW w:type="dxa" w:w="2494"/>
          </w:tcPr>
          <w:p>
            <w:pPr>
              <w:bidi/>
              <w:spacing w:before="0" w:after="40"/>
              <w:jc w:val="both"/>
            </w:pPr>
            <w:r>
              <w:rPr>
                <w:color w:val="0F7A4F"/>
                <w:rtl/>
              </w:rPr>
              <w:t>‪3 × 7 = 21‬</w:t>
            </w:r>
          </w:p>
        </w:tc>
        <w:tc>
          <w:tcPr>
            <w:tcW w:type="dxa" w:w="2494"/>
          </w:tcPr>
          <w:p>
            <w:pPr>
              <w:bidi/>
              <w:spacing w:before="0" w:after="40"/>
              <w:jc w:val="both"/>
            </w:pPr>
            <w:r>
              <w:rPr>
                <w:color w:val="0F7A4F"/>
                <w:rtl/>
              </w:rPr>
              <w:t>201</w:t>
            </w:r>
          </w:p>
        </w:tc>
      </w:tr>
      <w:tr>
        <w:tc>
          <w:tcPr>
            <w:tcW w:type="dxa" w:w="2494"/>
          </w:tcPr>
          <w:p>
            <w:pPr>
              <w:bidi/>
              <w:spacing w:before="0" w:after="40"/>
              <w:jc w:val="both"/>
            </w:pPr>
            <w:r>
              <w:rPr>
                <w:rtl/>
              </w:rPr>
              <w:t>‪8 × 32‬</w:t>
            </w:r>
          </w:p>
        </w:tc>
        <w:tc>
          <w:tcPr>
            <w:tcW w:type="dxa" w:w="2494"/>
          </w:tcPr>
          <w:p>
            <w:pPr>
              <w:bidi/>
              <w:spacing w:before="0" w:after="40"/>
              <w:jc w:val="both"/>
            </w:pPr>
            <w:r>
              <w:rPr>
                <w:color w:val="0F7A4F"/>
                <w:rtl/>
              </w:rPr>
              <w:t>‪8 × 30 = 240‬</w:t>
            </w:r>
          </w:p>
        </w:tc>
        <w:tc>
          <w:tcPr>
            <w:tcW w:type="dxa" w:w="2494"/>
          </w:tcPr>
          <w:p>
            <w:pPr>
              <w:bidi/>
              <w:spacing w:before="0" w:after="40"/>
              <w:jc w:val="both"/>
            </w:pPr>
            <w:r>
              <w:rPr>
                <w:color w:val="0F7A4F"/>
                <w:rtl/>
              </w:rPr>
              <w:t>‪8 × 2 = 16‬</w:t>
            </w:r>
          </w:p>
        </w:tc>
        <w:tc>
          <w:tcPr>
            <w:tcW w:type="dxa" w:w="2494"/>
          </w:tcPr>
          <w:p>
            <w:pPr>
              <w:bidi/>
              <w:spacing w:before="0" w:after="40"/>
              <w:jc w:val="both"/>
            </w:pPr>
            <w:r>
              <w:rPr>
                <w:color w:val="0F7A4F"/>
                <w:rtl/>
              </w:rPr>
              <w:t>256</w:t>
            </w:r>
          </w:p>
        </w:tc>
      </w:tr>
      <w:tr>
        <w:tc>
          <w:tcPr>
            <w:tcW w:type="dxa" w:w="2494"/>
          </w:tcPr>
          <w:p>
            <w:pPr>
              <w:bidi/>
              <w:spacing w:before="0" w:after="40"/>
              <w:jc w:val="both"/>
            </w:pPr>
            <w:r>
              <w:rPr>
                <w:rtl/>
              </w:rPr>
              <w:t>‪9 × 15‬</w:t>
            </w:r>
          </w:p>
        </w:tc>
        <w:tc>
          <w:tcPr>
            <w:tcW w:type="dxa" w:w="2494"/>
          </w:tcPr>
          <w:p>
            <w:pPr>
              <w:bidi/>
              <w:spacing w:before="0" w:after="40"/>
              <w:jc w:val="both"/>
            </w:pPr>
            <w:r>
              <w:rPr>
                <w:color w:val="0F7A4F"/>
                <w:rtl/>
              </w:rPr>
              <w:t>‪9 × 10 = 90‬</w:t>
            </w:r>
          </w:p>
        </w:tc>
        <w:tc>
          <w:tcPr>
            <w:tcW w:type="dxa" w:w="2494"/>
          </w:tcPr>
          <w:p>
            <w:pPr>
              <w:bidi/>
              <w:spacing w:before="0" w:after="40"/>
              <w:jc w:val="both"/>
            </w:pPr>
            <w:r>
              <w:rPr>
                <w:color w:val="0F7A4F"/>
                <w:rtl/>
              </w:rPr>
              <w:t>‪9 × 5 = 45‬</w:t>
            </w:r>
          </w:p>
        </w:tc>
        <w:tc>
          <w:tcPr>
            <w:tcW w:type="dxa" w:w="2494"/>
          </w:tcPr>
          <w:p>
            <w:pPr>
              <w:bidi/>
              <w:spacing w:before="0" w:after="40"/>
              <w:jc w:val="both"/>
            </w:pPr>
            <w:r>
              <w:rPr>
                <w:color w:val="0F7A4F"/>
                <w:rtl/>
              </w:rPr>
              <w:t>135</w:t>
            </w:r>
          </w:p>
        </w:tc>
      </w:tr>
    </w:tbl>
    <w:p>
      <w:pPr>
        <w:bidi/>
        <w:spacing w:before="0" w:after="40"/>
        <w:jc w:val="both"/>
      </w:pPr>
    </w:p>
    <w:p>
      <w:pPr>
        <w:bidi/>
        <w:spacing w:before="160" w:after="60"/>
        <w:jc w:val="both"/>
      </w:pPr>
      <w:r>
        <w:rPr>
          <w:b/>
          <w:bCs/>
          <w:sz w:val="26"/>
          <w:szCs w:val="26"/>
          <w:rtl/>
        </w:rPr>
        <w:t>3. [בינוני] פתרו במאונך: ‪34 × 2‬   |   ‪21 × 4‬   |   ‪33 × 3‬</w:t>
      </w:r>
    </w:p>
    <w:p>
      <w:pPr>
        <w:bidi/>
        <w:spacing w:before="0" w:after="80"/>
        <w:jc w:val="both"/>
      </w:pPr>
      <w:r>
        <w:rPr>
          <w:color w:val="0F7A4F"/>
          <w:rtl/>
        </w:rPr>
        <w:t>תשובה אפשרית: ‪34 × 2 = 68‬; ‪21 × 4 = 84‬; ‪33 × 3 = 99‬</w:t>
      </w:r>
    </w:p>
    <w:p>
      <w:pPr>
        <w:bidi/>
        <w:spacing w:before="160" w:after="60"/>
        <w:jc w:val="both"/>
      </w:pPr>
      <w:r>
        <w:rPr>
          <w:b/>
          <w:bCs/>
          <w:sz w:val="26"/>
          <w:szCs w:val="26"/>
          <w:rtl/>
        </w:rPr>
        <w:t>4. [בינוני] פתרו במאונך (עם העברה): ‪39 × 2‬   |   ‪57 × 4‬   |   ‪86 × 7‬</w:t>
      </w:r>
    </w:p>
    <w:p>
      <w:pPr>
        <w:bidi/>
        <w:spacing w:before="0" w:after="80"/>
        <w:jc w:val="both"/>
      </w:pPr>
      <w:r>
        <w:rPr>
          <w:color w:val="0F7A4F"/>
          <w:rtl/>
        </w:rPr>
        <w:t>תשובה אפשרית: ‪39 × 2 = 78‬; ‪57 × 4 = 228‬; ‪86 × 7 = 602‬</w:t>
      </w:r>
    </w:p>
    <w:p>
      <w:pPr>
        <w:bidi/>
        <w:spacing w:before="160" w:after="60"/>
        <w:jc w:val="both"/>
      </w:pPr>
      <w:r>
        <w:rPr>
          <w:b/>
          <w:bCs/>
          <w:sz w:val="26"/>
          <w:szCs w:val="26"/>
          <w:rtl/>
        </w:rPr>
        <w:t>5. [בינוני] פתרו במאונך: ‪142 × 2‬   |   ‪231 × 4‬   |   ‪115 × 6‬</w:t>
      </w:r>
    </w:p>
    <w:p>
      <w:pPr>
        <w:bidi/>
        <w:spacing w:before="0" w:after="80"/>
        <w:jc w:val="both"/>
      </w:pPr>
      <w:r>
        <w:rPr>
          <w:color w:val="0F7A4F"/>
          <w:rtl/>
        </w:rPr>
        <w:t>תשובה אפשרית: ‪142 × 2 = 284‬; ‪231 × 4 = 924‬; ‪115 × 6 = 690‬</w:t>
      </w:r>
    </w:p>
    <w:p>
      <w:pPr>
        <w:bidi/>
        <w:spacing w:before="160" w:after="60"/>
        <w:jc w:val="both"/>
      </w:pPr>
      <w:r>
        <w:rPr>
          <w:b/>
          <w:bCs/>
          <w:sz w:val="26"/>
          <w:szCs w:val="26"/>
          <w:rtl/>
        </w:rPr>
        <w:t>6. [קל] התאימו לכל תרגיל את התוצאה.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‪3 × 29‬</w:t>
            </w:r>
          </w:p>
        </w:tc>
        <w:tc>
          <w:tcPr>
            <w:tcW w:type="dxa" w:w="4989"/>
          </w:tcPr>
          <w:p>
            <w:pPr>
              <w:bidi/>
              <w:spacing w:before="0" w:after="40"/>
              <w:jc w:val="both"/>
            </w:pPr>
            <w:r>
              <w:rPr>
                <w:rtl/>
              </w:rPr>
              <w:t>[4] 182</w:t>
            </w:r>
          </w:p>
        </w:tc>
      </w:tr>
      <w:tr>
        <w:tc>
          <w:tcPr>
            <w:tcW w:type="dxa" w:w="4989"/>
          </w:tcPr>
          <w:p>
            <w:pPr>
              <w:bidi/>
              <w:spacing w:before="0" w:after="40"/>
              <w:jc w:val="both"/>
            </w:pPr>
            <w:r>
              <w:rPr>
                <w:rtl/>
              </w:rPr>
              <w:t>2. ‪4 × 18‬</w:t>
            </w:r>
          </w:p>
        </w:tc>
        <w:tc>
          <w:tcPr>
            <w:tcW w:type="dxa" w:w="4989"/>
          </w:tcPr>
          <w:p>
            <w:pPr>
              <w:bidi/>
              <w:spacing w:before="0" w:after="40"/>
              <w:jc w:val="both"/>
            </w:pPr>
            <w:r>
              <w:rPr>
                <w:rtl/>
              </w:rPr>
              <w:t>[3] 185</w:t>
            </w:r>
          </w:p>
        </w:tc>
      </w:tr>
      <w:tr>
        <w:tc>
          <w:tcPr>
            <w:tcW w:type="dxa" w:w="4989"/>
          </w:tcPr>
          <w:p>
            <w:pPr>
              <w:bidi/>
              <w:spacing w:before="0" w:after="40"/>
              <w:jc w:val="both"/>
            </w:pPr>
            <w:r>
              <w:rPr>
                <w:rtl/>
              </w:rPr>
              <w:t>3. ‪5 × 37‬</w:t>
            </w:r>
          </w:p>
        </w:tc>
        <w:tc>
          <w:tcPr>
            <w:tcW w:type="dxa" w:w="4989"/>
          </w:tcPr>
          <w:p>
            <w:pPr>
              <w:bidi/>
              <w:spacing w:before="0" w:after="40"/>
              <w:jc w:val="both"/>
            </w:pPr>
            <w:r>
              <w:rPr>
                <w:rtl/>
              </w:rPr>
              <w:t>[6] 108</w:t>
            </w:r>
          </w:p>
        </w:tc>
      </w:tr>
      <w:tr>
        <w:tc>
          <w:tcPr>
            <w:tcW w:type="dxa" w:w="4989"/>
          </w:tcPr>
          <w:p>
            <w:pPr>
              <w:bidi/>
              <w:spacing w:before="0" w:after="40"/>
              <w:jc w:val="both"/>
            </w:pPr>
            <w:r>
              <w:rPr>
                <w:rtl/>
              </w:rPr>
              <w:t>4. ‪7 × 26‬</w:t>
            </w:r>
          </w:p>
        </w:tc>
        <w:tc>
          <w:tcPr>
            <w:tcW w:type="dxa" w:w="4989"/>
          </w:tcPr>
          <w:p>
            <w:pPr>
              <w:bidi/>
              <w:spacing w:before="0" w:after="40"/>
              <w:jc w:val="both"/>
            </w:pPr>
            <w:r>
              <w:rPr>
                <w:rtl/>
              </w:rPr>
              <w:t>[5] 198</w:t>
            </w:r>
          </w:p>
        </w:tc>
      </w:tr>
      <w:tr>
        <w:tc>
          <w:tcPr>
            <w:tcW w:type="dxa" w:w="4989"/>
          </w:tcPr>
          <w:p>
            <w:pPr>
              <w:bidi/>
              <w:spacing w:before="0" w:after="40"/>
              <w:jc w:val="both"/>
            </w:pPr>
            <w:r>
              <w:rPr>
                <w:rtl/>
              </w:rPr>
              <w:t>5. ‪2 × 99‬</w:t>
            </w:r>
          </w:p>
        </w:tc>
        <w:tc>
          <w:tcPr>
            <w:tcW w:type="dxa" w:w="4989"/>
          </w:tcPr>
          <w:p>
            <w:pPr>
              <w:bidi/>
              <w:spacing w:before="0" w:after="40"/>
              <w:jc w:val="both"/>
            </w:pPr>
            <w:r>
              <w:rPr>
                <w:rtl/>
              </w:rPr>
              <w:t>[1] 87</w:t>
            </w:r>
          </w:p>
        </w:tc>
      </w:tr>
      <w:tr>
        <w:tc>
          <w:tcPr>
            <w:tcW w:type="dxa" w:w="4989"/>
          </w:tcPr>
          <w:p>
            <w:pPr>
              <w:bidi/>
              <w:spacing w:before="0" w:after="40"/>
              <w:jc w:val="both"/>
            </w:pPr>
            <w:r>
              <w:rPr>
                <w:rtl/>
              </w:rPr>
              <w:t>6. ‪9 × 12‬</w:t>
            </w:r>
          </w:p>
        </w:tc>
        <w:tc>
          <w:tcPr>
            <w:tcW w:type="dxa" w:w="4989"/>
          </w:tcPr>
          <w:p>
            <w:pPr>
              <w:bidi/>
              <w:spacing w:before="0" w:after="40"/>
              <w:jc w:val="both"/>
            </w:pPr>
            <w:r>
              <w:rPr>
                <w:rtl/>
              </w:rPr>
              <w:t>[2] 72</w:t>
            </w:r>
          </w:p>
        </w:tc>
      </w:tr>
    </w:tbl>
    <w:p>
      <w:pPr>
        <w:bidi/>
        <w:spacing w:before="0" w:after="40"/>
        <w:jc w:val="both"/>
      </w:pPr>
    </w:p>
    <w:p>
      <w:pPr>
        <w:bidi/>
        <w:spacing w:before="160" w:after="60"/>
        <w:jc w:val="both"/>
      </w:pPr>
      <w:r>
        <w:rPr>
          <w:b/>
          <w:bCs/>
          <w:sz w:val="26"/>
          <w:szCs w:val="26"/>
          <w:rtl/>
        </w:rPr>
        <w:t>7. [בינוני] אומדן: בחרו את התוצאה הקרובה ביותר.</w:t>
      </w:r>
    </w:p>
    <w:p>
      <w:pPr>
        <w:bidi/>
        <w:spacing w:before="0" w:after="20"/>
        <w:jc w:val="both"/>
      </w:pPr>
      <w:r>
        <w:rPr>
          <w:rtl/>
        </w:rPr>
        <w:t>א. ‪5 × 61‬ קרוב ל:</w:t>
      </w:r>
    </w:p>
    <w:p>
      <w:pPr>
        <w:bidi/>
        <w:spacing w:before="0" w:after="80"/>
        <w:jc w:val="both"/>
      </w:pPr>
      <w:r>
        <w:rPr>
          <w:b/>
          <w:bCs/>
          <w:color w:val="0F7A4F"/>
          <w:rtl/>
        </w:rPr>
        <w:t xml:space="preserve">   ✔ 300</w:t>
      </w:r>
    </w:p>
    <w:p>
      <w:pPr>
        <w:bidi/>
        <w:spacing w:before="0" w:after="20"/>
        <w:jc w:val="both"/>
      </w:pPr>
      <w:r>
        <w:rPr>
          <w:rtl/>
        </w:rPr>
        <w:t>ב. ‪3 × 302‬ קרוב ל:</w:t>
      </w:r>
    </w:p>
    <w:p>
      <w:pPr>
        <w:bidi/>
        <w:spacing w:before="0" w:after="80"/>
        <w:jc w:val="both"/>
      </w:pPr>
      <w:r>
        <w:rPr>
          <w:b/>
          <w:bCs/>
          <w:color w:val="0F7A4F"/>
          <w:rtl/>
        </w:rPr>
        <w:t xml:space="preserve">   ✔ 900</w:t>
      </w:r>
    </w:p>
    <w:p>
      <w:pPr>
        <w:bidi/>
        <w:spacing w:before="160" w:after="60"/>
        <w:jc w:val="both"/>
      </w:pPr>
      <w:r>
        <w:rPr>
          <w:b/>
          <w:bCs/>
          <w:sz w:val="26"/>
          <w:szCs w:val="26"/>
          <w:rtl/>
        </w:rPr>
        <w:t>8. [בינוני] נכון או לא נכון?</w:t>
      </w:r>
    </w:p>
    <w:p>
      <w:pPr>
        <w:bidi/>
        <w:spacing w:before="0" w:after="40"/>
        <w:jc w:val="both"/>
      </w:pPr>
      <w:r>
        <w:rPr>
          <w:rtl/>
        </w:rPr>
        <w:t>א. בכפל במאונך מתחילים מספרת האחדות. – נכון</w:t>
      </w:r>
    </w:p>
    <w:p>
      <w:pPr>
        <w:bidi/>
        <w:spacing w:before="0" w:after="40"/>
        <w:jc w:val="both"/>
      </w:pPr>
      <w:r>
        <w:rPr>
          <w:rtl/>
        </w:rPr>
        <w:t>ב. ‪7 × 34 = 218‬ – לא נכון – ‪7 × 34 = 238‬</w:t>
      </w:r>
    </w:p>
    <w:p>
      <w:pPr>
        <w:bidi/>
        <w:spacing w:before="0" w:after="40"/>
        <w:jc w:val="both"/>
      </w:pPr>
      <w:r>
        <w:rPr>
          <w:rtl/>
        </w:rPr>
        <w:t>ג. ‪2 × 409 = 818‬ – נכון</w:t>
      </w:r>
    </w:p>
    <w:p>
      <w:pPr>
        <w:bidi/>
        <w:spacing w:before="0" w:after="40"/>
        <w:jc w:val="both"/>
      </w:pPr>
      <w:r>
        <w:rPr>
          <w:rtl/>
        </w:rPr>
        <w:t>ד. ‪8 × 25 = 200‬ – נכון</w:t>
      </w:r>
    </w:p>
    <w:p>
      <w:pPr>
        <w:bidi/>
        <w:spacing w:before="160" w:after="60"/>
        <w:jc w:val="both"/>
      </w:pPr>
      <w:r>
        <w:rPr>
          <w:b/>
          <w:bCs/>
          <w:sz w:val="26"/>
          <w:szCs w:val="26"/>
          <w:rtl/>
        </w:rPr>
        <w:t>9. [בינוני] חשבו ומיינו: התוצאה זוגית או אי-זוגית?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זוגית</w:t>
            </w:r>
          </w:p>
        </w:tc>
        <w:tc>
          <w:tcPr>
            <w:tcW w:type="dxa" w:w="4989"/>
            <w:shd w:val="clear" w:color="auto" w:fill="0f766e"/>
          </w:tcPr>
          <w:p>
            <w:pPr>
              <w:bidi/>
              <w:spacing w:before="0" w:after="40"/>
              <w:jc w:val="both"/>
            </w:pPr>
            <w:r>
              <w:rPr>
                <w:b/>
                <w:bCs/>
                <w:color w:val="FFFFFF"/>
                <w:rtl/>
              </w:rPr>
              <w:t>אי-זוגית</w:t>
            </w:r>
          </w:p>
        </w:tc>
      </w:tr>
      <w:tr>
        <w:tc>
          <w:tcPr>
            <w:tcW w:type="dxa" w:w="4989"/>
          </w:tcPr>
          <w:p>
            <w:pPr>
              <w:bidi/>
              <w:spacing w:before="0" w:after="40"/>
              <w:jc w:val="both"/>
            </w:pPr>
            <w:r>
              <w:rPr>
                <w:rtl/>
              </w:rPr>
              <w:t>‪4 × 17‬, ‪6 × 21‬, ‪8 × 43‬</w:t>
            </w:r>
          </w:p>
        </w:tc>
        <w:tc>
          <w:tcPr>
            <w:tcW w:type="dxa" w:w="4989"/>
          </w:tcPr>
          <w:p>
            <w:pPr>
              <w:bidi/>
              <w:spacing w:before="0" w:after="40"/>
              <w:jc w:val="both"/>
            </w:pPr>
            <w:r>
              <w:rPr>
                <w:rtl/>
              </w:rPr>
              <w:t>‪3 × 25‬, ‪5 × 33‬, ‪7 × 15‬</w:t>
            </w:r>
          </w:p>
        </w:tc>
      </w:tr>
    </w:tbl>
    <w:p>
      <w:pPr>
        <w:bidi/>
        <w:spacing w:before="0" w:after="40"/>
        <w:jc w:val="both"/>
      </w:pPr>
    </w:p>
    <w:p>
      <w:pPr>
        <w:bidi/>
        <w:spacing w:before="160" w:after="60"/>
        <w:jc w:val="both"/>
      </w:pPr>
      <w:r>
        <w:rPr>
          <w:b/>
          <w:bCs/>
          <w:sz w:val="26"/>
          <w:szCs w:val="26"/>
          <w:rtl/>
        </w:rPr>
        <w:t>10. [בינוני] הסבירו: יואב פתר ‪3 × 48‬ וכתב 124. מה הטעות שלו? פתרו נכון.</w:t>
      </w:r>
    </w:p>
    <w:p>
      <w:pPr>
        <w:bidi/>
        <w:spacing w:before="0" w:after="80"/>
        <w:jc w:val="both"/>
      </w:pPr>
      <w:r>
        <w:rPr>
          <w:color w:val="0F7A4F"/>
          <w:rtl/>
        </w:rPr>
        <w:t>תשובה אפשרית: ‪3 × 8 = 24‬: כותבים 4 וזוכרים 2. ‪3 × 4 = 12‬, ועוד ‪2 = 14‬. התוצאה 144. יואב שכח להוסיף את ה-2 שזכר (כתב 12 במקום 14).</w:t>
      </w:r>
    </w:p>
    <w:p>
      <w:pPr>
        <w:bidi/>
        <w:spacing w:before="160" w:after="60"/>
        <w:jc w:val="both"/>
      </w:pPr>
      <w:r>
        <w:rPr>
          <w:b/>
          <w:bCs/>
          <w:sz w:val="26"/>
          <w:szCs w:val="26"/>
          <w:rtl/>
        </w:rPr>
        <w:t>11. [בינוני] לפי הסיפור: כמה ספרים היו על המדפים בדוכן ספרי הילדים? פתרו במאונך.</w:t>
      </w:r>
    </w:p>
    <w:p>
      <w:pPr>
        <w:bidi/>
        <w:spacing w:before="0" w:after="80"/>
        <w:jc w:val="both"/>
      </w:pPr>
      <w:r>
        <w:rPr>
          <w:color w:val="0F7A4F"/>
          <w:rtl/>
        </w:rPr>
        <w:t>תשובה אפשרית: ‪6 × 35 = 210‬. תשובה: 210 ספרים.</w:t>
      </w:r>
    </w:p>
    <w:p>
      <w:pPr>
        <w:bidi/>
        <w:spacing w:before="160" w:after="60"/>
        <w:jc w:val="both"/>
      </w:pPr>
      <w:r>
        <w:rPr>
          <w:b/>
          <w:bCs/>
          <w:sz w:val="26"/>
          <w:szCs w:val="26"/>
          <w:rtl/>
        </w:rPr>
        <w:t>12. [בינוני] לפי הסיפור: כמה שילמה מיכל?</w:t>
      </w:r>
    </w:p>
    <w:p>
      <w:pPr>
        <w:bidi/>
        <w:spacing w:before="0" w:after="80"/>
        <w:jc w:val="both"/>
      </w:pPr>
      <w:r>
        <w:rPr>
          <w:color w:val="0F7A4F"/>
          <w:rtl/>
        </w:rPr>
        <w:t>תשובה אפשרית: ‪3 × 28 = 84‬. תשובה: 84 שקלים.</w:t>
      </w:r>
    </w:p>
    <w:p>
      <w:pPr>
        <w:bidi/>
        <w:spacing w:before="160" w:after="60"/>
        <w:jc w:val="both"/>
      </w:pPr>
      <w:r>
        <w:rPr>
          <w:b/>
          <w:bCs/>
          <w:sz w:val="26"/>
          <w:szCs w:val="26"/>
          <w:rtl/>
        </w:rPr>
        <w:t>13. [בינוני] לפי הסיפור: כמה ספרי מדע היו בארגזים?</w:t>
      </w:r>
    </w:p>
    <w:p>
      <w:pPr>
        <w:bidi/>
        <w:spacing w:before="0" w:after="80"/>
        <w:jc w:val="both"/>
      </w:pPr>
      <w:r>
        <w:rPr>
          <w:color w:val="0F7A4F"/>
          <w:rtl/>
        </w:rPr>
        <w:t>תשובה אפשרית: ‪4 × 125 = 500‬. תשובה: 500 ספרים.</w:t>
      </w:r>
    </w:p>
    <w:p>
      <w:pPr>
        <w:bidi/>
        <w:spacing w:before="160" w:after="60"/>
        <w:jc w:val="both"/>
      </w:pPr>
      <w:r>
        <w:rPr>
          <w:b/>
          <w:bCs/>
          <w:sz w:val="26"/>
          <w:szCs w:val="26"/>
          <w:rtl/>
        </w:rPr>
        <w:t>14. [אתגר] אתגר: בחרו ספרות מתוך 3, 5, 7 (כל ספרה פעם אחת) ובנו תרגיל ▢▢ × ▢ עם התוצאה הגדולה ביותר. הסבירו.</w:t>
      </w:r>
    </w:p>
    <w:p>
      <w:pPr>
        <w:bidi/>
        <w:spacing w:before="0" w:after="80"/>
        <w:jc w:val="both"/>
      </w:pPr>
      <w:r>
        <w:rPr>
          <w:color w:val="0F7A4F"/>
          <w:rtl/>
        </w:rPr>
        <w:t>תשובה אפשרית: ‪53 × 7 = 371‬ (בהשוואה: ‪73 × 5 = 365‬, ‪75 × 3 = 225)‬. את הספרה הגדולה שמים כגורם החד-ספרתי.</w:t>
      </w:r>
    </w:p>
    <w:p>
      <w:pPr>
        <w:bidi/>
        <w:spacing w:before="240" w:after="40"/>
        <w:jc w:val="both"/>
      </w:pPr>
      <w:r>
        <w:rPr>
          <w:rFonts w:ascii="Arial Black" w:hAnsi="Arial Black" w:cs="Arial Black"/>
          <w:b/>
          <w:bCs/>
          <w:color w:val="0F766E"/>
          <w:sz w:val="34"/>
          <w:szCs w:val="34"/>
          <w:rtl/>
        </w:rPr>
        <w:t>📖 בעיות מילוליות</w:t>
      </w:r>
    </w:p>
    <w:p>
      <w:pPr>
        <w:bidi/>
        <w:spacing w:before="160" w:after="60"/>
        <w:jc w:val="both"/>
      </w:pPr>
      <w:r>
        <w:rPr>
          <w:b/>
          <w:bCs/>
          <w:sz w:val="26"/>
          <w:szCs w:val="26"/>
          <w:rtl/>
        </w:rPr>
        <w:t>15. [קל] בכל שקית יש 32 גולות. כמה גולות יש ב-2 שקיות?</w:t>
      </w:r>
    </w:p>
    <w:p>
      <w:pPr>
        <w:bidi/>
        <w:spacing w:before="0" w:after="40"/>
        <w:jc w:val="both"/>
      </w:pPr>
      <w:r>
        <w:rPr>
          <w:color w:val="0F7A4F"/>
          <w:rtl/>
        </w:rPr>
        <w:t>דרך פתרון: ‪32 × 2 = 64‬</w:t>
      </w:r>
    </w:p>
    <w:p>
      <w:pPr>
        <w:bidi/>
        <w:spacing w:before="0" w:after="80"/>
        <w:jc w:val="both"/>
      </w:pPr>
      <w:r>
        <w:rPr>
          <w:b/>
          <w:bCs/>
          <w:color w:val="0F7A4F"/>
          <w:rtl/>
        </w:rPr>
        <w:t>תשובה: ב-2 שקיות יש 64 גולות.</w:t>
      </w:r>
    </w:p>
    <w:p>
      <w:pPr>
        <w:bidi/>
        <w:spacing w:before="160" w:after="60"/>
        <w:jc w:val="both"/>
      </w:pPr>
      <w:r>
        <w:rPr>
          <w:b/>
          <w:bCs/>
          <w:sz w:val="26"/>
          <w:szCs w:val="26"/>
          <w:rtl/>
        </w:rPr>
        <w:t>16. [קל] בכל שורה באולם הספורט יש 18 מושבים. כמה מושבים יש ב-5 שורות?</w:t>
      </w:r>
    </w:p>
    <w:p>
      <w:pPr>
        <w:bidi/>
        <w:spacing w:before="0" w:after="40"/>
        <w:jc w:val="both"/>
      </w:pPr>
      <w:r>
        <w:rPr>
          <w:color w:val="0F7A4F"/>
          <w:rtl/>
        </w:rPr>
        <w:t>דרך פתרון: במאונך: ‪18 × 5 = 90‬</w:t>
      </w:r>
    </w:p>
    <w:p>
      <w:pPr>
        <w:bidi/>
        <w:spacing w:before="0" w:after="80"/>
        <w:jc w:val="both"/>
      </w:pPr>
      <w:r>
        <w:rPr>
          <w:b/>
          <w:bCs/>
          <w:color w:val="0F7A4F"/>
          <w:rtl/>
        </w:rPr>
        <w:t>תשובה: ב-5 שורות יש 90 מושבים.</w:t>
      </w:r>
    </w:p>
    <w:p>
      <w:pPr>
        <w:bidi/>
        <w:spacing w:before="160" w:after="60"/>
        <w:jc w:val="both"/>
      </w:pPr>
      <w:r>
        <w:rPr>
          <w:b/>
          <w:bCs/>
          <w:sz w:val="26"/>
          <w:szCs w:val="26"/>
          <w:rtl/>
        </w:rPr>
        <w:t>17. [בינוני] קבוצת צופים הלכה 16 קילומטרים בכל יום, במשך 7 ימים. כמה קילומטרים הלכה הקבוצה?</w:t>
      </w:r>
    </w:p>
    <w:p>
      <w:pPr>
        <w:bidi/>
        <w:spacing w:before="0" w:after="40"/>
        <w:jc w:val="both"/>
      </w:pPr>
      <w:r>
        <w:rPr>
          <w:color w:val="0F7A4F"/>
          <w:rtl/>
        </w:rPr>
        <w:t>דרך פתרון: במאונך: ‪16 × 7 = 112‬</w:t>
      </w:r>
    </w:p>
    <w:p>
      <w:pPr>
        <w:bidi/>
        <w:spacing w:before="0" w:after="80"/>
        <w:jc w:val="both"/>
      </w:pPr>
      <w:r>
        <w:rPr>
          <w:b/>
          <w:bCs/>
          <w:color w:val="0F7A4F"/>
          <w:rtl/>
        </w:rPr>
        <w:t>תשובה: הקבוצה הלכה 112 קילומטרים.</w:t>
      </w:r>
    </w:p>
    <w:p>
      <w:pPr>
        <w:bidi/>
        <w:spacing w:before="160" w:after="60"/>
        <w:jc w:val="both"/>
      </w:pPr>
      <w:r>
        <w:rPr>
          <w:b/>
          <w:bCs/>
          <w:sz w:val="26"/>
          <w:szCs w:val="26"/>
          <w:rtl/>
        </w:rPr>
        <w:t>18. [בינוני] בבית הדפוס הדפיסו 213 עלונים בכל שעה. כמה עלונים הדפיסו ב-4 שעות?</w:t>
      </w:r>
    </w:p>
    <w:p>
      <w:pPr>
        <w:bidi/>
        <w:spacing w:before="0" w:after="40"/>
        <w:jc w:val="both"/>
      </w:pPr>
      <w:r>
        <w:rPr>
          <w:color w:val="0F7A4F"/>
          <w:rtl/>
        </w:rPr>
        <w:t>דרך פתרון: במאונך: ‪213 × 4 = 852‬</w:t>
      </w:r>
    </w:p>
    <w:p>
      <w:pPr>
        <w:bidi/>
        <w:spacing w:before="0" w:after="80"/>
        <w:jc w:val="both"/>
      </w:pPr>
      <w:r>
        <w:rPr>
          <w:b/>
          <w:bCs/>
          <w:color w:val="0F7A4F"/>
          <w:rtl/>
        </w:rPr>
        <w:t>תשובה: ב-4 שעות הדפיסו 852 עלונים.</w:t>
      </w:r>
    </w:p>
    <w:p>
      <w:pPr>
        <w:bidi/>
        <w:spacing w:before="160" w:after="60"/>
        <w:jc w:val="both"/>
      </w:pPr>
      <w:r>
        <w:rPr>
          <w:b/>
          <w:bCs/>
          <w:sz w:val="26"/>
          <w:szCs w:val="26"/>
          <w:rtl/>
        </w:rPr>
        <w:t>19. [אתגר] בספרייה יש 4 מדפים ועל כל אחד 65 ספרים, ועוד 3 מדפים ועל כל אחד 48 ספרים. כמה ספרים יש על כל המדפים?</w:t>
      </w:r>
    </w:p>
    <w:p>
      <w:pPr>
        <w:bidi/>
        <w:spacing w:before="0" w:after="40"/>
        <w:jc w:val="both"/>
      </w:pPr>
      <w:r>
        <w:rPr>
          <w:color w:val="0F7A4F"/>
          <w:rtl/>
        </w:rPr>
        <w:t>דרך פתרון: ‪65 × 4 = 260‬ ; ‪48 × 3 = 144‬ ; ‪260 + 144 = 404‬</w:t>
      </w:r>
    </w:p>
    <w:p>
      <w:pPr>
        <w:bidi/>
        <w:spacing w:before="0" w:after="80"/>
        <w:jc w:val="both"/>
      </w:pPr>
      <w:r>
        <w:rPr>
          <w:b/>
          <w:bCs/>
          <w:color w:val="0F7A4F"/>
          <w:rtl/>
        </w:rPr>
        <w:t>תשובה: על המדפים יש 404 ספרים.</w:t>
      </w:r>
    </w:p>
    <w:p>
      <w:pPr>
        <w:bidi/>
        <w:spacing w:before="160" w:after="60"/>
        <w:jc w:val="both"/>
      </w:pPr>
      <w:r>
        <w:rPr>
          <w:b/>
          <w:bCs/>
          <w:sz w:val="26"/>
          <w:szCs w:val="26"/>
          <w:rtl/>
        </w:rPr>
        <w:t>20. [אתגר] אליה קנה 8 מחברות במחיר 12 ₪ כל אחת, ו-2 קלמרים במחיר 35 ₪ כל אחד. כמה שילם אליה בסך הכול?</w:t>
      </w:r>
    </w:p>
    <w:p>
      <w:pPr>
        <w:bidi/>
        <w:spacing w:before="0" w:after="40"/>
        <w:jc w:val="both"/>
      </w:pPr>
      <w:r>
        <w:rPr>
          <w:color w:val="0F7A4F"/>
          <w:rtl/>
        </w:rPr>
        <w:t>דרך פתרון: ‪12 × 8 = 96‬ ; ‪35 × 2 = 70‬ ; ‪96 + 70 = 166‬</w:t>
      </w:r>
    </w:p>
    <w:p>
      <w:pPr>
        <w:bidi/>
        <w:spacing w:before="0" w:after="80"/>
        <w:jc w:val="both"/>
      </w:pPr>
      <w:r>
        <w:rPr>
          <w:b/>
          <w:bCs/>
          <w:color w:val="0F7A4F"/>
          <w:rtl/>
        </w:rPr>
        <w:t>תשובה: אליה שילם 166 ₪.</w:t>
      </w:r>
    </w:p>
    <w:p>
      <w:pPr>
        <w:bidi/>
        <w:spacing w:before="160" w:after="60"/>
        <w:jc w:val="both"/>
      </w:pPr>
      <w:r>
        <w:rPr>
          <w:b/>
          <w:bCs/>
          <w:color w:val="0F766E"/>
          <w:sz w:val="26"/>
          <w:szCs w:val="26"/>
          <w:rtl/>
        </w:rPr>
        <w:t>21. פתרו במאונך במחברת. גזרו את כרטיסי התוצאות, והדביקו כל תוצאה ליד התרגיל.</w:t>
      </w:r>
    </w:p>
    <w:tbl>
      <w:tblPr>
        <w:tblW w:type="auto" w:w="0"/>
        <w:tblLook w:firstColumn="1" w:firstRow="1" w:lastColumn="0" w:lastRow="0" w:noHBand="0" w:noVBand="1" w:val="04A0"/>
        <w:bidiVisual/>
        <w:tblLayout w:type="fixed"/>
      </w:tblPr>
      <w:tblGrid>
        <w:gridCol w:w="3326"/>
        <w:gridCol w:w="3326"/>
        <w:gridCol w:w="3326"/>
      </w:tblGrid>
      <w:tr>
        <w:trPr>
          <w:trHeight w:val="1304" w:hRule="exact"/>
        </w:trPr>
        <w:tc>
          <w:tcPr>
            <w:tcW w:type="dxa" w:w="510"/>
            <w:vAlign w:val="center"/>
          </w:tcPr>
          <w:p>
            <w:pPr>
              <w:bidi/>
              <w:spacing w:before="0" w:after="0"/>
              <w:jc w:val="center"/>
            </w:pPr>
            <w:r>
              <w:rPr>
                <w:b/>
                <w:bCs/>
                <w:sz w:val="25"/>
                <w:szCs w:val="25"/>
                <w:rtl/>
              </w:rPr>
              <w:t>1.</w:t>
            </w:r>
          </w:p>
        </w:tc>
        <w:tc>
          <w:tcPr>
            <w:tcW w:type="dxa" w:w="7257"/>
            <w:vAlign w:val="center"/>
          </w:tcPr>
          <w:p>
            <w:pPr>
              <w:bidi/>
              <w:spacing w:before="0" w:after="0"/>
              <w:jc w:val="both"/>
            </w:pPr>
            <w:r>
              <w:rPr>
                <w:sz w:val="25"/>
                <w:szCs w:val="25"/>
                <w:rtl/>
              </w:rPr>
              <w:t>‪23 × 3‬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40"/>
                <w:szCs w:val="40"/>
                <w:rtl/>
              </w:rPr>
              <w:t>69</w:t>
            </w:r>
          </w:p>
        </w:tc>
      </w:tr>
      <w:tr>
        <w:trPr>
          <w:trHeight w:val="1304" w:hRule="exact"/>
        </w:trPr>
        <w:tc>
          <w:tcPr>
            <w:tcW w:type="dxa" w:w="510"/>
            <w:vAlign w:val="center"/>
          </w:tcPr>
          <w:p>
            <w:pPr>
              <w:bidi/>
              <w:spacing w:before="0" w:after="0"/>
              <w:jc w:val="center"/>
            </w:pPr>
            <w:r>
              <w:rPr>
                <w:b/>
                <w:bCs/>
                <w:sz w:val="25"/>
                <w:szCs w:val="25"/>
                <w:rtl/>
              </w:rPr>
              <w:t>2.</w:t>
            </w:r>
          </w:p>
        </w:tc>
        <w:tc>
          <w:tcPr>
            <w:tcW w:type="dxa" w:w="7257"/>
            <w:vAlign w:val="center"/>
          </w:tcPr>
          <w:p>
            <w:pPr>
              <w:bidi/>
              <w:spacing w:before="0" w:after="0"/>
              <w:jc w:val="both"/>
            </w:pPr>
            <w:r>
              <w:rPr>
                <w:sz w:val="25"/>
                <w:szCs w:val="25"/>
                <w:rtl/>
              </w:rPr>
              <w:t>‪14 × 5‬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40"/>
                <w:szCs w:val="40"/>
                <w:rtl/>
              </w:rPr>
              <w:t>70</w:t>
            </w:r>
          </w:p>
        </w:tc>
      </w:tr>
      <w:tr>
        <w:trPr>
          <w:trHeight w:val="1304" w:hRule="exact"/>
        </w:trPr>
        <w:tc>
          <w:tcPr>
            <w:tcW w:type="dxa" w:w="510"/>
            <w:vAlign w:val="center"/>
          </w:tcPr>
          <w:p>
            <w:pPr>
              <w:bidi/>
              <w:spacing w:before="0" w:after="0"/>
              <w:jc w:val="center"/>
            </w:pPr>
            <w:r>
              <w:rPr>
                <w:b/>
                <w:bCs/>
                <w:sz w:val="25"/>
                <w:szCs w:val="25"/>
                <w:rtl/>
              </w:rPr>
              <w:t>3.</w:t>
            </w:r>
          </w:p>
        </w:tc>
        <w:tc>
          <w:tcPr>
            <w:tcW w:type="dxa" w:w="7257"/>
            <w:vAlign w:val="center"/>
          </w:tcPr>
          <w:p>
            <w:pPr>
              <w:bidi/>
              <w:spacing w:before="0" w:after="0"/>
              <w:jc w:val="both"/>
            </w:pPr>
            <w:r>
              <w:rPr>
                <w:sz w:val="25"/>
                <w:szCs w:val="25"/>
                <w:rtl/>
              </w:rPr>
              <w:t>‪32 × 4‬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40"/>
                <w:szCs w:val="40"/>
                <w:rtl/>
              </w:rPr>
              <w:t>128</w:t>
            </w:r>
          </w:p>
        </w:tc>
      </w:tr>
      <w:tr>
        <w:trPr>
          <w:trHeight w:val="1304" w:hRule="exact"/>
        </w:trPr>
        <w:tc>
          <w:tcPr>
            <w:tcW w:type="dxa" w:w="510"/>
            <w:vAlign w:val="center"/>
          </w:tcPr>
          <w:p>
            <w:pPr>
              <w:bidi/>
              <w:spacing w:before="0" w:after="0"/>
              <w:jc w:val="center"/>
            </w:pPr>
            <w:r>
              <w:rPr>
                <w:b/>
                <w:bCs/>
                <w:sz w:val="25"/>
                <w:szCs w:val="25"/>
                <w:rtl/>
              </w:rPr>
              <w:t>4.</w:t>
            </w:r>
          </w:p>
        </w:tc>
        <w:tc>
          <w:tcPr>
            <w:tcW w:type="dxa" w:w="7257"/>
            <w:vAlign w:val="center"/>
          </w:tcPr>
          <w:p>
            <w:pPr>
              <w:bidi/>
              <w:spacing w:before="0" w:after="0"/>
              <w:jc w:val="both"/>
            </w:pPr>
            <w:r>
              <w:rPr>
                <w:sz w:val="25"/>
                <w:szCs w:val="25"/>
                <w:rtl/>
              </w:rPr>
              <w:t>‪27 × 2‬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40"/>
                <w:szCs w:val="40"/>
                <w:rtl/>
              </w:rPr>
              <w:t>54</w:t>
            </w:r>
          </w:p>
        </w:tc>
      </w:tr>
      <w:tr>
        <w:trPr>
          <w:trHeight w:val="1304" w:hRule="exact"/>
        </w:trPr>
        <w:tc>
          <w:tcPr>
            <w:tcW w:type="dxa" w:w="510"/>
            <w:vAlign w:val="center"/>
          </w:tcPr>
          <w:p>
            <w:pPr>
              <w:bidi/>
              <w:spacing w:before="0" w:after="0"/>
              <w:jc w:val="center"/>
            </w:pPr>
            <w:r>
              <w:rPr>
                <w:b/>
                <w:bCs/>
                <w:sz w:val="25"/>
                <w:szCs w:val="25"/>
                <w:rtl/>
              </w:rPr>
              <w:t>5.</w:t>
            </w:r>
          </w:p>
        </w:tc>
        <w:tc>
          <w:tcPr>
            <w:tcW w:type="dxa" w:w="7257"/>
            <w:vAlign w:val="center"/>
          </w:tcPr>
          <w:p>
            <w:pPr>
              <w:bidi/>
              <w:spacing w:before="0" w:after="0"/>
              <w:jc w:val="both"/>
            </w:pPr>
            <w:r>
              <w:rPr>
                <w:sz w:val="25"/>
                <w:szCs w:val="25"/>
                <w:rtl/>
              </w:rPr>
              <w:t>‪45 × 6‬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40"/>
                <w:szCs w:val="40"/>
                <w:rtl/>
              </w:rPr>
              <w:t>270</w:t>
            </w:r>
          </w:p>
        </w:tc>
      </w:tr>
    </w:tbl>
    <w:p>
      <w:pPr>
        <w:bidi/>
        <w:spacing w:before="0" w:after="40"/>
        <w:jc w:val="both"/>
      </w:pPr>
    </w:p>
    <w:p>
      <w:pPr>
        <w:bidi/>
        <w:spacing w:before="160" w:after="60"/>
        <w:jc w:val="both"/>
      </w:pPr>
      <w:r>
        <w:rPr>
          <w:b/>
          <w:bCs/>
          <w:color w:val="0F766E"/>
          <w:sz w:val="26"/>
          <w:szCs w:val="26"/>
          <w:rtl/>
        </w:rPr>
        <w:t>22. התאימו תמונה לתרגיל: כתבו בריבוע את מספר התמונה.</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1</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2</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3</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b/>
                <w:bCs/>
                <w:color w:val="0F766E"/>
                <w:sz w:val="24"/>
                <w:szCs w:val="24"/>
                <w:rtl/>
              </w:rPr>
              <w:t>4</w:t>
            </w:r>
          </w:p>
        </w:tc>
      </w:tr>
      <w:tr>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jc w:val="center"/>
            </w:pPr>
            <w:r>
              <w:rPr>
                <w:rFonts w:ascii="Segoe UI Emoji" w:hAnsi="Segoe UI Emoji" w:cs="Segoe UI Emoji"/>
                <w:sz w:val="56"/>
                <w:szCs w:val="56"/>
                <w:rtl/>
              </w:rPr>
              <w:t>🥚🥚🥚🥚🥚</w:t>
            </w:r>
          </w:p>
        </w:tc>
      </w:tr>
    </w:tbl>
    <w:p>
      <w:pPr>
        <w:bidi/>
        <w:spacing w:before="0" w:after="40"/>
        <w:jc w:val="both"/>
      </w:pPr>
    </w:p>
    <w:p>
      <w:pPr>
        <w:bidi/>
        <w:spacing w:before="0" w:after="60"/>
        <w:jc w:val="both"/>
      </w:pPr>
      <w:r>
        <w:rPr>
          <w:b/>
          <w:bCs/>
          <w:color w:val="0F7A4F"/>
          <w:sz w:val="25"/>
          <w:szCs w:val="25"/>
          <w:rtl/>
        </w:rPr>
        <w:t>[ 4 ]   בכל תבנית 12 ביצים. בחמש תבניות: ‪5 × 12 = 60‬</w:t>
      </w:r>
    </w:p>
    <w:p>
      <w:pPr>
        <w:bidi/>
        <w:spacing w:before="0" w:after="60"/>
        <w:jc w:val="both"/>
      </w:pPr>
      <w:r>
        <w:rPr>
          <w:b/>
          <w:bCs/>
          <w:color w:val="0F7A4F"/>
          <w:sz w:val="25"/>
          <w:szCs w:val="25"/>
          <w:rtl/>
        </w:rPr>
        <w:t>[ 1 ]   בכל ארגז 24 בקבוקים. בשלושה ארגזים: ‪3 × 24 = 72‬</w:t>
      </w:r>
    </w:p>
    <w:p>
      <w:pPr>
        <w:bidi/>
        <w:spacing w:before="0" w:after="60"/>
        <w:jc w:val="both"/>
      </w:pPr>
      <w:r>
        <w:rPr>
          <w:b/>
          <w:bCs/>
          <w:color w:val="0F7A4F"/>
          <w:sz w:val="25"/>
          <w:szCs w:val="25"/>
          <w:rtl/>
        </w:rPr>
        <w:t>[ 2 ]   בכל אוטובוס 45 נוסעים. בשני אוטובוסים: ‪2 × 45 = 90‬</w:t>
      </w:r>
    </w:p>
    <w:p>
      <w:pPr>
        <w:bidi/>
        <w:spacing w:before="0" w:after="60"/>
        <w:jc w:val="both"/>
      </w:pPr>
      <w:r>
        <w:rPr>
          <w:b/>
          <w:bCs/>
          <w:color w:val="0F7A4F"/>
          <w:sz w:val="25"/>
          <w:szCs w:val="25"/>
          <w:rtl/>
        </w:rPr>
        <w:t>[ 3 ]   בכל מדף 16 ספרים. בארבעה מדפים: ‪4 × 16 = 64‬</w:t>
      </w:r>
    </w:p>
    <w:p>
      <w:pPr>
        <w:bidi/>
        <w:spacing w:before="160" w:after="80"/>
        <w:jc w:val="both"/>
      </w:pPr>
      <w:r>
        <w:rPr>
          <w:rFonts w:ascii="Arial Black" w:hAnsi="Arial Black" w:cs="Arial Black"/>
          <w:b/>
          <w:bCs/>
          <w:color w:val="0F766E"/>
          <w:sz w:val="30"/>
          <w:szCs w:val="30"/>
          <w:rtl/>
        </w:rPr>
        <w:t>פרק 6: חילוק בתחום המאה עם שארית וסימני התחלקות ב-2, 5 ו-10</w:t>
      </w:r>
    </w:p>
    <w:p>
      <w:pPr>
        <w:bidi/>
        <w:spacing w:before="160" w:after="60"/>
        <w:jc w:val="both"/>
      </w:pPr>
      <w:r>
        <w:rPr>
          <w:b/>
          <w:bCs/>
          <w:sz w:val="26"/>
          <w:szCs w:val="26"/>
          <w:rtl/>
        </w:rPr>
        <w:t>1. [קל] חלקו ומלאו את המנה ואת השארית.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תרגיל</w:t>
            </w:r>
          </w:p>
        </w:tc>
        <w:tc>
          <w:tcPr>
            <w:tcW w:type="dxa" w:w="3326"/>
            <w:shd w:val="clear" w:color="auto" w:fill="0f766e"/>
          </w:tcPr>
          <w:p>
            <w:pPr>
              <w:bidi/>
              <w:spacing w:before="0" w:after="40"/>
              <w:jc w:val="both"/>
            </w:pPr>
            <w:r>
              <w:rPr>
                <w:b/>
                <w:bCs/>
                <w:color w:val="FFFFFF"/>
                <w:rtl/>
              </w:rPr>
              <w:t>מנה</w:t>
            </w:r>
          </w:p>
        </w:tc>
        <w:tc>
          <w:tcPr>
            <w:tcW w:type="dxa" w:w="3326"/>
            <w:shd w:val="clear" w:color="auto" w:fill="0f766e"/>
          </w:tcPr>
          <w:p>
            <w:pPr>
              <w:bidi/>
              <w:spacing w:before="0" w:after="40"/>
              <w:jc w:val="both"/>
            </w:pPr>
            <w:r>
              <w:rPr>
                <w:b/>
                <w:bCs/>
                <w:color w:val="FFFFFF"/>
                <w:rtl/>
              </w:rPr>
              <w:t>שארית</w:t>
            </w:r>
          </w:p>
        </w:tc>
      </w:tr>
      <w:tr>
        <w:tc>
          <w:tcPr>
            <w:tcW w:type="dxa" w:w="3326"/>
          </w:tcPr>
          <w:p>
            <w:pPr>
              <w:bidi/>
              <w:spacing w:before="0" w:after="40"/>
              <w:jc w:val="both"/>
            </w:pPr>
            <w:r>
              <w:rPr>
                <w:rtl/>
              </w:rPr>
              <w:t>‪15 : 2‬</w:t>
            </w:r>
          </w:p>
        </w:tc>
        <w:tc>
          <w:tcPr>
            <w:tcW w:type="dxa" w:w="3326"/>
          </w:tcPr>
          <w:p>
            <w:pPr>
              <w:bidi/>
              <w:spacing w:before="0" w:after="40"/>
              <w:jc w:val="both"/>
            </w:pPr>
            <w:r>
              <w:rPr>
                <w:color w:val="0F7A4F"/>
                <w:rtl/>
              </w:rPr>
              <w:t>7</w:t>
            </w:r>
          </w:p>
        </w:tc>
        <w:tc>
          <w:tcPr>
            <w:tcW w:type="dxa" w:w="3326"/>
          </w:tcPr>
          <w:p>
            <w:pPr>
              <w:bidi/>
              <w:spacing w:before="0" w:after="40"/>
              <w:jc w:val="both"/>
            </w:pPr>
            <w:r>
              <w:rPr>
                <w:color w:val="0F7A4F"/>
                <w:rtl/>
              </w:rPr>
              <w:t>1</w:t>
            </w:r>
          </w:p>
        </w:tc>
      </w:tr>
      <w:tr>
        <w:tc>
          <w:tcPr>
            <w:tcW w:type="dxa" w:w="3326"/>
          </w:tcPr>
          <w:p>
            <w:pPr>
              <w:bidi/>
              <w:spacing w:before="0" w:after="40"/>
              <w:jc w:val="both"/>
            </w:pPr>
            <w:r>
              <w:rPr>
                <w:rtl/>
              </w:rPr>
              <w:t>‪20 : 3‬</w:t>
            </w:r>
          </w:p>
        </w:tc>
        <w:tc>
          <w:tcPr>
            <w:tcW w:type="dxa" w:w="3326"/>
          </w:tcPr>
          <w:p>
            <w:pPr>
              <w:bidi/>
              <w:spacing w:before="0" w:after="40"/>
              <w:jc w:val="both"/>
            </w:pPr>
            <w:r>
              <w:rPr>
                <w:color w:val="0F7A4F"/>
                <w:rtl/>
              </w:rPr>
              <w:t>6</w:t>
            </w:r>
          </w:p>
        </w:tc>
        <w:tc>
          <w:tcPr>
            <w:tcW w:type="dxa" w:w="3326"/>
          </w:tcPr>
          <w:p>
            <w:pPr>
              <w:bidi/>
              <w:spacing w:before="0" w:after="40"/>
              <w:jc w:val="both"/>
            </w:pPr>
            <w:r>
              <w:rPr>
                <w:color w:val="0F7A4F"/>
                <w:rtl/>
              </w:rPr>
              <w:t>2</w:t>
            </w:r>
          </w:p>
        </w:tc>
      </w:tr>
      <w:tr>
        <w:tc>
          <w:tcPr>
            <w:tcW w:type="dxa" w:w="3326"/>
          </w:tcPr>
          <w:p>
            <w:pPr>
              <w:bidi/>
              <w:spacing w:before="0" w:after="40"/>
              <w:jc w:val="both"/>
            </w:pPr>
            <w:r>
              <w:rPr>
                <w:rtl/>
              </w:rPr>
              <w:t>‪33 : 4‬</w:t>
            </w:r>
          </w:p>
        </w:tc>
        <w:tc>
          <w:tcPr>
            <w:tcW w:type="dxa" w:w="3326"/>
          </w:tcPr>
          <w:p>
            <w:pPr>
              <w:bidi/>
              <w:spacing w:before="0" w:after="40"/>
              <w:jc w:val="both"/>
            </w:pPr>
            <w:r>
              <w:rPr>
                <w:color w:val="0F7A4F"/>
                <w:rtl/>
              </w:rPr>
              <w:t>8</w:t>
            </w:r>
          </w:p>
        </w:tc>
        <w:tc>
          <w:tcPr>
            <w:tcW w:type="dxa" w:w="3326"/>
          </w:tcPr>
          <w:p>
            <w:pPr>
              <w:bidi/>
              <w:spacing w:before="0" w:after="40"/>
              <w:jc w:val="both"/>
            </w:pPr>
            <w:r>
              <w:rPr>
                <w:color w:val="0F7A4F"/>
                <w:rtl/>
              </w:rPr>
              <w:t>1</w:t>
            </w:r>
          </w:p>
        </w:tc>
      </w:tr>
      <w:tr>
        <w:tc>
          <w:tcPr>
            <w:tcW w:type="dxa" w:w="3326"/>
          </w:tcPr>
          <w:p>
            <w:pPr>
              <w:bidi/>
              <w:spacing w:before="0" w:after="40"/>
              <w:jc w:val="both"/>
            </w:pPr>
            <w:r>
              <w:rPr>
                <w:rtl/>
              </w:rPr>
              <w:t>‪48 : 5‬</w:t>
            </w:r>
          </w:p>
        </w:tc>
        <w:tc>
          <w:tcPr>
            <w:tcW w:type="dxa" w:w="3326"/>
          </w:tcPr>
          <w:p>
            <w:pPr>
              <w:bidi/>
              <w:spacing w:before="0" w:after="40"/>
              <w:jc w:val="both"/>
            </w:pPr>
            <w:r>
              <w:rPr>
                <w:color w:val="0F7A4F"/>
                <w:rtl/>
              </w:rPr>
              <w:t>9</w:t>
            </w:r>
          </w:p>
        </w:tc>
        <w:tc>
          <w:tcPr>
            <w:tcW w:type="dxa" w:w="3326"/>
          </w:tcPr>
          <w:p>
            <w:pPr>
              <w:bidi/>
              <w:spacing w:before="0" w:after="40"/>
              <w:jc w:val="both"/>
            </w:pPr>
            <w:r>
              <w:rPr>
                <w:color w:val="0F7A4F"/>
                <w:rtl/>
              </w:rPr>
              <w:t>3</w:t>
            </w:r>
          </w:p>
        </w:tc>
      </w:tr>
      <w:tr>
        <w:tc>
          <w:tcPr>
            <w:tcW w:type="dxa" w:w="3326"/>
          </w:tcPr>
          <w:p>
            <w:pPr>
              <w:bidi/>
              <w:spacing w:before="0" w:after="40"/>
              <w:jc w:val="both"/>
            </w:pPr>
            <w:r>
              <w:rPr>
                <w:rtl/>
              </w:rPr>
              <w:t>‪55 : 6‬</w:t>
            </w:r>
          </w:p>
        </w:tc>
        <w:tc>
          <w:tcPr>
            <w:tcW w:type="dxa" w:w="3326"/>
          </w:tcPr>
          <w:p>
            <w:pPr>
              <w:bidi/>
              <w:spacing w:before="0" w:after="40"/>
              <w:jc w:val="both"/>
            </w:pPr>
            <w:r>
              <w:rPr>
                <w:color w:val="0F7A4F"/>
                <w:rtl/>
              </w:rPr>
              <w:t>9</w:t>
            </w:r>
          </w:p>
        </w:tc>
        <w:tc>
          <w:tcPr>
            <w:tcW w:type="dxa" w:w="3326"/>
          </w:tcPr>
          <w:p>
            <w:pPr>
              <w:bidi/>
              <w:spacing w:before="0" w:after="40"/>
              <w:jc w:val="both"/>
            </w:pPr>
            <w:r>
              <w:rPr>
                <w:color w:val="0F7A4F"/>
                <w:rtl/>
              </w:rPr>
              <w:t>1</w:t>
            </w:r>
          </w:p>
        </w:tc>
      </w:tr>
      <w:tr>
        <w:tc>
          <w:tcPr>
            <w:tcW w:type="dxa" w:w="3326"/>
          </w:tcPr>
          <w:p>
            <w:pPr>
              <w:bidi/>
              <w:spacing w:before="0" w:after="40"/>
              <w:jc w:val="both"/>
            </w:pPr>
            <w:r>
              <w:rPr>
                <w:rtl/>
              </w:rPr>
              <w:t>‪71 : 8‬</w:t>
            </w:r>
          </w:p>
        </w:tc>
        <w:tc>
          <w:tcPr>
            <w:tcW w:type="dxa" w:w="3326"/>
          </w:tcPr>
          <w:p>
            <w:pPr>
              <w:bidi/>
              <w:spacing w:before="0" w:after="40"/>
              <w:jc w:val="both"/>
            </w:pPr>
            <w:r>
              <w:rPr>
                <w:color w:val="0F7A4F"/>
                <w:rtl/>
              </w:rPr>
              <w:t>8</w:t>
            </w:r>
          </w:p>
        </w:tc>
        <w:tc>
          <w:tcPr>
            <w:tcW w:type="dxa" w:w="3326"/>
          </w:tcPr>
          <w:p>
            <w:pPr>
              <w:bidi/>
              <w:spacing w:before="0" w:after="40"/>
              <w:jc w:val="both"/>
            </w:pPr>
            <w:r>
              <w:rPr>
                <w:color w:val="0F7A4F"/>
                <w:rtl/>
              </w:rPr>
              <w:t>7</w:t>
            </w:r>
          </w:p>
        </w:tc>
      </w:tr>
    </w:tbl>
    <w:p>
      <w:pPr>
        <w:bidi/>
        <w:spacing w:before="0" w:after="40"/>
        <w:jc w:val="both"/>
      </w:pPr>
    </w:p>
    <w:p>
      <w:pPr>
        <w:bidi/>
        <w:spacing w:before="160" w:after="60"/>
        <w:jc w:val="both"/>
      </w:pPr>
      <w:r>
        <w:rPr>
          <w:b/>
          <w:bCs/>
          <w:sz w:val="26"/>
          <w:szCs w:val="26"/>
          <w:rtl/>
        </w:rPr>
        <w:t>2. [קל] השלימו את השארית.</w:t>
      </w:r>
    </w:p>
    <w:p>
      <w:pPr>
        <w:bidi/>
        <w:spacing w:before="0" w:after="40"/>
        <w:jc w:val="both"/>
      </w:pPr>
      <w:r>
        <w:rPr>
          <w:rtl/>
        </w:rPr>
        <w:t>א. ‪16 : 3 = 5‬ (שארית 1)</w:t>
      </w:r>
    </w:p>
    <w:p>
      <w:pPr>
        <w:bidi/>
        <w:spacing w:before="0" w:after="40"/>
        <w:jc w:val="both"/>
      </w:pPr>
      <w:r>
        <w:rPr>
          <w:rtl/>
        </w:rPr>
        <w:t>ב. ‪38 : 7 = 5‬ (שארית 3)</w:t>
      </w:r>
    </w:p>
    <w:p>
      <w:pPr>
        <w:bidi/>
        <w:spacing w:before="0" w:after="40"/>
        <w:jc w:val="both"/>
      </w:pPr>
      <w:r>
        <w:rPr>
          <w:rtl/>
        </w:rPr>
        <w:t>ג. ‪43 : 5 = 8‬ (שארית 3)</w:t>
      </w:r>
    </w:p>
    <w:p>
      <w:pPr>
        <w:bidi/>
        <w:spacing w:before="0" w:after="40"/>
        <w:jc w:val="both"/>
      </w:pPr>
      <w:r>
        <w:rPr>
          <w:rtl/>
        </w:rPr>
        <w:t>ד. ‪66 : 9 = 7‬ (שארית 3)</w:t>
      </w:r>
    </w:p>
    <w:p>
      <w:pPr>
        <w:bidi/>
        <w:spacing w:before="160" w:after="60"/>
        <w:jc w:val="both"/>
      </w:pPr>
      <w:r>
        <w:rPr>
          <w:b/>
          <w:bCs/>
          <w:sz w:val="26"/>
          <w:szCs w:val="26"/>
          <w:rtl/>
        </w:rPr>
        <w:t>3. [קל] השלימו את המנה.</w:t>
      </w:r>
    </w:p>
    <w:p>
      <w:pPr>
        <w:bidi/>
        <w:spacing w:before="0" w:after="40"/>
        <w:jc w:val="both"/>
      </w:pPr>
      <w:r>
        <w:rPr>
          <w:rtl/>
        </w:rPr>
        <w:t>א. ‪31 : 4 = 7‬ (שארית 3)</w:t>
      </w:r>
    </w:p>
    <w:p>
      <w:pPr>
        <w:bidi/>
        <w:spacing w:before="0" w:after="40"/>
        <w:jc w:val="both"/>
      </w:pPr>
      <w:r>
        <w:rPr>
          <w:rtl/>
        </w:rPr>
        <w:t>ב. ‪44 : 9 = 4‬ (שארית 8)</w:t>
      </w:r>
    </w:p>
    <w:p>
      <w:pPr>
        <w:bidi/>
        <w:spacing w:before="0" w:after="40"/>
        <w:jc w:val="both"/>
      </w:pPr>
      <w:r>
        <w:rPr>
          <w:rtl/>
        </w:rPr>
        <w:t>ג. ‪57 : 6 = 9‬ (שארית 3)</w:t>
      </w:r>
    </w:p>
    <w:p>
      <w:pPr>
        <w:bidi/>
        <w:spacing w:before="0" w:after="40"/>
        <w:jc w:val="both"/>
      </w:pPr>
      <w:r>
        <w:rPr>
          <w:rtl/>
        </w:rPr>
        <w:t>ד. ‪79 : 10 = 7‬ (שארית 9)</w:t>
      </w:r>
    </w:p>
    <w:p>
      <w:pPr>
        <w:bidi/>
        <w:spacing w:before="160" w:after="60"/>
        <w:jc w:val="both"/>
      </w:pPr>
      <w:r>
        <w:rPr>
          <w:b/>
          <w:bCs/>
          <w:sz w:val="26"/>
          <w:szCs w:val="26"/>
          <w:rtl/>
        </w:rPr>
        <w:t>4. [בינוני] בחרו.</w:t>
      </w:r>
    </w:p>
    <w:p>
      <w:pPr>
        <w:bidi/>
        <w:spacing w:before="0" w:after="20"/>
        <w:jc w:val="both"/>
      </w:pPr>
      <w:r>
        <w:rPr>
          <w:rtl/>
        </w:rPr>
        <w:t>א. ‪53 : 7‬ =</w:t>
      </w:r>
    </w:p>
    <w:p>
      <w:pPr>
        <w:bidi/>
        <w:spacing w:before="0" w:after="80"/>
        <w:jc w:val="both"/>
      </w:pPr>
      <w:r>
        <w:rPr>
          <w:b/>
          <w:bCs/>
          <w:color w:val="0F7A4F"/>
          <w:rtl/>
        </w:rPr>
        <w:t xml:space="preserve">   ✔ 7 (שארית 4)</w:t>
      </w:r>
    </w:p>
    <w:p>
      <w:pPr>
        <w:bidi/>
        <w:spacing w:before="0" w:after="20"/>
        <w:jc w:val="both"/>
      </w:pPr>
      <w:r>
        <w:rPr>
          <w:rtl/>
        </w:rPr>
        <w:t>ב. מה השארית הגדולה ביותר האפשרית בחילוק ב-9?</w:t>
      </w:r>
    </w:p>
    <w:p>
      <w:pPr>
        <w:bidi/>
        <w:spacing w:before="0" w:after="80"/>
        <w:jc w:val="both"/>
      </w:pPr>
      <w:r>
        <w:rPr>
          <w:b/>
          <w:bCs/>
          <w:color w:val="0F7A4F"/>
          <w:rtl/>
        </w:rPr>
        <w:t xml:space="preserve">   ✔ 8</w:t>
      </w:r>
    </w:p>
    <w:p>
      <w:pPr>
        <w:bidi/>
        <w:spacing w:before="160" w:after="60"/>
        <w:jc w:val="both"/>
      </w:pPr>
      <w:r>
        <w:rPr>
          <w:b/>
          <w:bCs/>
          <w:sz w:val="26"/>
          <w:szCs w:val="26"/>
          <w:rtl/>
        </w:rPr>
        <w:t>5. [בינוני] מיינו את המספרים: מתחלק ב-5 או לא מתחלק ב-5?</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מתחלק ב-5</w:t>
            </w:r>
          </w:p>
        </w:tc>
        <w:tc>
          <w:tcPr>
            <w:tcW w:type="dxa" w:w="4989"/>
            <w:shd w:val="clear" w:color="auto" w:fill="0f766e"/>
          </w:tcPr>
          <w:p>
            <w:pPr>
              <w:bidi/>
              <w:spacing w:before="0" w:after="40"/>
              <w:jc w:val="both"/>
            </w:pPr>
            <w:r>
              <w:rPr>
                <w:b/>
                <w:bCs/>
                <w:color w:val="FFFFFF"/>
                <w:rtl/>
              </w:rPr>
              <w:t>לא מתחלק ב-5</w:t>
            </w:r>
          </w:p>
        </w:tc>
      </w:tr>
      <w:tr>
        <w:tc>
          <w:tcPr>
            <w:tcW w:type="dxa" w:w="4989"/>
          </w:tcPr>
          <w:p>
            <w:pPr>
              <w:bidi/>
              <w:spacing w:before="0" w:after="40"/>
              <w:jc w:val="both"/>
            </w:pPr>
            <w:r>
              <w:rPr>
                <w:rtl/>
              </w:rPr>
              <w:t>25, 60, 95, 70, 85</w:t>
            </w:r>
          </w:p>
        </w:tc>
        <w:tc>
          <w:tcPr>
            <w:tcW w:type="dxa" w:w="4989"/>
          </w:tcPr>
          <w:p>
            <w:pPr>
              <w:bidi/>
              <w:spacing w:before="0" w:after="40"/>
              <w:jc w:val="both"/>
            </w:pPr>
            <w:r>
              <w:rPr>
                <w:rtl/>
              </w:rPr>
              <w:t>42, 13, 58</w:t>
            </w:r>
          </w:p>
        </w:tc>
      </w:tr>
    </w:tbl>
    <w:p>
      <w:pPr>
        <w:bidi/>
        <w:spacing w:before="0" w:after="40"/>
        <w:jc w:val="both"/>
      </w:pPr>
    </w:p>
    <w:p>
      <w:pPr>
        <w:bidi/>
        <w:spacing w:before="160" w:after="60"/>
        <w:jc w:val="both"/>
      </w:pPr>
      <w:r>
        <w:rPr>
          <w:b/>
          <w:bCs/>
          <w:sz w:val="26"/>
          <w:szCs w:val="26"/>
          <w:rtl/>
        </w:rPr>
        <w:t>6. [קל] סמנו ✓ אם המספר מתחלק, ו-✗ אם לא.</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jc w:val="both"/>
            </w:pPr>
            <w:r>
              <w:rPr>
                <w:b/>
                <w:bCs/>
                <w:color w:val="FFFFFF"/>
                <w:rtl/>
              </w:rPr>
              <w:t>מספר</w:t>
            </w:r>
          </w:p>
        </w:tc>
        <w:tc>
          <w:tcPr>
            <w:tcW w:type="dxa" w:w="2494"/>
            <w:shd w:val="clear" w:color="auto" w:fill="0f766e"/>
          </w:tcPr>
          <w:p>
            <w:pPr>
              <w:bidi/>
              <w:spacing w:before="0" w:after="40"/>
              <w:jc w:val="both"/>
            </w:pPr>
            <w:r>
              <w:rPr>
                <w:b/>
                <w:bCs/>
                <w:color w:val="FFFFFF"/>
                <w:rtl/>
              </w:rPr>
              <w:t>ב-2</w:t>
            </w:r>
          </w:p>
        </w:tc>
        <w:tc>
          <w:tcPr>
            <w:tcW w:type="dxa" w:w="2494"/>
            <w:shd w:val="clear" w:color="auto" w:fill="0f766e"/>
          </w:tcPr>
          <w:p>
            <w:pPr>
              <w:bidi/>
              <w:spacing w:before="0" w:after="40"/>
              <w:jc w:val="both"/>
            </w:pPr>
            <w:r>
              <w:rPr>
                <w:b/>
                <w:bCs/>
                <w:color w:val="FFFFFF"/>
                <w:rtl/>
              </w:rPr>
              <w:t>ב-5</w:t>
            </w:r>
          </w:p>
        </w:tc>
        <w:tc>
          <w:tcPr>
            <w:tcW w:type="dxa" w:w="2494"/>
            <w:shd w:val="clear" w:color="auto" w:fill="0f766e"/>
          </w:tcPr>
          <w:p>
            <w:pPr>
              <w:bidi/>
              <w:spacing w:before="0" w:after="40"/>
              <w:jc w:val="both"/>
            </w:pPr>
            <w:r>
              <w:rPr>
                <w:b/>
                <w:bCs/>
                <w:color w:val="FFFFFF"/>
                <w:rtl/>
              </w:rPr>
              <w:t>ב-10</w:t>
            </w:r>
          </w:p>
        </w:tc>
      </w:tr>
      <w:tr>
        <w:tc>
          <w:tcPr>
            <w:tcW w:type="dxa" w:w="2494"/>
          </w:tcPr>
          <w:p>
            <w:pPr>
              <w:bidi/>
              <w:spacing w:before="0" w:after="40"/>
              <w:jc w:val="both"/>
            </w:pPr>
            <w:r>
              <w:rPr>
                <w:rtl/>
              </w:rPr>
              <w:t>20</w:t>
            </w:r>
          </w:p>
        </w:tc>
        <w:tc>
          <w:tcPr>
            <w:tcW w:type="dxa" w:w="2494"/>
          </w:tcPr>
          <w:p>
            <w:pPr>
              <w:bidi/>
              <w:spacing w:before="0" w:after="40"/>
              <w:jc w:val="both"/>
            </w:pPr>
            <w:r>
              <w:rPr>
                <w:color w:val="0F7A4F"/>
                <w:rtl/>
              </w:rPr>
              <w:t>✓</w:t>
            </w:r>
          </w:p>
        </w:tc>
        <w:tc>
          <w:tcPr>
            <w:tcW w:type="dxa" w:w="2494"/>
          </w:tcPr>
          <w:p>
            <w:pPr>
              <w:bidi/>
              <w:spacing w:before="0" w:after="40"/>
              <w:jc w:val="both"/>
            </w:pPr>
            <w:r>
              <w:rPr>
                <w:color w:val="0F7A4F"/>
                <w:rtl/>
              </w:rPr>
              <w:t>✓</w:t>
            </w:r>
          </w:p>
        </w:tc>
        <w:tc>
          <w:tcPr>
            <w:tcW w:type="dxa" w:w="2494"/>
          </w:tcPr>
          <w:p>
            <w:pPr>
              <w:bidi/>
              <w:spacing w:before="0" w:after="40"/>
              <w:jc w:val="both"/>
            </w:pPr>
            <w:r>
              <w:rPr>
                <w:color w:val="0F7A4F"/>
                <w:rtl/>
              </w:rPr>
              <w:t>✓</w:t>
            </w:r>
          </w:p>
        </w:tc>
      </w:tr>
      <w:tr>
        <w:tc>
          <w:tcPr>
            <w:tcW w:type="dxa" w:w="2494"/>
          </w:tcPr>
          <w:p>
            <w:pPr>
              <w:bidi/>
              <w:spacing w:before="0" w:after="40"/>
              <w:jc w:val="both"/>
            </w:pPr>
            <w:r>
              <w:rPr>
                <w:rtl/>
              </w:rPr>
              <w:t>45</w:t>
            </w:r>
          </w:p>
        </w:tc>
        <w:tc>
          <w:tcPr>
            <w:tcW w:type="dxa" w:w="2494"/>
          </w:tcPr>
          <w:p>
            <w:pPr>
              <w:bidi/>
              <w:spacing w:before="0" w:after="40"/>
              <w:jc w:val="both"/>
            </w:pPr>
            <w:r>
              <w:rPr>
                <w:color w:val="0F7A4F"/>
                <w:rtl/>
              </w:rPr>
              <w:t>✗</w:t>
            </w:r>
          </w:p>
        </w:tc>
        <w:tc>
          <w:tcPr>
            <w:tcW w:type="dxa" w:w="2494"/>
          </w:tcPr>
          <w:p>
            <w:pPr>
              <w:bidi/>
              <w:spacing w:before="0" w:after="40"/>
              <w:jc w:val="both"/>
            </w:pPr>
            <w:r>
              <w:rPr>
                <w:color w:val="0F7A4F"/>
                <w:rtl/>
              </w:rPr>
              <w:t>✓</w:t>
            </w:r>
          </w:p>
        </w:tc>
        <w:tc>
          <w:tcPr>
            <w:tcW w:type="dxa" w:w="2494"/>
          </w:tcPr>
          <w:p>
            <w:pPr>
              <w:bidi/>
              <w:spacing w:before="0" w:after="40"/>
              <w:jc w:val="both"/>
            </w:pPr>
            <w:r>
              <w:rPr>
                <w:color w:val="0F7A4F"/>
                <w:rtl/>
              </w:rPr>
              <w:t>✗</w:t>
            </w:r>
          </w:p>
        </w:tc>
      </w:tr>
      <w:tr>
        <w:tc>
          <w:tcPr>
            <w:tcW w:type="dxa" w:w="2494"/>
          </w:tcPr>
          <w:p>
            <w:pPr>
              <w:bidi/>
              <w:spacing w:before="0" w:after="40"/>
              <w:jc w:val="both"/>
            </w:pPr>
            <w:r>
              <w:rPr>
                <w:rtl/>
              </w:rPr>
              <w:t>58</w:t>
            </w:r>
          </w:p>
        </w:tc>
        <w:tc>
          <w:tcPr>
            <w:tcW w:type="dxa" w:w="2494"/>
          </w:tcPr>
          <w:p>
            <w:pPr>
              <w:bidi/>
              <w:spacing w:before="0" w:after="40"/>
              <w:jc w:val="both"/>
            </w:pPr>
            <w:r>
              <w:rPr>
                <w:color w:val="0F7A4F"/>
                <w:rtl/>
              </w:rPr>
              <w:t>✓</w:t>
            </w:r>
          </w:p>
        </w:tc>
        <w:tc>
          <w:tcPr>
            <w:tcW w:type="dxa" w:w="2494"/>
          </w:tcPr>
          <w:p>
            <w:pPr>
              <w:bidi/>
              <w:spacing w:before="0" w:after="40"/>
              <w:jc w:val="both"/>
            </w:pPr>
            <w:r>
              <w:rPr>
                <w:color w:val="0F7A4F"/>
                <w:rtl/>
              </w:rPr>
              <w:t>✗</w:t>
            </w:r>
          </w:p>
        </w:tc>
        <w:tc>
          <w:tcPr>
            <w:tcW w:type="dxa" w:w="2494"/>
          </w:tcPr>
          <w:p>
            <w:pPr>
              <w:bidi/>
              <w:spacing w:before="0" w:after="40"/>
              <w:jc w:val="both"/>
            </w:pPr>
            <w:r>
              <w:rPr>
                <w:color w:val="0F7A4F"/>
                <w:rtl/>
              </w:rPr>
              <w:t>✗</w:t>
            </w:r>
          </w:p>
        </w:tc>
      </w:tr>
      <w:tr>
        <w:tc>
          <w:tcPr>
            <w:tcW w:type="dxa" w:w="2494"/>
          </w:tcPr>
          <w:p>
            <w:pPr>
              <w:bidi/>
              <w:spacing w:before="0" w:after="40"/>
              <w:jc w:val="both"/>
            </w:pPr>
            <w:r>
              <w:rPr>
                <w:rtl/>
              </w:rPr>
              <w:t>81</w:t>
            </w:r>
          </w:p>
        </w:tc>
        <w:tc>
          <w:tcPr>
            <w:tcW w:type="dxa" w:w="2494"/>
          </w:tcPr>
          <w:p>
            <w:pPr>
              <w:bidi/>
              <w:spacing w:before="0" w:after="40"/>
              <w:jc w:val="both"/>
            </w:pPr>
            <w:r>
              <w:rPr>
                <w:color w:val="0F7A4F"/>
                <w:rtl/>
              </w:rPr>
              <w:t>✗</w:t>
            </w:r>
          </w:p>
        </w:tc>
        <w:tc>
          <w:tcPr>
            <w:tcW w:type="dxa" w:w="2494"/>
          </w:tcPr>
          <w:p>
            <w:pPr>
              <w:bidi/>
              <w:spacing w:before="0" w:after="40"/>
              <w:jc w:val="both"/>
            </w:pPr>
            <w:r>
              <w:rPr>
                <w:color w:val="0F7A4F"/>
                <w:rtl/>
              </w:rPr>
              <w:t>✗</w:t>
            </w:r>
          </w:p>
        </w:tc>
        <w:tc>
          <w:tcPr>
            <w:tcW w:type="dxa" w:w="2494"/>
          </w:tcPr>
          <w:p>
            <w:pPr>
              <w:bidi/>
              <w:spacing w:before="0" w:after="40"/>
              <w:jc w:val="both"/>
            </w:pPr>
            <w:r>
              <w:rPr>
                <w:color w:val="0F7A4F"/>
                <w:rtl/>
              </w:rPr>
              <w:t>✗</w:t>
            </w:r>
          </w:p>
        </w:tc>
      </w:tr>
      <w:tr>
        <w:tc>
          <w:tcPr>
            <w:tcW w:type="dxa" w:w="2494"/>
          </w:tcPr>
          <w:p>
            <w:pPr>
              <w:bidi/>
              <w:spacing w:before="0" w:after="40"/>
              <w:jc w:val="both"/>
            </w:pPr>
            <w:r>
              <w:rPr>
                <w:rtl/>
              </w:rPr>
              <w:t>90</w:t>
            </w:r>
          </w:p>
        </w:tc>
        <w:tc>
          <w:tcPr>
            <w:tcW w:type="dxa" w:w="2494"/>
          </w:tcPr>
          <w:p>
            <w:pPr>
              <w:bidi/>
              <w:spacing w:before="0" w:after="40"/>
              <w:jc w:val="both"/>
            </w:pPr>
            <w:r>
              <w:rPr>
                <w:color w:val="0F7A4F"/>
                <w:rtl/>
              </w:rPr>
              <w:t>✓</w:t>
            </w:r>
          </w:p>
        </w:tc>
        <w:tc>
          <w:tcPr>
            <w:tcW w:type="dxa" w:w="2494"/>
          </w:tcPr>
          <w:p>
            <w:pPr>
              <w:bidi/>
              <w:spacing w:before="0" w:after="40"/>
              <w:jc w:val="both"/>
            </w:pPr>
            <w:r>
              <w:rPr>
                <w:color w:val="0F7A4F"/>
                <w:rtl/>
              </w:rPr>
              <w:t>✓</w:t>
            </w:r>
          </w:p>
        </w:tc>
        <w:tc>
          <w:tcPr>
            <w:tcW w:type="dxa" w:w="2494"/>
          </w:tcPr>
          <w:p>
            <w:pPr>
              <w:bidi/>
              <w:spacing w:before="0" w:after="40"/>
              <w:jc w:val="both"/>
            </w:pPr>
            <w:r>
              <w:rPr>
                <w:color w:val="0F7A4F"/>
                <w:rtl/>
              </w:rPr>
              <w:t>✓</w:t>
            </w:r>
          </w:p>
        </w:tc>
      </w:tr>
    </w:tbl>
    <w:p>
      <w:pPr>
        <w:bidi/>
        <w:spacing w:before="0" w:after="40"/>
        <w:jc w:val="both"/>
      </w:pPr>
    </w:p>
    <w:p>
      <w:pPr>
        <w:bidi/>
        <w:spacing w:before="160" w:after="60"/>
        <w:jc w:val="both"/>
      </w:pPr>
      <w:r>
        <w:rPr>
          <w:b/>
          <w:bCs/>
          <w:sz w:val="26"/>
          <w:szCs w:val="26"/>
          <w:rtl/>
        </w:rPr>
        <w:t>7. [בינוני] נכון או לא נכון?</w:t>
      </w:r>
    </w:p>
    <w:p>
      <w:pPr>
        <w:bidi/>
        <w:spacing w:before="0" w:after="40"/>
        <w:jc w:val="both"/>
      </w:pPr>
      <w:r>
        <w:rPr>
          <w:rtl/>
        </w:rPr>
        <w:t>א. השארית תמיד קטנה מהמחלק. – נכון</w:t>
      </w:r>
    </w:p>
    <w:p>
      <w:pPr>
        <w:bidi/>
        <w:spacing w:before="0" w:after="40"/>
        <w:jc w:val="both"/>
      </w:pPr>
      <w:r>
        <w:rPr>
          <w:rtl/>
        </w:rPr>
        <w:t>ב. ‪36 : 5 = 7‬ (שארית 1) – נכון</w:t>
      </w:r>
    </w:p>
    <w:p>
      <w:pPr>
        <w:bidi/>
        <w:spacing w:before="0" w:after="40"/>
        <w:jc w:val="both"/>
      </w:pPr>
      <w:r>
        <w:rPr>
          <w:rtl/>
        </w:rPr>
        <w:t>ג. מספר שספרת האחדות שלו 5 מתחלק ב-2. – לא נכון – ספרת אחדות 5 היא אי-זוגית, ולכן המספר לא מתחלק ב-2</w:t>
      </w:r>
    </w:p>
    <w:p>
      <w:pPr>
        <w:bidi/>
        <w:spacing w:before="0" w:after="40"/>
        <w:jc w:val="both"/>
      </w:pPr>
      <w:r>
        <w:rPr>
          <w:rtl/>
        </w:rPr>
        <w:t>ד. ‪40 : 6 = 6‬ (שארית 6) – לא נכון – השארית שווה למחלק. נכון: ‪40 : 6 = 6‬ (שארית 4)</w:t>
      </w:r>
    </w:p>
    <w:p>
      <w:pPr>
        <w:bidi/>
        <w:spacing w:before="160" w:after="60"/>
        <w:jc w:val="both"/>
      </w:pPr>
      <w:r>
        <w:rPr>
          <w:b/>
          <w:bCs/>
          <w:sz w:val="26"/>
          <w:szCs w:val="26"/>
          <w:rtl/>
        </w:rPr>
        <w:t>8. [בינוני] התאימו לכל תרגיל את הבדיקה המתאימה.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‪29 : 4 = 7‬ (שארית 1)</w:t>
            </w:r>
          </w:p>
        </w:tc>
        <w:tc>
          <w:tcPr>
            <w:tcW w:type="dxa" w:w="4989"/>
          </w:tcPr>
          <w:p>
            <w:pPr>
              <w:bidi/>
              <w:spacing w:before="0" w:after="40"/>
              <w:jc w:val="both"/>
            </w:pPr>
            <w:r>
              <w:rPr>
                <w:rtl/>
              </w:rPr>
              <w:t>[4] ‪5 × 9 + 5 = 50‬</w:t>
            </w:r>
          </w:p>
        </w:tc>
      </w:tr>
      <w:tr>
        <w:tc>
          <w:tcPr>
            <w:tcW w:type="dxa" w:w="4989"/>
          </w:tcPr>
          <w:p>
            <w:pPr>
              <w:bidi/>
              <w:spacing w:before="0" w:after="40"/>
              <w:jc w:val="both"/>
            </w:pPr>
            <w:r>
              <w:rPr>
                <w:rtl/>
              </w:rPr>
              <w:t>2. ‪35 : 8 = 4‬ (שארית 3)</w:t>
            </w:r>
          </w:p>
        </w:tc>
        <w:tc>
          <w:tcPr>
            <w:tcW w:type="dxa" w:w="4989"/>
          </w:tcPr>
          <w:p>
            <w:pPr>
              <w:bidi/>
              <w:spacing w:before="0" w:after="40"/>
              <w:jc w:val="both"/>
            </w:pPr>
            <w:r>
              <w:rPr>
                <w:rtl/>
              </w:rPr>
              <w:t>[2] ‪4 × 8 + 3 = 35‬</w:t>
            </w:r>
          </w:p>
        </w:tc>
      </w:tr>
      <w:tr>
        <w:tc>
          <w:tcPr>
            <w:tcW w:type="dxa" w:w="4989"/>
          </w:tcPr>
          <w:p>
            <w:pPr>
              <w:bidi/>
              <w:spacing w:before="0" w:after="40"/>
              <w:jc w:val="both"/>
            </w:pPr>
            <w:r>
              <w:rPr>
                <w:rtl/>
              </w:rPr>
              <w:t>3. ‪62 : 7 = 8‬ (שארית 6)</w:t>
            </w:r>
          </w:p>
        </w:tc>
        <w:tc>
          <w:tcPr>
            <w:tcW w:type="dxa" w:w="4989"/>
          </w:tcPr>
          <w:p>
            <w:pPr>
              <w:bidi/>
              <w:spacing w:before="0" w:after="40"/>
              <w:jc w:val="both"/>
            </w:pPr>
            <w:r>
              <w:rPr>
                <w:rtl/>
              </w:rPr>
              <w:t>[3] ‪8 × 7 + 6 = 62‬</w:t>
            </w:r>
          </w:p>
        </w:tc>
      </w:tr>
      <w:tr>
        <w:tc>
          <w:tcPr>
            <w:tcW w:type="dxa" w:w="4989"/>
          </w:tcPr>
          <w:p>
            <w:pPr>
              <w:bidi/>
              <w:spacing w:before="0" w:after="40"/>
              <w:jc w:val="both"/>
            </w:pPr>
            <w:r>
              <w:rPr>
                <w:rtl/>
              </w:rPr>
              <w:t>4. ‪50 : 9 = 5‬ (שארית 5)</w:t>
            </w:r>
          </w:p>
        </w:tc>
        <w:tc>
          <w:tcPr>
            <w:tcW w:type="dxa" w:w="4989"/>
          </w:tcPr>
          <w:p>
            <w:pPr>
              <w:bidi/>
              <w:spacing w:before="0" w:after="40"/>
              <w:jc w:val="both"/>
            </w:pPr>
            <w:r>
              <w:rPr>
                <w:rtl/>
              </w:rPr>
              <w:t>[1] ‪7 × 4 + 1 = 29‬</w:t>
            </w:r>
          </w:p>
        </w:tc>
      </w:tr>
    </w:tbl>
    <w:p>
      <w:pPr>
        <w:bidi/>
        <w:spacing w:before="0" w:after="40"/>
        <w:jc w:val="both"/>
      </w:pPr>
    </w:p>
    <w:p>
      <w:pPr>
        <w:bidi/>
        <w:spacing w:before="160" w:after="60"/>
        <w:jc w:val="both"/>
      </w:pPr>
      <w:r>
        <w:rPr>
          <w:b/>
          <w:bCs/>
          <w:sz w:val="26"/>
          <w:szCs w:val="26"/>
          <w:rtl/>
        </w:rPr>
        <w:t>9. [בינוני] פתרו וכתבו תרגיל בדיקה: ‪87 : 9‬   |   ‪65 : 4‬</w:t>
      </w:r>
    </w:p>
    <w:p>
      <w:pPr>
        <w:bidi/>
        <w:spacing w:before="0" w:after="80"/>
        <w:jc w:val="both"/>
      </w:pPr>
      <w:r>
        <w:rPr>
          <w:color w:val="0F7A4F"/>
          <w:rtl/>
        </w:rPr>
        <w:t>תשובה אפשרית: ‪87 : 9 = 9‬ (שארית 6); בדיקה: ‪9 × 9 + 6 = 87‬. ‪65 : 4 = 16‬ (שארית 1); בדיקה: ‪16 × 4 + 1 = 65‬.</w:t>
      </w:r>
    </w:p>
    <w:p>
      <w:pPr>
        <w:bidi/>
        <w:spacing w:before="160" w:after="60"/>
        <w:jc w:val="both"/>
      </w:pPr>
      <w:r>
        <w:rPr>
          <w:b/>
          <w:bCs/>
          <w:sz w:val="26"/>
          <w:szCs w:val="26"/>
          <w:rtl/>
        </w:rPr>
        <w:t>10. [בינוני] הסבירו: עומר פתר ‪26 : 4 = 5‬ (שארית 6). מה הטעות שלו? פתרו נכון.</w:t>
      </w:r>
    </w:p>
    <w:p>
      <w:pPr>
        <w:bidi/>
        <w:spacing w:before="0" w:after="80"/>
        <w:jc w:val="both"/>
      </w:pPr>
      <w:r>
        <w:rPr>
          <w:color w:val="0F7A4F"/>
          <w:rtl/>
        </w:rPr>
        <w:t>תשובה אפשרית: השארית 6 גדולה מהמחלק 4, כלומר אפשר לתת לכל אחד עוד אחד. נכון: ‪26 : 4 = 6‬ (שארית 2), כי ‪6 × 4 = 24‬.</w:t>
      </w:r>
    </w:p>
    <w:p>
      <w:pPr>
        <w:bidi/>
        <w:spacing w:before="160" w:after="60"/>
        <w:jc w:val="both"/>
      </w:pPr>
      <w:r>
        <w:rPr>
          <w:b/>
          <w:bCs/>
          <w:sz w:val="26"/>
          <w:szCs w:val="26"/>
          <w:rtl/>
        </w:rPr>
        <w:t>11. [בינוני] לפי הסיפור: כמה קופסאות מלאות סידר דניאל? כמה מכוניות נשארו בלי קופסה?</w:t>
      </w:r>
    </w:p>
    <w:p>
      <w:pPr>
        <w:bidi/>
        <w:spacing w:before="0" w:after="80"/>
        <w:jc w:val="both"/>
      </w:pPr>
      <w:r>
        <w:rPr>
          <w:color w:val="0F7A4F"/>
          <w:rtl/>
        </w:rPr>
        <w:t>תשובה אפשרית: ‪46 : 5 = 9‬ (שארית 1). תשובה: 9 קופסאות מלאות, ומכונית אחת נשארה.</w:t>
      </w:r>
    </w:p>
    <w:p>
      <w:pPr>
        <w:bidi/>
        <w:spacing w:before="160" w:after="60"/>
        <w:jc w:val="both"/>
      </w:pPr>
      <w:r>
        <w:rPr>
          <w:b/>
          <w:bCs/>
          <w:sz w:val="26"/>
          <w:szCs w:val="26"/>
          <w:rtl/>
        </w:rPr>
        <w:t>12. [בינוני] לפי הסיפור: כמה חבילות מדבקות קנתה תמר, וכמה כסף נשאר לה?</w:t>
      </w:r>
    </w:p>
    <w:p>
      <w:pPr>
        <w:bidi/>
        <w:spacing w:before="0" w:after="80"/>
        <w:jc w:val="both"/>
      </w:pPr>
      <w:r>
        <w:rPr>
          <w:color w:val="0F7A4F"/>
          <w:rtl/>
        </w:rPr>
        <w:t>תשובה אפשרית: ‪38 : 4 = 9‬ (שארית 2). תשובה: 9 חבילות, ונשארו לה 2 שקלים.</w:t>
      </w:r>
    </w:p>
    <w:p>
      <w:pPr>
        <w:bidi/>
        <w:spacing w:before="160" w:after="60"/>
        <w:jc w:val="both"/>
      </w:pPr>
      <w:r>
        <w:rPr>
          <w:b/>
          <w:bCs/>
          <w:sz w:val="26"/>
          <w:szCs w:val="26"/>
          <w:rtl/>
        </w:rPr>
        <w:t>13. [בינוני] לפי הסיפור: כמה קופסאות צריך כדי שכל 46 המכוניות יהיו בקופסאות? הסבירו.</w:t>
      </w:r>
    </w:p>
    <w:p>
      <w:pPr>
        <w:bidi/>
        <w:spacing w:before="0" w:after="80"/>
        <w:jc w:val="both"/>
      </w:pPr>
      <w:r>
        <w:rPr>
          <w:color w:val="0F7A4F"/>
          <w:rtl/>
        </w:rPr>
        <w:t>תשובה אפשרית: 9 קופסאות מלאות ועוד קופסה אחת למכונית שנשארה: 10 קופסאות.</w:t>
      </w:r>
    </w:p>
    <w:p>
      <w:pPr>
        <w:bidi/>
        <w:spacing w:before="160" w:after="60"/>
        <w:jc w:val="both"/>
      </w:pPr>
      <w:r>
        <w:rPr>
          <w:b/>
          <w:bCs/>
          <w:sz w:val="26"/>
          <w:szCs w:val="26"/>
          <w:rtl/>
        </w:rPr>
        <w:t>14. [אתגר] אתגר: המספר דו-ספרתי, מתחלק ב-2 וב-5, ובחילוק ב-7 נותן שארית 3. מצאו את כל האפשרויות.</w:t>
      </w:r>
    </w:p>
    <w:p>
      <w:pPr>
        <w:bidi/>
        <w:spacing w:before="0" w:after="80"/>
        <w:jc w:val="both"/>
      </w:pPr>
      <w:r>
        <w:rPr>
          <w:color w:val="0F7A4F"/>
          <w:rtl/>
        </w:rPr>
        <w:t>תשובה אפשרית: מספר שמתחלק ב-2 וב-5 נגמר ב-‪0: 10‬, 20, ..., 90. מתוכם שארית 3 בחילוק ב-‪7: 10‬ ‪(7 + 3)‬ ו-80 ‪(77 + 3)‬.</w:t>
      </w:r>
    </w:p>
    <w:p>
      <w:pPr>
        <w:bidi/>
        <w:spacing w:before="240" w:after="40"/>
        <w:jc w:val="both"/>
      </w:pPr>
      <w:r>
        <w:rPr>
          <w:rFonts w:ascii="Arial Black" w:hAnsi="Arial Black" w:cs="Arial Black"/>
          <w:b/>
          <w:bCs/>
          <w:color w:val="0F766E"/>
          <w:sz w:val="34"/>
          <w:szCs w:val="34"/>
          <w:rtl/>
        </w:rPr>
        <w:t>📖 בעיות מילוליות</w:t>
      </w:r>
    </w:p>
    <w:p>
      <w:pPr>
        <w:bidi/>
        <w:spacing w:before="160" w:after="60"/>
        <w:jc w:val="both"/>
      </w:pPr>
      <w:r>
        <w:rPr>
          <w:b/>
          <w:bCs/>
          <w:sz w:val="26"/>
          <w:szCs w:val="26"/>
          <w:rtl/>
        </w:rPr>
        <w:t>15. [קל] אפו 23 עוגיות וממלאים שקיות של 3 עוגיות. כמה שקיות מלאות יהיו, וכמה עוגיות יישארו?</w:t>
      </w:r>
    </w:p>
    <w:p>
      <w:pPr>
        <w:bidi/>
        <w:spacing w:before="0" w:after="40"/>
        <w:jc w:val="both"/>
      </w:pPr>
      <w:r>
        <w:rPr>
          <w:color w:val="0F7A4F"/>
          <w:rtl/>
        </w:rPr>
        <w:t>דרך פתרון: ‪7 × 3 = 21‬ ; ‪23 − 21 = 2‬</w:t>
      </w:r>
    </w:p>
    <w:p>
      <w:pPr>
        <w:bidi/>
        <w:spacing w:before="0" w:after="80"/>
        <w:jc w:val="both"/>
      </w:pPr>
      <w:r>
        <w:rPr>
          <w:b/>
          <w:bCs/>
          <w:color w:val="0F7A4F"/>
          <w:rtl/>
        </w:rPr>
        <w:t>תשובה: יהיו 7 שקיות מלאות, ויישארו 2 עוגיות.</w:t>
      </w:r>
    </w:p>
    <w:p>
      <w:pPr>
        <w:bidi/>
        <w:spacing w:before="160" w:after="60"/>
        <w:jc w:val="both"/>
      </w:pPr>
      <w:r>
        <w:rPr>
          <w:b/>
          <w:bCs/>
          <w:sz w:val="26"/>
          <w:szCs w:val="26"/>
          <w:rtl/>
        </w:rPr>
        <w:t>16. [קל] מיכל חילקה 40 דפי צביעה שווה בשווה בין 10 ילדים. כמה דפים קיבל כל ילד? האם נשארו דפים?</w:t>
      </w:r>
    </w:p>
    <w:p>
      <w:pPr>
        <w:bidi/>
        <w:spacing w:before="0" w:after="40"/>
        <w:jc w:val="both"/>
      </w:pPr>
      <w:r>
        <w:rPr>
          <w:color w:val="0F7A4F"/>
          <w:rtl/>
        </w:rPr>
        <w:t>דרך פתרון: ‪40 : 10 = 4‬ ; ספרת האחדות של 40 היא 0, ולכן אין שארית.</w:t>
      </w:r>
    </w:p>
    <w:p>
      <w:pPr>
        <w:bidi/>
        <w:spacing w:before="0" w:after="80"/>
        <w:jc w:val="both"/>
      </w:pPr>
      <w:r>
        <w:rPr>
          <w:b/>
          <w:bCs/>
          <w:color w:val="0F7A4F"/>
          <w:rtl/>
        </w:rPr>
        <w:t>תשובה: כל ילד קיבל 4 דפים, ולא נשארו דפים.</w:t>
      </w:r>
    </w:p>
    <w:p>
      <w:pPr>
        <w:bidi/>
        <w:spacing w:before="160" w:after="60"/>
        <w:jc w:val="both"/>
      </w:pPr>
      <w:r>
        <w:rPr>
          <w:b/>
          <w:bCs/>
          <w:sz w:val="26"/>
          <w:szCs w:val="26"/>
          <w:rtl/>
        </w:rPr>
        <w:t>17. [בינוני] בפרדס קטפו 58 תפוזים וסידרו אותם בשקיות של 6. כמה שקיות מלאות יש, וכמה תפוזים נשארו?</w:t>
      </w:r>
    </w:p>
    <w:p>
      <w:pPr>
        <w:bidi/>
        <w:spacing w:before="0" w:after="40"/>
        <w:jc w:val="both"/>
      </w:pPr>
      <w:r>
        <w:rPr>
          <w:color w:val="0F7A4F"/>
          <w:rtl/>
        </w:rPr>
        <w:t>דרך פתרון: ‪9 × 6 = 54‬ ; ‪58 − 54 = 4‬</w:t>
      </w:r>
    </w:p>
    <w:p>
      <w:pPr>
        <w:bidi/>
        <w:spacing w:before="0" w:after="80"/>
        <w:jc w:val="both"/>
      </w:pPr>
      <w:r>
        <w:rPr>
          <w:b/>
          <w:bCs/>
          <w:color w:val="0F7A4F"/>
          <w:rtl/>
        </w:rPr>
        <w:t>תשובה: יש 9 שקיות מלאות, ונשארו 4 תפוזים.</w:t>
      </w:r>
    </w:p>
    <w:p>
      <w:pPr>
        <w:bidi/>
        <w:spacing w:before="160" w:after="60"/>
        <w:jc w:val="both"/>
      </w:pPr>
      <w:r>
        <w:rPr>
          <w:b/>
          <w:bCs/>
          <w:sz w:val="26"/>
          <w:szCs w:val="26"/>
          <w:rtl/>
        </w:rPr>
        <w:t>18. [בינוני] יהונתן קורא ספר של 75 עמודים, 8 עמודים בכל יום. כמה ימים שלמים יקרא כך, וכמה עמודים יישארו לו ליום האחרון?</w:t>
      </w:r>
    </w:p>
    <w:p>
      <w:pPr>
        <w:bidi/>
        <w:spacing w:before="0" w:after="40"/>
        <w:jc w:val="both"/>
      </w:pPr>
      <w:r>
        <w:rPr>
          <w:color w:val="0F7A4F"/>
          <w:rtl/>
        </w:rPr>
        <w:t>דרך פתרון: ‪9 × 8 = 72‬ ; ‪75 − 72 = 3‬</w:t>
      </w:r>
    </w:p>
    <w:p>
      <w:pPr>
        <w:bidi/>
        <w:spacing w:before="0" w:after="80"/>
        <w:jc w:val="both"/>
      </w:pPr>
      <w:r>
        <w:rPr>
          <w:b/>
          <w:bCs/>
          <w:color w:val="0F7A4F"/>
          <w:rtl/>
        </w:rPr>
        <w:t>תשובה: הוא יקרא 9 ימים שלמים, ויישארו לו 3 עמודים.</w:t>
      </w:r>
    </w:p>
    <w:p>
      <w:pPr>
        <w:bidi/>
        <w:spacing w:before="160" w:after="60"/>
        <w:jc w:val="both"/>
      </w:pPr>
      <w:r>
        <w:rPr>
          <w:b/>
          <w:bCs/>
          <w:sz w:val="26"/>
          <w:szCs w:val="26"/>
          <w:rtl/>
        </w:rPr>
        <w:t>19. [אתגר] בחוג השחמט יש 38 ילדים, ובכל לוח משחקים 2 ילדים. בחדר יש 15 לוחות. האם יש מספיק לוחות? כמה לוחות חסרים?</w:t>
      </w:r>
    </w:p>
    <w:p>
      <w:pPr>
        <w:bidi/>
        <w:spacing w:before="0" w:after="40"/>
        <w:jc w:val="both"/>
      </w:pPr>
      <w:r>
        <w:rPr>
          <w:color w:val="0F7A4F"/>
          <w:rtl/>
        </w:rPr>
        <w:t>דרך פתרון: ‪38 : 2 = 19‬ לוחות צריך ; ‪19 − 15 = 4‬</w:t>
      </w:r>
    </w:p>
    <w:p>
      <w:pPr>
        <w:bidi/>
        <w:spacing w:before="0" w:after="80"/>
        <w:jc w:val="both"/>
      </w:pPr>
      <w:r>
        <w:rPr>
          <w:b/>
          <w:bCs/>
          <w:color w:val="0F7A4F"/>
          <w:rtl/>
        </w:rPr>
        <w:t>תשובה: אין מספיק. צריך 19 לוחות, ולכן חסרים 4 לוחות.</w:t>
      </w:r>
    </w:p>
    <w:p>
      <w:pPr>
        <w:bidi/>
        <w:spacing w:before="160" w:after="60"/>
        <w:jc w:val="both"/>
      </w:pPr>
      <w:r>
        <w:rPr>
          <w:b/>
          <w:bCs/>
          <w:sz w:val="26"/>
          <w:szCs w:val="26"/>
          <w:rtl/>
        </w:rPr>
        <w:t>20. [אתגר] בארגז אחד יש 47 אגסים, ובארגז שני 34 אגסים. מסדרים את כל האגסים בסלים של 9. כמה סלים מלאים יהיו? האם יישארו אגסים?</w:t>
      </w:r>
    </w:p>
    <w:p>
      <w:pPr>
        <w:bidi/>
        <w:spacing w:before="0" w:after="40"/>
        <w:jc w:val="both"/>
      </w:pPr>
      <w:r>
        <w:rPr>
          <w:color w:val="0F7A4F"/>
          <w:rtl/>
        </w:rPr>
        <w:t>דרך פתרון: ‪47 + 34 = 81‬ ; ‪81 : 9 = 9‬, בלי שארית</w:t>
      </w:r>
    </w:p>
    <w:p>
      <w:pPr>
        <w:bidi/>
        <w:spacing w:before="0" w:after="80"/>
        <w:jc w:val="both"/>
      </w:pPr>
      <w:r>
        <w:rPr>
          <w:b/>
          <w:bCs/>
          <w:color w:val="0F7A4F"/>
          <w:rtl/>
        </w:rPr>
        <w:t>תשובה: יהיו 9 סלים מלאים, ולא יישארו אגסים.</w:t>
      </w:r>
    </w:p>
    <w:p>
      <w:pPr>
        <w:bidi/>
        <w:spacing w:before="160" w:after="60"/>
        <w:jc w:val="both"/>
      </w:pPr>
      <w:r>
        <w:rPr>
          <w:b/>
          <w:bCs/>
          <w:color w:val="0F766E"/>
          <w:sz w:val="26"/>
          <w:szCs w:val="26"/>
          <w:rtl/>
        </w:rPr>
        <w:t>21. פתרו. גזרו את כרטיסי התרגילים, והדביקו כל תרגיל בעמודה המתאימה.</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jc w:val="center"/>
            </w:pPr>
            <w:r>
              <w:rPr>
                <w:b/>
                <w:bCs/>
                <w:sz w:val="25"/>
                <w:szCs w:val="25"/>
                <w:rtl/>
              </w:rPr>
              <w:t>יש שארית</w:t>
            </w:r>
          </w:p>
        </w:tc>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jc w:val="center"/>
            </w:pPr>
            <w:r>
              <w:rPr>
                <w:b/>
                <w:bCs/>
                <w:sz w:val="25"/>
                <w:szCs w:val="25"/>
                <w:rtl/>
              </w:rPr>
              <w:t>אין שארית</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‪17 : 5‬</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‪23 : 4‬</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‪20 : 4‬</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‪36 : 6‬</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‪29 : 3‬</w:t>
            </w:r>
          </w:p>
        </w:tc>
        <w:tc>
          <w:tcPr>
            <w:tcW w:type="dxa" w:w="2466"/>
          </w:tcPr>
          <w:p>
            <w:pPr>
              <w:bidi/>
              <w:spacing w:before="0" w:after="0"/>
              <w:jc w:val="center"/>
            </w:pP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24"/>
                <w:szCs w:val="24"/>
                <w:rtl/>
              </w:rPr>
              <w:t>‪42 : 7‬</w:t>
            </w:r>
          </w:p>
        </w:tc>
        <w:tc>
          <w:tcPr>
            <w:tcW w:type="dxa" w:w="2466"/>
          </w:tcPr>
          <w:p>
            <w:pPr>
              <w:bidi/>
              <w:spacing w:before="0" w:after="0"/>
              <w:jc w:val="center"/>
            </w:pPr>
          </w:p>
        </w:tc>
      </w:tr>
    </w:tbl>
    <w:p>
      <w:pPr>
        <w:bidi/>
        <w:spacing w:before="0" w:after="40"/>
        <w:jc w:val="both"/>
      </w:pPr>
    </w:p>
    <w:p>
      <w:pPr>
        <w:bidi/>
        <w:spacing w:before="160" w:after="60"/>
        <w:jc w:val="both"/>
      </w:pPr>
      <w:r>
        <w:rPr>
          <w:b/>
          <w:bCs/>
          <w:color w:val="0F766E"/>
          <w:sz w:val="26"/>
          <w:szCs w:val="26"/>
          <w:rtl/>
        </w:rPr>
        <w:t>22. מתחו קו מכל תרגיל אל התשובה שלו.</w:t>
      </w:r>
    </w:p>
    <w:p>
      <w:pPr>
        <w:bidi/>
        <w:spacing w:before="0" w:after="40"/>
        <w:jc w:val="both"/>
      </w:pPr>
      <w:r>
        <w:rPr>
          <w:color w:val="0F7A4F"/>
          <w:sz w:val="25"/>
          <w:szCs w:val="25"/>
          <w:rtl/>
        </w:rPr>
        <w:t>1. ‪17 : 5‬  ←  ג. 3 שארית 2</w:t>
      </w:r>
    </w:p>
    <w:p>
      <w:pPr>
        <w:bidi/>
        <w:spacing w:before="0" w:after="40"/>
        <w:jc w:val="both"/>
      </w:pPr>
      <w:r>
        <w:rPr>
          <w:color w:val="0F7A4F"/>
          <w:sz w:val="25"/>
          <w:szCs w:val="25"/>
          <w:rtl/>
        </w:rPr>
        <w:t>2. ‪23 : 4‬  ←  ה. 5 שארית 3</w:t>
      </w:r>
    </w:p>
    <w:p>
      <w:pPr>
        <w:bidi/>
        <w:spacing w:before="0" w:after="40"/>
        <w:jc w:val="both"/>
      </w:pPr>
      <w:r>
        <w:rPr>
          <w:color w:val="0F7A4F"/>
          <w:sz w:val="25"/>
          <w:szCs w:val="25"/>
          <w:rtl/>
        </w:rPr>
        <w:t>3. ‪29 : 3‬  ←  ב. 9 שארית 2</w:t>
      </w:r>
    </w:p>
    <w:p>
      <w:pPr>
        <w:bidi/>
        <w:spacing w:before="0" w:after="40"/>
        <w:jc w:val="both"/>
      </w:pPr>
      <w:r>
        <w:rPr>
          <w:color w:val="0F7A4F"/>
          <w:sz w:val="25"/>
          <w:szCs w:val="25"/>
          <w:rtl/>
        </w:rPr>
        <w:t>4. ‪50 : 7‬  ←  ד. 7 שארית 1</w:t>
      </w:r>
    </w:p>
    <w:p>
      <w:pPr>
        <w:bidi/>
        <w:spacing w:before="0" w:after="40"/>
        <w:jc w:val="both"/>
      </w:pPr>
      <w:r>
        <w:rPr>
          <w:color w:val="0F7A4F"/>
          <w:sz w:val="25"/>
          <w:szCs w:val="25"/>
          <w:rtl/>
        </w:rPr>
        <w:t>5. ‪35 : 8‬  ←  א. 4 שארית 3</w:t>
      </w:r>
    </w:p>
    <w:p>
      <w:pPr>
        <w:bidi/>
        <w:spacing w:before="160" w:after="80"/>
        <w:jc w:val="both"/>
      </w:pPr>
      <w:r>
        <w:rPr>
          <w:rFonts w:ascii="Arial Black" w:hAnsi="Arial Black" w:cs="Arial Black"/>
          <w:b/>
          <w:bCs/>
          <w:color w:val="0F766E"/>
          <w:sz w:val="30"/>
          <w:szCs w:val="30"/>
          <w:rtl/>
        </w:rPr>
        <w:t>פרק 7: סדר פעולות, סוגריים ובעיות כפל וחילוק דו-שלביות</w:t>
      </w:r>
    </w:p>
    <w:p>
      <w:pPr>
        <w:bidi/>
        <w:spacing w:before="160" w:after="60"/>
        <w:jc w:val="both"/>
      </w:pPr>
      <w:r>
        <w:rPr>
          <w:b/>
          <w:bCs/>
          <w:sz w:val="26"/>
          <w:szCs w:val="26"/>
          <w:rtl/>
        </w:rPr>
        <w:t>1. [קל] חשבו לפי סדר הפעולות.</w:t>
      </w:r>
    </w:p>
    <w:p>
      <w:pPr>
        <w:bidi/>
        <w:spacing w:before="0" w:after="40"/>
        <w:jc w:val="both"/>
      </w:pPr>
      <w:r>
        <w:rPr>
          <w:rtl/>
        </w:rPr>
        <w:t>א. ‪3 + 2 × 5 = 13‬</w:t>
      </w:r>
    </w:p>
    <w:p>
      <w:pPr>
        <w:bidi/>
        <w:spacing w:before="0" w:after="40"/>
        <w:jc w:val="both"/>
      </w:pPr>
      <w:r>
        <w:rPr>
          <w:rtl/>
        </w:rPr>
        <w:t>ב. ‪15 − 3 × 4 = 3‬</w:t>
      </w:r>
    </w:p>
    <w:p>
      <w:pPr>
        <w:bidi/>
        <w:spacing w:before="0" w:after="40"/>
        <w:jc w:val="both"/>
      </w:pPr>
      <w:r>
        <w:rPr>
          <w:rtl/>
        </w:rPr>
        <w:t>ג. ‪8 × 3 + 6 = 30‬</w:t>
      </w:r>
    </w:p>
    <w:p>
      <w:pPr>
        <w:bidi/>
        <w:spacing w:before="0" w:after="40"/>
        <w:jc w:val="both"/>
      </w:pPr>
      <w:r>
        <w:rPr>
          <w:rtl/>
        </w:rPr>
        <w:t>ד. ‪24 : 6 + 9 = 13‬</w:t>
      </w:r>
    </w:p>
    <w:p>
      <w:pPr>
        <w:bidi/>
        <w:spacing w:before="0" w:after="40"/>
        <w:jc w:val="both"/>
      </w:pPr>
      <w:r>
        <w:rPr>
          <w:rtl/>
        </w:rPr>
        <w:t>ה. ‪30 − 21 : 3 = 23‬</w:t>
      </w:r>
    </w:p>
    <w:p>
      <w:pPr>
        <w:bidi/>
        <w:spacing w:before="0" w:after="40"/>
        <w:jc w:val="both"/>
      </w:pPr>
      <w:r>
        <w:rPr>
          <w:rtl/>
        </w:rPr>
        <w:t>ו. ‪9 + 4 × 0 = 9‬</w:t>
      </w:r>
    </w:p>
    <w:p>
      <w:pPr>
        <w:bidi/>
        <w:spacing w:before="160" w:after="60"/>
        <w:jc w:val="both"/>
      </w:pPr>
      <w:r>
        <w:rPr>
          <w:b/>
          <w:bCs/>
          <w:sz w:val="26"/>
          <w:szCs w:val="26"/>
          <w:rtl/>
        </w:rPr>
        <w:t>2. [קל] חשבו עם סוגריים.</w:t>
      </w:r>
    </w:p>
    <w:p>
      <w:pPr>
        <w:bidi/>
        <w:spacing w:before="0" w:after="40"/>
        <w:jc w:val="both"/>
      </w:pPr>
      <w:r>
        <w:rPr>
          <w:rtl/>
        </w:rPr>
        <w:t>א. ‪(3 + 2) × 5 = 25‬</w:t>
      </w:r>
    </w:p>
    <w:p>
      <w:pPr>
        <w:bidi/>
        <w:spacing w:before="0" w:after="40"/>
        <w:jc w:val="both"/>
      </w:pPr>
      <w:r>
        <w:rPr>
          <w:rtl/>
        </w:rPr>
        <w:t>ב. ‪(15 − 3) × 4 = 48‬</w:t>
      </w:r>
    </w:p>
    <w:p>
      <w:pPr>
        <w:bidi/>
        <w:spacing w:before="0" w:after="40"/>
        <w:jc w:val="both"/>
      </w:pPr>
      <w:r>
        <w:rPr>
          <w:rtl/>
        </w:rPr>
        <w:t>ג. ‪8 × (3 + 6) = 72‬</w:t>
      </w:r>
    </w:p>
    <w:p>
      <w:pPr>
        <w:bidi/>
        <w:spacing w:before="0" w:after="40"/>
        <w:jc w:val="both"/>
      </w:pPr>
      <w:r>
        <w:rPr>
          <w:rtl/>
        </w:rPr>
        <w:t>ד. ‪(24 + 6) : 6 = 5‬</w:t>
      </w:r>
    </w:p>
    <w:p>
      <w:pPr>
        <w:bidi/>
        <w:spacing w:before="0" w:after="40"/>
        <w:jc w:val="both"/>
      </w:pPr>
      <w:r>
        <w:rPr>
          <w:rtl/>
        </w:rPr>
        <w:t>ה. ‪(30 − 21) : 3 = 3‬</w:t>
      </w:r>
    </w:p>
    <w:p>
      <w:pPr>
        <w:bidi/>
        <w:spacing w:before="0" w:after="40"/>
        <w:jc w:val="both"/>
      </w:pPr>
      <w:r>
        <w:rPr>
          <w:rtl/>
        </w:rPr>
        <w:t>ו. ‪(9 + 4) × 0 = 0‬</w:t>
      </w:r>
    </w:p>
    <w:p>
      <w:pPr>
        <w:bidi/>
        <w:spacing w:before="160" w:after="60"/>
        <w:jc w:val="both"/>
      </w:pPr>
      <w:r>
        <w:rPr>
          <w:b/>
          <w:bCs/>
          <w:sz w:val="26"/>
          <w:szCs w:val="26"/>
          <w:rtl/>
        </w:rPr>
        <w:t>3. [קל] השלימו את הטבלה.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תרגיל</w:t>
            </w:r>
          </w:p>
        </w:tc>
        <w:tc>
          <w:tcPr>
            <w:tcW w:type="dxa" w:w="3326"/>
            <w:shd w:val="clear" w:color="auto" w:fill="0f766e"/>
          </w:tcPr>
          <w:p>
            <w:pPr>
              <w:bidi/>
              <w:spacing w:before="0" w:after="40"/>
              <w:jc w:val="both"/>
            </w:pPr>
            <w:r>
              <w:rPr>
                <w:b/>
                <w:bCs/>
                <w:color w:val="FFFFFF"/>
                <w:rtl/>
              </w:rPr>
              <w:t>מה מחשבים קודם?</w:t>
            </w:r>
          </w:p>
        </w:tc>
        <w:tc>
          <w:tcPr>
            <w:tcW w:type="dxa" w:w="3326"/>
            <w:shd w:val="clear" w:color="auto" w:fill="0f766e"/>
          </w:tcPr>
          <w:p>
            <w:pPr>
              <w:bidi/>
              <w:spacing w:before="0" w:after="40"/>
              <w:jc w:val="both"/>
            </w:pPr>
            <w:r>
              <w:rPr>
                <w:b/>
                <w:bCs/>
                <w:color w:val="FFFFFF"/>
                <w:rtl/>
              </w:rPr>
              <w:t>תוצאה</w:t>
            </w:r>
          </w:p>
        </w:tc>
      </w:tr>
      <w:tr>
        <w:tc>
          <w:tcPr>
            <w:tcW w:type="dxa" w:w="3326"/>
          </w:tcPr>
          <w:p>
            <w:pPr>
              <w:bidi/>
              <w:spacing w:before="0" w:after="40"/>
              <w:jc w:val="both"/>
            </w:pPr>
            <w:r>
              <w:rPr>
                <w:rtl/>
              </w:rPr>
              <w:t>‪7 + 3 × 6‬</w:t>
            </w:r>
          </w:p>
        </w:tc>
        <w:tc>
          <w:tcPr>
            <w:tcW w:type="dxa" w:w="3326"/>
          </w:tcPr>
          <w:p>
            <w:pPr>
              <w:bidi/>
              <w:spacing w:before="0" w:after="40"/>
              <w:jc w:val="both"/>
            </w:pPr>
            <w:r>
              <w:rPr>
                <w:color w:val="0F7A4F"/>
                <w:rtl/>
              </w:rPr>
              <w:t>‪3 × 6‬</w:t>
            </w:r>
          </w:p>
        </w:tc>
        <w:tc>
          <w:tcPr>
            <w:tcW w:type="dxa" w:w="3326"/>
          </w:tcPr>
          <w:p>
            <w:pPr>
              <w:bidi/>
              <w:spacing w:before="0" w:after="40"/>
              <w:jc w:val="both"/>
            </w:pPr>
            <w:r>
              <w:rPr>
                <w:color w:val="0F7A4F"/>
                <w:rtl/>
              </w:rPr>
              <w:t>25</w:t>
            </w:r>
          </w:p>
        </w:tc>
      </w:tr>
      <w:tr>
        <w:tc>
          <w:tcPr>
            <w:tcW w:type="dxa" w:w="3326"/>
          </w:tcPr>
          <w:p>
            <w:pPr>
              <w:bidi/>
              <w:spacing w:before="0" w:after="40"/>
              <w:jc w:val="both"/>
            </w:pPr>
            <w:r>
              <w:rPr>
                <w:rtl/>
              </w:rPr>
              <w:t>‪(7 + 3) × 6‬</w:t>
            </w:r>
          </w:p>
        </w:tc>
        <w:tc>
          <w:tcPr>
            <w:tcW w:type="dxa" w:w="3326"/>
          </w:tcPr>
          <w:p>
            <w:pPr>
              <w:bidi/>
              <w:spacing w:before="0" w:after="40"/>
              <w:jc w:val="both"/>
            </w:pPr>
            <w:r>
              <w:rPr>
                <w:color w:val="0F7A4F"/>
                <w:rtl/>
              </w:rPr>
              <w:t>‪7 + 3‬</w:t>
            </w:r>
          </w:p>
        </w:tc>
        <w:tc>
          <w:tcPr>
            <w:tcW w:type="dxa" w:w="3326"/>
          </w:tcPr>
          <w:p>
            <w:pPr>
              <w:bidi/>
              <w:spacing w:before="0" w:after="40"/>
              <w:jc w:val="both"/>
            </w:pPr>
            <w:r>
              <w:rPr>
                <w:color w:val="0F7A4F"/>
                <w:rtl/>
              </w:rPr>
              <w:t>60</w:t>
            </w:r>
          </w:p>
        </w:tc>
      </w:tr>
      <w:tr>
        <w:tc>
          <w:tcPr>
            <w:tcW w:type="dxa" w:w="3326"/>
          </w:tcPr>
          <w:p>
            <w:pPr>
              <w:bidi/>
              <w:spacing w:before="0" w:after="40"/>
              <w:jc w:val="both"/>
            </w:pPr>
            <w:r>
              <w:rPr>
                <w:rtl/>
              </w:rPr>
              <w:t>‪50 − 40 : 5‬</w:t>
            </w:r>
          </w:p>
        </w:tc>
        <w:tc>
          <w:tcPr>
            <w:tcW w:type="dxa" w:w="3326"/>
          </w:tcPr>
          <w:p>
            <w:pPr>
              <w:bidi/>
              <w:spacing w:before="0" w:after="40"/>
              <w:jc w:val="both"/>
            </w:pPr>
            <w:r>
              <w:rPr>
                <w:color w:val="0F7A4F"/>
                <w:rtl/>
              </w:rPr>
              <w:t>‪40 : 5‬</w:t>
            </w:r>
          </w:p>
        </w:tc>
        <w:tc>
          <w:tcPr>
            <w:tcW w:type="dxa" w:w="3326"/>
          </w:tcPr>
          <w:p>
            <w:pPr>
              <w:bidi/>
              <w:spacing w:before="0" w:after="40"/>
              <w:jc w:val="both"/>
            </w:pPr>
            <w:r>
              <w:rPr>
                <w:color w:val="0F7A4F"/>
                <w:rtl/>
              </w:rPr>
              <w:t>42</w:t>
            </w:r>
          </w:p>
        </w:tc>
      </w:tr>
      <w:tr>
        <w:tc>
          <w:tcPr>
            <w:tcW w:type="dxa" w:w="3326"/>
          </w:tcPr>
          <w:p>
            <w:pPr>
              <w:bidi/>
              <w:spacing w:before="0" w:after="40"/>
              <w:jc w:val="both"/>
            </w:pPr>
            <w:r>
              <w:rPr>
                <w:rtl/>
              </w:rPr>
              <w:t>‪(50 − 40) : 5‬</w:t>
            </w:r>
          </w:p>
        </w:tc>
        <w:tc>
          <w:tcPr>
            <w:tcW w:type="dxa" w:w="3326"/>
          </w:tcPr>
          <w:p>
            <w:pPr>
              <w:bidi/>
              <w:spacing w:before="0" w:after="40"/>
              <w:jc w:val="both"/>
            </w:pPr>
            <w:r>
              <w:rPr>
                <w:color w:val="0F7A4F"/>
                <w:rtl/>
              </w:rPr>
              <w:t>‪50 − 40‬</w:t>
            </w:r>
          </w:p>
        </w:tc>
        <w:tc>
          <w:tcPr>
            <w:tcW w:type="dxa" w:w="3326"/>
          </w:tcPr>
          <w:p>
            <w:pPr>
              <w:bidi/>
              <w:spacing w:before="0" w:after="40"/>
              <w:jc w:val="both"/>
            </w:pPr>
            <w:r>
              <w:rPr>
                <w:color w:val="0F7A4F"/>
                <w:rtl/>
              </w:rPr>
              <w:t>2</w:t>
            </w:r>
          </w:p>
        </w:tc>
      </w:tr>
    </w:tbl>
    <w:p>
      <w:pPr>
        <w:bidi/>
        <w:spacing w:before="0" w:after="40"/>
        <w:jc w:val="both"/>
      </w:pPr>
    </w:p>
    <w:p>
      <w:pPr>
        <w:bidi/>
        <w:spacing w:before="160" w:after="60"/>
        <w:jc w:val="both"/>
      </w:pPr>
      <w:r>
        <w:rPr>
          <w:b/>
          <w:bCs/>
          <w:sz w:val="26"/>
          <w:szCs w:val="26"/>
          <w:rtl/>
        </w:rPr>
        <w:t>4. [בינוני] בחרו את התוצאה הנכונה.</w:t>
      </w:r>
    </w:p>
    <w:p>
      <w:pPr>
        <w:bidi/>
        <w:spacing w:before="0" w:after="20"/>
        <w:jc w:val="both"/>
      </w:pPr>
      <w:r>
        <w:rPr>
          <w:rtl/>
        </w:rPr>
        <w:t>א. ‪12 + 6 : 3‬ =</w:t>
      </w:r>
    </w:p>
    <w:p>
      <w:pPr>
        <w:bidi/>
        <w:spacing w:before="0" w:after="80"/>
        <w:jc w:val="both"/>
      </w:pPr>
      <w:r>
        <w:rPr>
          <w:b/>
          <w:bCs/>
          <w:color w:val="0F7A4F"/>
          <w:rtl/>
        </w:rPr>
        <w:t xml:space="preserve">   ✔ 14</w:t>
      </w:r>
    </w:p>
    <w:p>
      <w:pPr>
        <w:bidi/>
        <w:spacing w:before="0" w:after="20"/>
        <w:jc w:val="both"/>
      </w:pPr>
      <w:r>
        <w:rPr>
          <w:rtl/>
        </w:rPr>
        <w:t>ב. ‪(12 + 6) : 3‬ =</w:t>
      </w:r>
    </w:p>
    <w:p>
      <w:pPr>
        <w:bidi/>
        <w:spacing w:before="0" w:after="80"/>
        <w:jc w:val="both"/>
      </w:pPr>
      <w:r>
        <w:rPr>
          <w:b/>
          <w:bCs/>
          <w:color w:val="0F7A4F"/>
          <w:rtl/>
        </w:rPr>
        <w:t xml:space="preserve">   ✔ 6</w:t>
      </w:r>
    </w:p>
    <w:p>
      <w:pPr>
        <w:bidi/>
        <w:spacing w:before="0" w:after="20"/>
        <w:jc w:val="both"/>
      </w:pPr>
      <w:r>
        <w:rPr>
          <w:rtl/>
        </w:rPr>
        <w:t>ג. ‪5 × 6 − 4 × 2‬ =</w:t>
      </w:r>
    </w:p>
    <w:p>
      <w:pPr>
        <w:bidi/>
        <w:spacing w:before="0" w:after="80"/>
        <w:jc w:val="both"/>
      </w:pPr>
      <w:r>
        <w:rPr>
          <w:b/>
          <w:bCs/>
          <w:color w:val="0F7A4F"/>
          <w:rtl/>
        </w:rPr>
        <w:t xml:space="preserve">   ✔ 22</w:t>
      </w:r>
    </w:p>
    <w:p>
      <w:pPr>
        <w:bidi/>
        <w:spacing w:before="160" w:after="60"/>
        <w:jc w:val="both"/>
      </w:pPr>
      <w:r>
        <w:rPr>
          <w:b/>
          <w:bCs/>
          <w:sz w:val="26"/>
          <w:szCs w:val="26"/>
          <w:rtl/>
        </w:rPr>
        <w:t>5. [בינוני] נכון או לא נכון?</w:t>
      </w:r>
    </w:p>
    <w:p>
      <w:pPr>
        <w:bidi/>
        <w:spacing w:before="0" w:after="40"/>
        <w:jc w:val="both"/>
      </w:pPr>
      <w:r>
        <w:rPr>
          <w:rtl/>
        </w:rPr>
        <w:t>א. תמיד מחשבים קודם את הפעולה הראשונה משמאל. – לא נכון – קודם סוגריים, אחר כך כפל וחילוק, ורק אז חיבור וחיסור</w:t>
      </w:r>
    </w:p>
    <w:p>
      <w:pPr>
        <w:bidi/>
        <w:spacing w:before="0" w:after="40"/>
        <w:jc w:val="both"/>
      </w:pPr>
      <w:r>
        <w:rPr>
          <w:rtl/>
        </w:rPr>
        <w:t>ב. ‪(5 + 5) × 5 = 50‬ – נכון</w:t>
      </w:r>
    </w:p>
    <w:p>
      <w:pPr>
        <w:bidi/>
        <w:spacing w:before="0" w:after="40"/>
        <w:jc w:val="both"/>
      </w:pPr>
      <w:r>
        <w:rPr>
          <w:rtl/>
        </w:rPr>
        <w:t>ג. ‪5 + 5 × 5 = 50‬ – לא נכון – ‪5 + 5 × 5 = 5 + 25 = 30‬</w:t>
      </w:r>
    </w:p>
    <w:p>
      <w:pPr>
        <w:bidi/>
        <w:spacing w:before="0" w:after="40"/>
        <w:jc w:val="both"/>
      </w:pPr>
      <w:r>
        <w:rPr>
          <w:rtl/>
        </w:rPr>
        <w:t>ד. ‪36 : 6 − 2 = 4‬ – נכון</w:t>
      </w:r>
    </w:p>
    <w:p>
      <w:pPr>
        <w:bidi/>
        <w:spacing w:before="160" w:after="60"/>
        <w:jc w:val="both"/>
      </w:pPr>
      <w:r>
        <w:rPr>
          <w:b/>
          <w:bCs/>
          <w:sz w:val="26"/>
          <w:szCs w:val="26"/>
          <w:rtl/>
        </w:rPr>
        <w:t>6. [קל] התאימו לכל בעיה את התרגיל.</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3 חולצות ב-20 ש"ח ועוד כובע ב-15 ש"ח</w:t>
            </w:r>
          </w:p>
        </w:tc>
        <w:tc>
          <w:tcPr>
            <w:tcW w:type="dxa" w:w="4989"/>
          </w:tcPr>
          <w:p>
            <w:pPr>
              <w:bidi/>
              <w:spacing w:before="0" w:after="40"/>
              <w:jc w:val="both"/>
            </w:pPr>
            <w:r>
              <w:rPr>
                <w:rtl/>
              </w:rPr>
              <w:t>[4] ‪(50 + 10) : 3‬</w:t>
            </w:r>
          </w:p>
        </w:tc>
      </w:tr>
      <w:tr>
        <w:tc>
          <w:tcPr>
            <w:tcW w:type="dxa" w:w="4989"/>
          </w:tcPr>
          <w:p>
            <w:pPr>
              <w:bidi/>
              <w:spacing w:before="0" w:after="40"/>
              <w:jc w:val="both"/>
            </w:pPr>
            <w:r>
              <w:rPr>
                <w:rtl/>
              </w:rPr>
              <w:t>2. 3 ילדים, כל אחד קנה חולצה ב-20 וכובע ב-15</w:t>
            </w:r>
          </w:p>
        </w:tc>
        <w:tc>
          <w:tcPr>
            <w:tcW w:type="dxa" w:w="4989"/>
          </w:tcPr>
          <w:p>
            <w:pPr>
              <w:bidi/>
              <w:spacing w:before="0" w:after="40"/>
              <w:jc w:val="both"/>
            </w:pPr>
            <w:r>
              <w:rPr>
                <w:rtl/>
              </w:rPr>
              <w:t>[3] ‪50 − 3 × 5‬</w:t>
            </w:r>
          </w:p>
        </w:tc>
      </w:tr>
      <w:tr>
        <w:tc>
          <w:tcPr>
            <w:tcW w:type="dxa" w:w="4989"/>
          </w:tcPr>
          <w:p>
            <w:pPr>
              <w:bidi/>
              <w:spacing w:before="0" w:after="40"/>
              <w:jc w:val="both"/>
            </w:pPr>
            <w:r>
              <w:rPr>
                <w:rtl/>
              </w:rPr>
              <w:t>3. היו 50 ש"ח, קנו 3 מחברות ב-5 ש"ח</w:t>
            </w:r>
          </w:p>
        </w:tc>
        <w:tc>
          <w:tcPr>
            <w:tcW w:type="dxa" w:w="4989"/>
          </w:tcPr>
          <w:p>
            <w:pPr>
              <w:bidi/>
              <w:spacing w:before="0" w:after="40"/>
              <w:jc w:val="both"/>
            </w:pPr>
            <w:r>
              <w:rPr>
                <w:rtl/>
              </w:rPr>
              <w:t>[2] ‪3 × (20 + 15)‬</w:t>
            </w:r>
          </w:p>
        </w:tc>
      </w:tr>
      <w:tr>
        <w:tc>
          <w:tcPr>
            <w:tcW w:type="dxa" w:w="4989"/>
          </w:tcPr>
          <w:p>
            <w:pPr>
              <w:bidi/>
              <w:spacing w:before="0" w:after="40"/>
              <w:jc w:val="both"/>
            </w:pPr>
            <w:r>
              <w:rPr>
                <w:rtl/>
              </w:rPr>
              <w:t>4. היו 50 ש"ח, קיבלו עוד 10, וחילקו שווה ל-3</w:t>
            </w:r>
          </w:p>
        </w:tc>
        <w:tc>
          <w:tcPr>
            <w:tcW w:type="dxa" w:w="4989"/>
          </w:tcPr>
          <w:p>
            <w:pPr>
              <w:bidi/>
              <w:spacing w:before="0" w:after="40"/>
              <w:jc w:val="both"/>
            </w:pPr>
            <w:r>
              <w:rPr>
                <w:rtl/>
              </w:rPr>
              <w:t>[1] ‪3 × 20 + 15‬</w:t>
            </w:r>
          </w:p>
        </w:tc>
      </w:tr>
    </w:tbl>
    <w:p>
      <w:pPr>
        <w:bidi/>
        <w:spacing w:before="0" w:after="40"/>
        <w:jc w:val="both"/>
      </w:pPr>
    </w:p>
    <w:p>
      <w:pPr>
        <w:bidi/>
        <w:spacing w:before="160" w:after="60"/>
        <w:jc w:val="both"/>
      </w:pPr>
      <w:r>
        <w:rPr>
          <w:b/>
          <w:bCs/>
          <w:sz w:val="26"/>
          <w:szCs w:val="26"/>
          <w:rtl/>
        </w:rPr>
        <w:t>7. [בינוני] חשבו ומיינו לפי התוצאה.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16</w:t>
            </w:r>
          </w:p>
        </w:tc>
        <w:tc>
          <w:tcPr>
            <w:tcW w:type="dxa" w:w="4989"/>
            <w:shd w:val="clear" w:color="auto" w:fill="0f766e"/>
          </w:tcPr>
          <w:p>
            <w:pPr>
              <w:bidi/>
              <w:spacing w:before="0" w:after="40"/>
              <w:jc w:val="both"/>
            </w:pPr>
            <w:r>
              <w:rPr>
                <w:b/>
                <w:bCs/>
                <w:color w:val="FFFFFF"/>
                <w:rtl/>
              </w:rPr>
              <w:t>24</w:t>
            </w:r>
          </w:p>
        </w:tc>
      </w:tr>
      <w:tr>
        <w:tc>
          <w:tcPr>
            <w:tcW w:type="dxa" w:w="4989"/>
          </w:tcPr>
          <w:p>
            <w:pPr>
              <w:bidi/>
              <w:spacing w:before="0" w:after="40"/>
              <w:jc w:val="both"/>
            </w:pPr>
            <w:r>
              <w:rPr>
                <w:rtl/>
              </w:rPr>
              <w:t>‪4 + 3 × 4‬, ‪(4 + 4) × 2‬, ‪2 × 9 − 2‬, ‪32 : 2‬</w:t>
            </w:r>
          </w:p>
        </w:tc>
        <w:tc>
          <w:tcPr>
            <w:tcW w:type="dxa" w:w="4989"/>
          </w:tcPr>
          <w:p>
            <w:pPr>
              <w:bidi/>
              <w:spacing w:before="0" w:after="40"/>
              <w:jc w:val="both"/>
            </w:pPr>
            <w:r>
              <w:rPr>
                <w:rtl/>
              </w:rPr>
              <w:t>‪(3 + 5) × 3‬, ‪30 − 3 × 2‬, ‪6 + 9 × 2‬, ‪48 : 2‬</w:t>
            </w:r>
          </w:p>
        </w:tc>
      </w:tr>
    </w:tbl>
    <w:p>
      <w:pPr>
        <w:bidi/>
        <w:spacing w:before="0" w:after="40"/>
        <w:jc w:val="both"/>
      </w:pPr>
    </w:p>
    <w:p>
      <w:pPr>
        <w:bidi/>
        <w:spacing w:before="160" w:after="60"/>
        <w:jc w:val="both"/>
      </w:pPr>
      <w:r>
        <w:rPr>
          <w:b/>
          <w:bCs/>
          <w:sz w:val="26"/>
          <w:szCs w:val="26"/>
          <w:rtl/>
        </w:rPr>
        <w:t>8. [בינוני] השלימו את הסימן החסר (+, −, × או :).</w:t>
      </w:r>
    </w:p>
    <w:p>
      <w:pPr>
        <w:bidi/>
        <w:spacing w:before="0" w:after="40"/>
        <w:jc w:val="both"/>
      </w:pPr>
      <w:r>
        <w:rPr>
          <w:rtl/>
        </w:rPr>
        <w:t>א. ‪6 + 3 × 2 = 12‬</w:t>
      </w:r>
    </w:p>
    <w:p>
      <w:pPr>
        <w:bidi/>
        <w:spacing w:before="0" w:after="40"/>
        <w:jc w:val="both"/>
      </w:pPr>
      <w:r>
        <w:rPr>
          <w:rtl/>
        </w:rPr>
        <w:t>ב. ‪(8 − 2) × 5 = 30‬</w:t>
      </w:r>
    </w:p>
    <w:p>
      <w:pPr>
        <w:bidi/>
        <w:spacing w:before="0" w:after="40"/>
        <w:jc w:val="both"/>
      </w:pPr>
      <w:r>
        <w:rPr>
          <w:rtl/>
        </w:rPr>
        <w:t>ג. ‪20 − 12 : 4 = 17‬</w:t>
      </w:r>
    </w:p>
    <w:p>
      <w:pPr>
        <w:bidi/>
        <w:spacing w:before="0" w:after="40"/>
        <w:jc w:val="both"/>
      </w:pPr>
      <w:r>
        <w:rPr>
          <w:rtl/>
        </w:rPr>
        <w:t>ד. ‪(9 + 1) × 4 = 40‬</w:t>
      </w:r>
    </w:p>
    <w:p>
      <w:pPr>
        <w:bidi/>
        <w:spacing w:before="160" w:after="60"/>
        <w:jc w:val="both"/>
      </w:pPr>
      <w:r>
        <w:rPr>
          <w:b/>
          <w:bCs/>
          <w:sz w:val="26"/>
          <w:szCs w:val="26"/>
          <w:rtl/>
        </w:rPr>
        <w:t>9. [בינוני] הסבירו: אורי כתב לבעיה «קניתי 4 עטים ב-3 ש"ח כל אחד ומחק ב-2 ש"ח» את התרגיל ‪4 × 3 + 2 = 20‬. מה נכון ומה לא?</w:t>
      </w:r>
    </w:p>
    <w:p>
      <w:pPr>
        <w:bidi/>
        <w:spacing w:before="0" w:after="80"/>
        <w:jc w:val="both"/>
      </w:pPr>
      <w:r>
        <w:rPr>
          <w:color w:val="0F7A4F"/>
          <w:rtl/>
        </w:rPr>
        <w:t>תשובה אפשרית: התרגיל נכון, אבל החישוב שגוי: ‪4 × 3 = 12‬, ועוד ‪2 = 14‬. אורי כנראה חיבר קודם ‪3 + 2 = 5‬ וכפל ב-4. התשובה הנכונה: 14 ש"ח.</w:t>
      </w:r>
    </w:p>
    <w:p>
      <w:pPr>
        <w:bidi/>
        <w:spacing w:before="160" w:after="60"/>
        <w:jc w:val="both"/>
      </w:pPr>
      <w:r>
        <w:rPr>
          <w:b/>
          <w:bCs/>
          <w:sz w:val="26"/>
          <w:szCs w:val="26"/>
          <w:rtl/>
        </w:rPr>
        <w:t>10. [בינוני] פתרו במשבצות, שלב אחרי שלב: ‪(45 − 9) : 4 + 3 × 5‬</w:t>
      </w:r>
    </w:p>
    <w:p>
      <w:pPr>
        <w:bidi/>
        <w:spacing w:before="0" w:after="80"/>
        <w:jc w:val="both"/>
      </w:pPr>
      <w:r>
        <w:rPr>
          <w:color w:val="0F7A4F"/>
          <w:rtl/>
        </w:rPr>
        <w:t>תשובה אפשרית: ‪45 − 9 = 36‬; ‪36 : 4 = 9‬; ‪3 × 5 = 15‬; ‪9 + 15 = 24‬.</w:t>
      </w:r>
    </w:p>
    <w:p>
      <w:pPr>
        <w:bidi/>
        <w:spacing w:before="160" w:after="60"/>
        <w:jc w:val="both"/>
      </w:pPr>
      <w:r>
        <w:rPr>
          <w:b/>
          <w:bCs/>
          <w:sz w:val="26"/>
          <w:szCs w:val="26"/>
          <w:rtl/>
        </w:rPr>
        <w:t>11. [בינוני] לפי הסיפור: כמה פיתות היו בפיקניק? כתבו תרגיל אחד ותשובה.</w:t>
      </w:r>
    </w:p>
    <w:p>
      <w:pPr>
        <w:bidi/>
        <w:spacing w:before="0" w:after="80"/>
        <w:jc w:val="both"/>
      </w:pPr>
      <w:r>
        <w:rPr>
          <w:color w:val="0F7A4F"/>
          <w:rtl/>
        </w:rPr>
        <w:t>תשובה אפשרית: ‪5 × 8 + 6 = 40 + 6 = 46‬. תשובה: 46 פיתות.</w:t>
      </w:r>
    </w:p>
    <w:p>
      <w:pPr>
        <w:bidi/>
        <w:spacing w:before="160" w:after="60"/>
        <w:jc w:val="both"/>
      </w:pPr>
      <w:r>
        <w:rPr>
          <w:b/>
          <w:bCs/>
          <w:sz w:val="26"/>
          <w:szCs w:val="26"/>
          <w:rtl/>
        </w:rPr>
        <w:t>12. [בינוני] לפי הסיפור: כמה ירקות (עגבניות ומלפפונים) שמו בכל הקערות? כתבו תרגיל עם סוגריים.</w:t>
      </w:r>
    </w:p>
    <w:p>
      <w:pPr>
        <w:bidi/>
        <w:spacing w:before="0" w:after="80"/>
        <w:jc w:val="both"/>
      </w:pPr>
      <w:r>
        <w:rPr>
          <w:color w:val="0F7A4F"/>
          <w:rtl/>
        </w:rPr>
        <w:t>תשובה אפשרית: ‪(3 + 2) × 4 = 5 × 4 = 20‬. תשובה: 20 ירקות.</w:t>
      </w:r>
    </w:p>
    <w:p>
      <w:pPr>
        <w:bidi/>
        <w:spacing w:before="160" w:after="60"/>
        <w:jc w:val="both"/>
      </w:pPr>
      <w:r>
        <w:rPr>
          <w:b/>
          <w:bCs/>
          <w:sz w:val="26"/>
          <w:szCs w:val="26"/>
          <w:rtl/>
        </w:rPr>
        <w:t>13. [בינוני] לפי הסיפור: כמה תותים קיבל כל אחד? כמה תותים קיבלו דניאל ותמר יחד?</w:t>
      </w:r>
    </w:p>
    <w:p>
      <w:pPr>
        <w:bidi/>
        <w:spacing w:before="0" w:after="80"/>
        <w:jc w:val="both"/>
      </w:pPr>
      <w:r>
        <w:rPr>
          <w:color w:val="0F7A4F"/>
          <w:rtl/>
        </w:rPr>
        <w:t>תשובה אפשרית: ‪48 : 8 = 6‬ לכל אחד. דניאל ותמר יחד: ‪2 × 6 = 12‬ תותים.</w:t>
      </w:r>
    </w:p>
    <w:p>
      <w:pPr>
        <w:bidi/>
        <w:spacing w:before="160" w:after="60"/>
        <w:jc w:val="both"/>
      </w:pPr>
      <w:r>
        <w:rPr>
          <w:b/>
          <w:bCs/>
          <w:sz w:val="26"/>
          <w:szCs w:val="26"/>
          <w:rtl/>
        </w:rPr>
        <w:t>14. [אתגר] אתגר: כתבו בעיה מילולית קצרה שהתרגיל שלה הוא ‪(10 − 4) × 7‬, ופתרו אותה.</w:t>
      </w:r>
    </w:p>
    <w:p>
      <w:pPr>
        <w:bidi/>
        <w:spacing w:before="0" w:after="80"/>
        <w:jc w:val="both"/>
      </w:pPr>
      <w:r>
        <w:rPr>
          <w:color w:val="0F7A4F"/>
          <w:rtl/>
        </w:rPr>
        <w:t>תשובה אפשרית: למשל: «על 7 מגשים היו 10 עוגיות בכל מגש. מכל מגש אכלו 4 עוגיות. כמה עוגיות נשארו?» ‪(10 − 4) × 7 = 6 × 7 = 42‬. תשובה: נשארו 42 עוגיות.</w:t>
      </w:r>
    </w:p>
    <w:p>
      <w:pPr>
        <w:bidi/>
        <w:spacing w:before="240" w:after="40"/>
        <w:jc w:val="both"/>
      </w:pPr>
      <w:r>
        <w:rPr>
          <w:rFonts w:ascii="Arial Black" w:hAnsi="Arial Black" w:cs="Arial Black"/>
          <w:b/>
          <w:bCs/>
          <w:color w:val="0F766E"/>
          <w:sz w:val="34"/>
          <w:szCs w:val="34"/>
          <w:rtl/>
        </w:rPr>
        <w:t>📖 בעיות מילוליות</w:t>
      </w:r>
    </w:p>
    <w:p>
      <w:pPr>
        <w:bidi/>
        <w:spacing w:before="160" w:after="60"/>
        <w:jc w:val="both"/>
      </w:pPr>
      <w:r>
        <w:rPr>
          <w:b/>
          <w:bCs/>
          <w:sz w:val="26"/>
          <w:szCs w:val="26"/>
          <w:rtl/>
        </w:rPr>
        <w:t>15. [קל] לאריאל יש 3 קופסאות, ובכל קופסה 10 גולות. הוא נתן לאחיו 6 גולות. כמה גולות נשארו לאריאל?</w:t>
      </w:r>
    </w:p>
    <w:p>
      <w:pPr>
        <w:bidi/>
        <w:spacing w:before="0" w:after="40"/>
        <w:jc w:val="both"/>
      </w:pPr>
      <w:r>
        <w:rPr>
          <w:color w:val="0F7A4F"/>
          <w:rtl/>
        </w:rPr>
        <w:t>דרך פתרון: ‪3 × 10 = 30‬ ; ‪30 − 6 = 24‬</w:t>
      </w:r>
    </w:p>
    <w:p>
      <w:pPr>
        <w:bidi/>
        <w:spacing w:before="0" w:after="80"/>
        <w:jc w:val="both"/>
      </w:pPr>
      <w:r>
        <w:rPr>
          <w:b/>
          <w:bCs/>
          <w:color w:val="0F7A4F"/>
          <w:rtl/>
        </w:rPr>
        <w:t>תשובה: לאריאל נשארו 24 גולות.</w:t>
      </w:r>
    </w:p>
    <w:p>
      <w:pPr>
        <w:bidi/>
        <w:spacing w:before="160" w:after="60"/>
        <w:jc w:val="both"/>
      </w:pPr>
      <w:r>
        <w:rPr>
          <w:b/>
          <w:bCs/>
          <w:sz w:val="26"/>
          <w:szCs w:val="26"/>
          <w:rtl/>
        </w:rPr>
        <w:t>16. [קל] בחנות יש 5 ארגזים, ובכל ארגז 6 מלונים, ועוד 4 מלונים על הדלפק. כמה מלונים יש בחנות?</w:t>
      </w:r>
    </w:p>
    <w:p>
      <w:pPr>
        <w:bidi/>
        <w:spacing w:before="0" w:after="40"/>
        <w:jc w:val="both"/>
      </w:pPr>
      <w:r>
        <w:rPr>
          <w:color w:val="0F7A4F"/>
          <w:rtl/>
        </w:rPr>
        <w:t>דרך פתרון: ‪5 × 6 = 30‬ ; ‪30 + 4 = 34‬</w:t>
      </w:r>
    </w:p>
    <w:p>
      <w:pPr>
        <w:bidi/>
        <w:spacing w:before="0" w:after="80"/>
        <w:jc w:val="both"/>
      </w:pPr>
      <w:r>
        <w:rPr>
          <w:b/>
          <w:bCs/>
          <w:color w:val="0F7A4F"/>
          <w:rtl/>
        </w:rPr>
        <w:t>תשובה: בחנות יש 34 מלונים.</w:t>
      </w:r>
    </w:p>
    <w:p>
      <w:pPr>
        <w:bidi/>
        <w:spacing w:before="160" w:after="60"/>
        <w:jc w:val="both"/>
      </w:pPr>
      <w:r>
        <w:rPr>
          <w:b/>
          <w:bCs/>
          <w:sz w:val="26"/>
          <w:szCs w:val="26"/>
          <w:rtl/>
        </w:rPr>
        <w:t>17. [בינוני] בשבוע הראשון קרא עומר 12 עמודים, ובשבוע השני 18 עמודים. אחיו הגדול קרא פי 2 ממנו. כמה עמודים קרא האח?</w:t>
      </w:r>
    </w:p>
    <w:p>
      <w:pPr>
        <w:bidi/>
        <w:spacing w:before="0" w:after="40"/>
        <w:jc w:val="both"/>
      </w:pPr>
      <w:r>
        <w:rPr>
          <w:color w:val="0F7A4F"/>
          <w:rtl/>
        </w:rPr>
        <w:t>דרך פתרון: ‪12 + 18 = 30‬ ; ‪30 × 2 = 60‬</w:t>
      </w:r>
    </w:p>
    <w:p>
      <w:pPr>
        <w:bidi/>
        <w:spacing w:before="0" w:after="80"/>
        <w:jc w:val="both"/>
      </w:pPr>
      <w:r>
        <w:rPr>
          <w:b/>
          <w:bCs/>
          <w:color w:val="0F7A4F"/>
          <w:rtl/>
        </w:rPr>
        <w:t>תשובה: האח קרא 60 עמודים.</w:t>
      </w:r>
    </w:p>
    <w:p>
      <w:pPr>
        <w:bidi/>
        <w:spacing w:before="160" w:after="60"/>
        <w:jc w:val="both"/>
      </w:pPr>
      <w:r>
        <w:rPr>
          <w:b/>
          <w:bCs/>
          <w:sz w:val="26"/>
          <w:szCs w:val="26"/>
          <w:rtl/>
        </w:rPr>
        <w:t>18. [בינוני] באוטובוס היו 40 נוסעים. בתחנה ירדו 5 קבוצות, ובכל קבוצה 4 נוסעים. כמה נוסעים נשארו באוטובוס?</w:t>
      </w:r>
    </w:p>
    <w:p>
      <w:pPr>
        <w:bidi/>
        <w:spacing w:before="0" w:after="40"/>
        <w:jc w:val="both"/>
      </w:pPr>
      <w:r>
        <w:rPr>
          <w:color w:val="0F7A4F"/>
          <w:rtl/>
        </w:rPr>
        <w:t>דרך פתרון: ‪5 × 4 = 20‬ ; ‪40 − 20 = 20‬</w:t>
      </w:r>
    </w:p>
    <w:p>
      <w:pPr>
        <w:bidi/>
        <w:spacing w:before="0" w:after="80"/>
        <w:jc w:val="both"/>
      </w:pPr>
      <w:r>
        <w:rPr>
          <w:b/>
          <w:bCs/>
          <w:color w:val="0F7A4F"/>
          <w:rtl/>
        </w:rPr>
        <w:t>תשובה: באוטובוס נשארו 20 נוסעים.</w:t>
      </w:r>
    </w:p>
    <w:p>
      <w:pPr>
        <w:bidi/>
        <w:spacing w:before="160" w:after="60"/>
        <w:jc w:val="both"/>
      </w:pPr>
      <w:r>
        <w:rPr>
          <w:b/>
          <w:bCs/>
          <w:sz w:val="26"/>
          <w:szCs w:val="26"/>
          <w:rtl/>
        </w:rPr>
        <w:t>19. [אתגר] המורה קנה 4 חבילות, ובכל חבילה 9 עפרונות. הוא נתן 2 עפרונות לכל אחד מ-15 תלמידים. כמה עפרונות נשארו למורה?</w:t>
      </w:r>
    </w:p>
    <w:p>
      <w:pPr>
        <w:bidi/>
        <w:spacing w:before="0" w:after="40"/>
        <w:jc w:val="both"/>
      </w:pPr>
      <w:r>
        <w:rPr>
          <w:color w:val="0F7A4F"/>
          <w:rtl/>
        </w:rPr>
        <w:t>דרך פתרון: ‪4 × 9 = 36‬ ; ‪15 × 2 = 30‬ ; ‪36 − 30 = 6‬</w:t>
      </w:r>
    </w:p>
    <w:p>
      <w:pPr>
        <w:bidi/>
        <w:spacing w:before="0" w:after="80"/>
        <w:jc w:val="both"/>
      </w:pPr>
      <w:r>
        <w:rPr>
          <w:b/>
          <w:bCs/>
          <w:color w:val="0F7A4F"/>
          <w:rtl/>
        </w:rPr>
        <w:t>תשובה: למורה נשארו 6 עפרונות.</w:t>
      </w:r>
    </w:p>
    <w:p>
      <w:pPr>
        <w:bidi/>
        <w:spacing w:before="160" w:after="60"/>
        <w:jc w:val="both"/>
      </w:pPr>
      <w:r>
        <w:rPr>
          <w:b/>
          <w:bCs/>
          <w:sz w:val="26"/>
          <w:szCs w:val="26"/>
          <w:rtl/>
        </w:rPr>
        <w:t>20. [אתגר] כרטיס לבריכה עולה 25 ₪ למבוגר ו-15 ₪ לילד. אבא ו-3 ילדים הלכו לבריכה ושילמו בשטר של 100 ₪. כמה שילמו על הכרטיסים, וכמה עודף קיבלו?</w:t>
      </w:r>
    </w:p>
    <w:p>
      <w:pPr>
        <w:bidi/>
        <w:spacing w:before="0" w:after="40"/>
        <w:jc w:val="both"/>
      </w:pPr>
      <w:r>
        <w:rPr>
          <w:color w:val="0F7A4F"/>
          <w:rtl/>
        </w:rPr>
        <w:t>דרך פתרון: ‪3 × 15 = 45‬ ; ‪25 + 45 = 70‬ ; ‪100 − 70 = 30‬</w:t>
      </w:r>
    </w:p>
    <w:p>
      <w:pPr>
        <w:bidi/>
        <w:spacing w:before="0" w:after="80"/>
        <w:jc w:val="both"/>
      </w:pPr>
      <w:r>
        <w:rPr>
          <w:b/>
          <w:bCs/>
          <w:color w:val="0F7A4F"/>
          <w:rtl/>
        </w:rPr>
        <w:t>תשובה: שילמו 70 ₪ על הכרטיסים, וקיבלו 30 ₪ עודף.</w:t>
      </w:r>
    </w:p>
    <w:p>
      <w:pPr>
        <w:bidi/>
        <w:spacing w:before="160" w:after="60"/>
        <w:jc w:val="both"/>
      </w:pPr>
      <w:r>
        <w:rPr>
          <w:b/>
          <w:bCs/>
          <w:color w:val="0F766E"/>
          <w:sz w:val="26"/>
          <w:szCs w:val="26"/>
          <w:rtl/>
        </w:rPr>
        <w:t>21. פתרו לפי סדר הפעולות. גזרו את כרטיסי התוצאות, והדביקו כל תוצאה ליד התרגיל.</w:t>
      </w:r>
    </w:p>
    <w:tbl>
      <w:tblPr>
        <w:tblW w:type="auto" w:w="0"/>
        <w:tblLook w:firstColumn="1" w:firstRow="1" w:lastColumn="0" w:lastRow="0" w:noHBand="0" w:noVBand="1" w:val="04A0"/>
        <w:bidiVisual/>
        <w:tblLayout w:type="fixed"/>
      </w:tblPr>
      <w:tblGrid>
        <w:gridCol w:w="3326"/>
        <w:gridCol w:w="3326"/>
        <w:gridCol w:w="3326"/>
      </w:tblGrid>
      <w:tr>
        <w:trPr>
          <w:trHeight w:val="1304" w:hRule="exact"/>
        </w:trPr>
        <w:tc>
          <w:tcPr>
            <w:tcW w:type="dxa" w:w="510"/>
            <w:vAlign w:val="center"/>
          </w:tcPr>
          <w:p>
            <w:pPr>
              <w:bidi/>
              <w:spacing w:before="0" w:after="0"/>
              <w:jc w:val="center"/>
            </w:pPr>
            <w:r>
              <w:rPr>
                <w:b/>
                <w:bCs/>
                <w:sz w:val="25"/>
                <w:szCs w:val="25"/>
                <w:rtl/>
              </w:rPr>
              <w:t>1.</w:t>
            </w:r>
          </w:p>
        </w:tc>
        <w:tc>
          <w:tcPr>
            <w:tcW w:type="dxa" w:w="7257"/>
            <w:vAlign w:val="center"/>
          </w:tcPr>
          <w:p>
            <w:pPr>
              <w:bidi/>
              <w:spacing w:before="0" w:after="0"/>
              <w:jc w:val="both"/>
            </w:pPr>
            <w:r>
              <w:rPr>
                <w:sz w:val="25"/>
                <w:szCs w:val="25"/>
                <w:rtl/>
              </w:rPr>
              <w:t>‪2 + 3 × 4‬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40"/>
                <w:szCs w:val="40"/>
                <w:rtl/>
              </w:rPr>
              <w:t>14</w:t>
            </w:r>
          </w:p>
        </w:tc>
      </w:tr>
      <w:tr>
        <w:trPr>
          <w:trHeight w:val="1304" w:hRule="exact"/>
        </w:trPr>
        <w:tc>
          <w:tcPr>
            <w:tcW w:type="dxa" w:w="510"/>
            <w:vAlign w:val="center"/>
          </w:tcPr>
          <w:p>
            <w:pPr>
              <w:bidi/>
              <w:spacing w:before="0" w:after="0"/>
              <w:jc w:val="center"/>
            </w:pPr>
            <w:r>
              <w:rPr>
                <w:b/>
                <w:bCs/>
                <w:sz w:val="25"/>
                <w:szCs w:val="25"/>
                <w:rtl/>
              </w:rPr>
              <w:t>2.</w:t>
            </w:r>
          </w:p>
        </w:tc>
        <w:tc>
          <w:tcPr>
            <w:tcW w:type="dxa" w:w="7257"/>
            <w:vAlign w:val="center"/>
          </w:tcPr>
          <w:p>
            <w:pPr>
              <w:bidi/>
              <w:spacing w:before="0" w:after="0"/>
              <w:jc w:val="both"/>
            </w:pPr>
            <w:r>
              <w:rPr>
                <w:sz w:val="25"/>
                <w:szCs w:val="25"/>
                <w:rtl/>
              </w:rPr>
              <w:t>‪(2 + 3) × 4‬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40"/>
                <w:szCs w:val="40"/>
                <w:rtl/>
              </w:rPr>
              <w:t>20</w:t>
            </w:r>
          </w:p>
        </w:tc>
      </w:tr>
      <w:tr>
        <w:trPr>
          <w:trHeight w:val="1304" w:hRule="exact"/>
        </w:trPr>
        <w:tc>
          <w:tcPr>
            <w:tcW w:type="dxa" w:w="510"/>
            <w:vAlign w:val="center"/>
          </w:tcPr>
          <w:p>
            <w:pPr>
              <w:bidi/>
              <w:spacing w:before="0" w:after="0"/>
              <w:jc w:val="center"/>
            </w:pPr>
            <w:r>
              <w:rPr>
                <w:b/>
                <w:bCs/>
                <w:sz w:val="25"/>
                <w:szCs w:val="25"/>
                <w:rtl/>
              </w:rPr>
              <w:t>3.</w:t>
            </w:r>
          </w:p>
        </w:tc>
        <w:tc>
          <w:tcPr>
            <w:tcW w:type="dxa" w:w="7257"/>
            <w:vAlign w:val="center"/>
          </w:tcPr>
          <w:p>
            <w:pPr>
              <w:bidi/>
              <w:spacing w:before="0" w:after="0"/>
              <w:jc w:val="both"/>
            </w:pPr>
            <w:r>
              <w:rPr>
                <w:sz w:val="25"/>
                <w:szCs w:val="25"/>
                <w:rtl/>
              </w:rPr>
              <w:t>‪20 − 6 : 2‬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40"/>
                <w:szCs w:val="40"/>
                <w:rtl/>
              </w:rPr>
              <w:t>17</w:t>
            </w:r>
          </w:p>
        </w:tc>
      </w:tr>
      <w:tr>
        <w:trPr>
          <w:trHeight w:val="1304" w:hRule="exact"/>
        </w:trPr>
        <w:tc>
          <w:tcPr>
            <w:tcW w:type="dxa" w:w="510"/>
            <w:vAlign w:val="center"/>
          </w:tcPr>
          <w:p>
            <w:pPr>
              <w:bidi/>
              <w:spacing w:before="0" w:after="0"/>
              <w:jc w:val="center"/>
            </w:pPr>
            <w:r>
              <w:rPr>
                <w:b/>
                <w:bCs/>
                <w:sz w:val="25"/>
                <w:szCs w:val="25"/>
                <w:rtl/>
              </w:rPr>
              <w:t>4.</w:t>
            </w:r>
          </w:p>
        </w:tc>
        <w:tc>
          <w:tcPr>
            <w:tcW w:type="dxa" w:w="7257"/>
            <w:vAlign w:val="center"/>
          </w:tcPr>
          <w:p>
            <w:pPr>
              <w:bidi/>
              <w:spacing w:before="0" w:after="0"/>
              <w:jc w:val="both"/>
            </w:pPr>
            <w:r>
              <w:rPr>
                <w:sz w:val="25"/>
                <w:szCs w:val="25"/>
                <w:rtl/>
              </w:rPr>
              <w:t>‪(20 − 6) : 2‬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40"/>
                <w:szCs w:val="40"/>
                <w:rtl/>
              </w:rPr>
              <w:t>7</w:t>
            </w:r>
          </w:p>
        </w:tc>
      </w:tr>
      <w:tr>
        <w:trPr>
          <w:trHeight w:val="1304" w:hRule="exact"/>
        </w:trPr>
        <w:tc>
          <w:tcPr>
            <w:tcW w:type="dxa" w:w="510"/>
            <w:vAlign w:val="center"/>
          </w:tcPr>
          <w:p>
            <w:pPr>
              <w:bidi/>
              <w:spacing w:before="0" w:after="0"/>
              <w:jc w:val="center"/>
            </w:pPr>
            <w:r>
              <w:rPr>
                <w:b/>
                <w:bCs/>
                <w:sz w:val="25"/>
                <w:szCs w:val="25"/>
                <w:rtl/>
              </w:rPr>
              <w:t>5.</w:t>
            </w:r>
          </w:p>
        </w:tc>
        <w:tc>
          <w:tcPr>
            <w:tcW w:type="dxa" w:w="7257"/>
            <w:vAlign w:val="center"/>
          </w:tcPr>
          <w:p>
            <w:pPr>
              <w:bidi/>
              <w:spacing w:before="0" w:after="0"/>
              <w:jc w:val="both"/>
            </w:pPr>
            <w:r>
              <w:rPr>
                <w:sz w:val="25"/>
                <w:szCs w:val="25"/>
                <w:rtl/>
              </w:rPr>
              <w:t>‪5 × 4 − 10‬ =</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jc w:val="center"/>
            </w:pPr>
            <w:r>
              <w:rPr>
                <w:b/>
                <w:bCs/>
                <w:color w:val="0F7A4F"/>
                <w:sz w:val="40"/>
                <w:szCs w:val="40"/>
                <w:rtl/>
              </w:rPr>
              <w:t>10</w:t>
            </w:r>
          </w:p>
        </w:tc>
      </w:tr>
    </w:tbl>
    <w:p>
      <w:pPr>
        <w:bidi/>
        <w:spacing w:before="0" w:after="40"/>
        <w:jc w:val="both"/>
      </w:pPr>
    </w:p>
    <w:p>
      <w:pPr>
        <w:bidi/>
        <w:spacing w:before="160" w:after="60"/>
        <w:jc w:val="both"/>
      </w:pPr>
      <w:r>
        <w:rPr>
          <w:b/>
          <w:bCs/>
          <w:color w:val="0F766E"/>
          <w:sz w:val="26"/>
          <w:szCs w:val="26"/>
          <w:rtl/>
        </w:rPr>
        <w:t>22. קראו את ביאורי המילים.</w:t>
      </w:r>
    </w:p>
    <w:tbl>
      <w:tblPr>
        <w:tblW w:type="auto" w:w="0"/>
        <w:tblLook w:firstColumn="1" w:firstRow="1" w:lastColumn="0" w:lastRow="0" w:noHBand="0" w:noVBand="1" w:val="04A0"/>
        <w:bidiVisual/>
        <w:tblLayout w:type="fixed"/>
      </w:tblPr>
      <w:tblGrid>
        <w:gridCol w:w="9978"/>
      </w:tblGrid>
      <w:tr>
        <w:tc>
          <w:tcPr>
            <w:tcW w:type="dxa" w:w="9865"/>
            <w:tcBorders>
              <w:top w:val="single" w:sz="12" w:color="E0A800" w:space="0"/>
              <w:left w:val="single" w:sz="12" w:color="E0A800" w:space="0"/>
              <w:bottom w:val="single" w:sz="12" w:color="E0A800" w:space="0"/>
              <w:right w:val="single" w:sz="12" w:color="E0A800" w:space="0"/>
            </w:tcBorders>
            <w:shd w:val="clear" w:color="auto" w:fill="FFF8E1"/>
          </w:tcPr>
          <w:p>
            <w:pPr>
              <w:bidi/>
              <w:spacing w:before="0" w:after="60"/>
              <w:jc w:val="both"/>
            </w:pPr>
            <w:r>
              <w:rPr>
                <w:b/>
                <w:bCs/>
                <w:color w:val="8A5A00"/>
                <w:sz w:val="26"/>
                <w:szCs w:val="26"/>
                <w:rtl/>
              </w:rPr>
              <w:t>📖 ביאורי מילים</w:t>
            </w:r>
          </w:p>
          <w:p>
            <w:pPr>
              <w:bidi/>
              <w:spacing w:before="0" w:after="40"/>
              <w:jc w:val="both"/>
            </w:pPr>
            <w:r>
              <w:rPr>
                <w:b/>
                <w:bCs/>
                <w:sz w:val="24"/>
                <w:szCs w:val="24"/>
                <w:rtl/>
              </w:rPr>
              <w:t xml:space="preserve">סדר פעולות – </w:t>
            </w:r>
            <w:r>
              <w:rPr>
                <w:sz w:val="24"/>
                <w:szCs w:val="24"/>
                <w:rtl/>
              </w:rPr>
              <w:t>קודם כפל וחילוק, ואחר כך חיבור וחיסור</w:t>
            </w:r>
          </w:p>
          <w:p>
            <w:pPr>
              <w:bidi/>
              <w:spacing w:before="0" w:after="40"/>
              <w:jc w:val="both"/>
            </w:pPr>
            <w:r>
              <w:rPr>
                <w:b/>
                <w:bCs/>
                <w:sz w:val="24"/>
                <w:szCs w:val="24"/>
                <w:rtl/>
              </w:rPr>
              <w:t xml:space="preserve">סוגריים – </w:t>
            </w:r>
            <w:r>
              <w:rPr>
                <w:sz w:val="24"/>
                <w:szCs w:val="24"/>
                <w:rtl/>
              </w:rPr>
              <w:t>מה שבתוך הסוגריים פותרים ראשון</w:t>
            </w:r>
          </w:p>
          <w:p>
            <w:pPr>
              <w:bidi/>
              <w:spacing w:before="0" w:after="40"/>
              <w:jc w:val="both"/>
            </w:pPr>
            <w:r>
              <w:rPr>
                <w:b/>
                <w:bCs/>
                <w:sz w:val="24"/>
                <w:szCs w:val="24"/>
                <w:rtl/>
              </w:rPr>
              <w:t xml:space="preserve">בעיה דו-שלבית – </w:t>
            </w:r>
            <w:r>
              <w:rPr>
                <w:sz w:val="24"/>
                <w:szCs w:val="24"/>
                <w:rtl/>
              </w:rPr>
              <w:t>בעיה שפותרים בשני תרגילים זה אחרי זה</w:t>
            </w:r>
          </w:p>
        </w:tc>
      </w:tr>
    </w:tbl>
    <w:p>
      <w:pPr>
        <w:bidi/>
        <w:spacing w:before="0" w:after="40"/>
        <w:jc w:val="both"/>
      </w:pPr>
    </w:p>
    <w:p>
      <w:pPr>
        <w:bidi/>
        <w:spacing w:before="0" w:after="80"/>
        <w:jc w:val="both"/>
      </w:pPr>
      <w:r>
        <w:rPr>
          <w:color w:val="0F7A4F"/>
          <w:sz w:val="24"/>
          <w:szCs w:val="24"/>
          <w:rtl/>
        </w:rPr>
        <w:t>כתבו תרגיל עם סוגריים, ופתרו אותו. תשובה אישית</w:t>
      </w:r>
    </w:p>
    <w:p>
      <w:pPr>
        <w:bidi/>
        <w:spacing w:before="160" w:after="80"/>
        <w:jc w:val="both"/>
      </w:pPr>
      <w:r>
        <w:rPr>
          <w:rFonts w:ascii="Arial Black" w:hAnsi="Arial Black" w:cs="Arial Black"/>
          <w:b/>
          <w:bCs/>
          <w:color w:val="0F766E"/>
          <w:sz w:val="30"/>
          <w:szCs w:val="30"/>
          <w:rtl/>
        </w:rPr>
        <w:t>חזרה</w:t>
      </w:r>
    </w:p>
    <w:p>
      <w:pPr>
        <w:bidi/>
        <w:spacing w:before="160" w:after="60"/>
        <w:jc w:val="both"/>
      </w:pPr>
      <w:r>
        <w:rPr>
          <w:b/>
          <w:bCs/>
          <w:sz w:val="26"/>
          <w:szCs w:val="26"/>
          <w:rtl/>
        </w:rPr>
        <w:t>1. חשבו.</w:t>
      </w:r>
    </w:p>
    <w:p>
      <w:pPr>
        <w:bidi/>
        <w:spacing w:before="0" w:after="40"/>
        <w:jc w:val="both"/>
      </w:pPr>
      <w:r>
        <w:rPr>
          <w:rtl/>
        </w:rPr>
        <w:t>א. ‪6 + 6 + 6 + 6 = 4 × 6‬</w:t>
      </w:r>
    </w:p>
    <w:p>
      <w:pPr>
        <w:bidi/>
        <w:spacing w:before="0" w:after="40"/>
        <w:jc w:val="both"/>
      </w:pPr>
      <w:r>
        <w:rPr>
          <w:rtl/>
        </w:rPr>
        <w:t>ב. ‪7 × 8 = 56‬</w:t>
      </w:r>
    </w:p>
    <w:p>
      <w:pPr>
        <w:bidi/>
        <w:spacing w:before="0" w:after="40"/>
        <w:jc w:val="both"/>
      </w:pPr>
      <w:r>
        <w:rPr>
          <w:rtl/>
        </w:rPr>
        <w:t>ג. ‪63 : 9 = 7‬</w:t>
      </w:r>
    </w:p>
    <w:p>
      <w:pPr>
        <w:bidi/>
        <w:spacing w:before="0" w:after="40"/>
        <w:jc w:val="both"/>
      </w:pPr>
      <w:r>
        <w:rPr>
          <w:rtl/>
        </w:rPr>
        <w:t>ד. ‪5 × 70 = 350‬</w:t>
      </w:r>
    </w:p>
    <w:p>
      <w:pPr>
        <w:bidi/>
        <w:spacing w:before="0" w:after="40"/>
        <w:jc w:val="both"/>
      </w:pPr>
      <w:r>
        <w:rPr>
          <w:rtl/>
        </w:rPr>
        <w:t>ה. ‪4 × 36 = 144‬</w:t>
      </w:r>
    </w:p>
    <w:p>
      <w:pPr>
        <w:bidi/>
        <w:spacing w:before="0" w:after="40"/>
        <w:jc w:val="both"/>
      </w:pPr>
      <w:r>
        <w:rPr>
          <w:rtl/>
        </w:rPr>
        <w:t>ו. ‪29 : 4 = 7‬ (שארית 1)</w:t>
      </w:r>
    </w:p>
    <w:p>
      <w:pPr>
        <w:bidi/>
        <w:spacing w:before="0" w:after="40"/>
        <w:jc w:val="both"/>
      </w:pPr>
      <w:r>
        <w:rPr>
          <w:rtl/>
        </w:rPr>
        <w:t>ז. ‪3 + 4 × 5 = 23‬</w:t>
      </w:r>
    </w:p>
    <w:p>
      <w:pPr>
        <w:bidi/>
        <w:spacing w:before="160" w:after="60"/>
        <w:jc w:val="both"/>
      </w:pPr>
      <w:r>
        <w:rPr>
          <w:b/>
          <w:bCs/>
          <w:sz w:val="26"/>
          <w:szCs w:val="26"/>
          <w:rtl/>
        </w:rPr>
        <w:t>2. התאימו לכל מושג את הדוגמה.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מכפלה</w:t>
            </w:r>
          </w:p>
        </w:tc>
        <w:tc>
          <w:tcPr>
            <w:tcW w:type="dxa" w:w="4989"/>
          </w:tcPr>
          <w:p>
            <w:pPr>
              <w:bidi/>
              <w:spacing w:before="0" w:after="40"/>
              <w:jc w:val="both"/>
            </w:pPr>
            <w:r>
              <w:rPr>
                <w:rtl/>
              </w:rPr>
              <w:t>[5] ‪9 × 0 = 0‬</w:t>
            </w:r>
          </w:p>
        </w:tc>
      </w:tr>
      <w:tr>
        <w:tc>
          <w:tcPr>
            <w:tcW w:type="dxa" w:w="4989"/>
          </w:tcPr>
          <w:p>
            <w:pPr>
              <w:bidi/>
              <w:spacing w:before="0" w:after="40"/>
              <w:jc w:val="both"/>
            </w:pPr>
            <w:r>
              <w:rPr>
                <w:rtl/>
              </w:rPr>
              <w:t>2. מנה</w:t>
            </w:r>
          </w:p>
        </w:tc>
        <w:tc>
          <w:tcPr>
            <w:tcW w:type="dxa" w:w="4989"/>
          </w:tcPr>
          <w:p>
            <w:pPr>
              <w:bidi/>
              <w:spacing w:before="0" w:after="40"/>
              <w:jc w:val="both"/>
            </w:pPr>
            <w:r>
              <w:rPr>
                <w:rtl/>
              </w:rPr>
              <w:t>[3] ב-‪17 : 5 = 3‬ (שארית 2) – המספר 2</w:t>
            </w:r>
          </w:p>
        </w:tc>
      </w:tr>
      <w:tr>
        <w:tc>
          <w:tcPr>
            <w:tcW w:type="dxa" w:w="4989"/>
          </w:tcPr>
          <w:p>
            <w:pPr>
              <w:bidi/>
              <w:spacing w:before="0" w:after="40"/>
              <w:jc w:val="both"/>
            </w:pPr>
            <w:r>
              <w:rPr>
                <w:rtl/>
              </w:rPr>
              <w:t>3. שארית</w:t>
            </w:r>
          </w:p>
        </w:tc>
        <w:tc>
          <w:tcPr>
            <w:tcW w:type="dxa" w:w="4989"/>
          </w:tcPr>
          <w:p>
            <w:pPr>
              <w:bidi/>
              <w:spacing w:before="0" w:after="40"/>
              <w:jc w:val="both"/>
            </w:pPr>
            <w:r>
              <w:rPr>
                <w:rtl/>
              </w:rPr>
              <w:t>[1] ב-‪4 × 6 = 24‬ – המספר 24</w:t>
            </w:r>
          </w:p>
        </w:tc>
      </w:tr>
      <w:tr>
        <w:tc>
          <w:tcPr>
            <w:tcW w:type="dxa" w:w="4989"/>
          </w:tcPr>
          <w:p>
            <w:pPr>
              <w:bidi/>
              <w:spacing w:before="0" w:after="40"/>
              <w:jc w:val="both"/>
            </w:pPr>
            <w:r>
              <w:rPr>
                <w:rtl/>
              </w:rPr>
              <w:t>4. חוק החילוף</w:t>
            </w:r>
          </w:p>
        </w:tc>
        <w:tc>
          <w:tcPr>
            <w:tcW w:type="dxa" w:w="4989"/>
          </w:tcPr>
          <w:p>
            <w:pPr>
              <w:bidi/>
              <w:spacing w:before="0" w:after="40"/>
              <w:jc w:val="both"/>
            </w:pPr>
            <w:r>
              <w:rPr>
                <w:rtl/>
              </w:rPr>
              <w:t>[4] ‪3 × 8 = 8 × 3‬</w:t>
            </w:r>
          </w:p>
        </w:tc>
      </w:tr>
      <w:tr>
        <w:tc>
          <w:tcPr>
            <w:tcW w:type="dxa" w:w="4989"/>
          </w:tcPr>
          <w:p>
            <w:pPr>
              <w:bidi/>
              <w:spacing w:before="0" w:after="40"/>
              <w:jc w:val="both"/>
            </w:pPr>
            <w:r>
              <w:rPr>
                <w:rtl/>
              </w:rPr>
              <w:t>5. כפל ב-0</w:t>
            </w:r>
          </w:p>
        </w:tc>
        <w:tc>
          <w:tcPr>
            <w:tcW w:type="dxa" w:w="4989"/>
          </w:tcPr>
          <w:p>
            <w:pPr>
              <w:bidi/>
              <w:spacing w:before="0" w:after="40"/>
              <w:jc w:val="both"/>
            </w:pPr>
            <w:r>
              <w:rPr>
                <w:rtl/>
              </w:rPr>
              <w:t>[2] ב-‪35 : 5 = 7‬ – המספר 7</w:t>
            </w:r>
          </w:p>
        </w:tc>
      </w:tr>
    </w:tbl>
    <w:p>
      <w:pPr>
        <w:bidi/>
        <w:spacing w:before="0" w:after="40"/>
        <w:jc w:val="both"/>
      </w:pPr>
    </w:p>
    <w:p>
      <w:pPr>
        <w:bidi/>
        <w:spacing w:before="160" w:after="60"/>
        <w:jc w:val="both"/>
      </w:pPr>
      <w:r>
        <w:rPr>
          <w:b/>
          <w:bCs/>
          <w:sz w:val="26"/>
          <w:szCs w:val="26"/>
          <w:rtl/>
        </w:rPr>
        <w:t>3. נכון או לא נכון?</w:t>
      </w:r>
    </w:p>
    <w:p>
      <w:pPr>
        <w:bidi/>
        <w:spacing w:before="0" w:after="40"/>
        <w:jc w:val="both"/>
      </w:pPr>
      <w:r>
        <w:rPr>
          <w:rtl/>
        </w:rPr>
        <w:t>א. מספר שספרת האחדות שלו 0 מתחלק ב-2, ב-5 וב-10. – נכון</w:t>
      </w:r>
    </w:p>
    <w:p>
      <w:pPr>
        <w:bidi/>
        <w:spacing w:before="0" w:after="40"/>
        <w:jc w:val="both"/>
      </w:pPr>
      <w:r>
        <w:rPr>
          <w:rtl/>
        </w:rPr>
        <w:t>ב. ‪6 × 50 = 30‬ – לא נכון – ‪6 × 50 = 300‬</w:t>
      </w:r>
    </w:p>
    <w:p>
      <w:pPr>
        <w:bidi/>
        <w:spacing w:before="0" w:after="40"/>
        <w:jc w:val="both"/>
      </w:pPr>
      <w:r>
        <w:rPr>
          <w:rtl/>
        </w:rPr>
        <w:t>ג. ‪(2 + 4) × 3 = 18‬ – נכון</w:t>
      </w:r>
    </w:p>
    <w:p>
      <w:pPr>
        <w:bidi/>
        <w:spacing w:before="0" w:after="40"/>
        <w:jc w:val="both"/>
      </w:pPr>
      <w:r>
        <w:rPr>
          <w:rtl/>
        </w:rPr>
        <w:t>ד. השארית יכולה להיות גדולה מהמחלק. – לא נכון – השארית תמיד קטנה מהמחלק</w:t>
      </w:r>
    </w:p>
    <w:p>
      <w:pPr>
        <w:bidi/>
        <w:spacing w:before="160" w:after="60"/>
        <w:jc w:val="both"/>
      </w:pPr>
      <w:r>
        <w:rPr>
          <w:b/>
          <w:bCs/>
          <w:sz w:val="26"/>
          <w:szCs w:val="26"/>
          <w:rtl/>
        </w:rPr>
        <w:t>4. השלימו.</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תרגיל</w:t>
            </w:r>
          </w:p>
        </w:tc>
        <w:tc>
          <w:tcPr>
            <w:tcW w:type="dxa" w:w="3326"/>
            <w:shd w:val="clear" w:color="auto" w:fill="0f766e"/>
          </w:tcPr>
          <w:p>
            <w:pPr>
              <w:bidi/>
              <w:spacing w:before="0" w:after="40"/>
              <w:jc w:val="both"/>
            </w:pPr>
            <w:r>
              <w:rPr>
                <w:b/>
                <w:bCs/>
                <w:color w:val="FFFFFF"/>
                <w:rtl/>
              </w:rPr>
              <w:t>תוצאה</w:t>
            </w:r>
          </w:p>
        </w:tc>
        <w:tc>
          <w:tcPr>
            <w:tcW w:type="dxa" w:w="3326"/>
            <w:shd w:val="clear" w:color="auto" w:fill="0f766e"/>
          </w:tcPr>
          <w:p>
            <w:pPr>
              <w:bidi/>
              <w:spacing w:before="0" w:after="40"/>
              <w:jc w:val="both"/>
            </w:pPr>
            <w:r>
              <w:rPr>
                <w:b/>
                <w:bCs/>
                <w:color w:val="FFFFFF"/>
                <w:rtl/>
              </w:rPr>
              <w:t>תרגיל הפוך / בדיקה</w:t>
            </w:r>
          </w:p>
        </w:tc>
      </w:tr>
      <w:tr>
        <w:tc>
          <w:tcPr>
            <w:tcW w:type="dxa" w:w="3326"/>
          </w:tcPr>
          <w:p>
            <w:pPr>
              <w:bidi/>
              <w:spacing w:before="0" w:after="40"/>
              <w:jc w:val="both"/>
            </w:pPr>
            <w:r>
              <w:rPr>
                <w:rtl/>
              </w:rPr>
              <w:t>‪7 × 9‬</w:t>
            </w:r>
          </w:p>
        </w:tc>
        <w:tc>
          <w:tcPr>
            <w:tcW w:type="dxa" w:w="3326"/>
          </w:tcPr>
          <w:p>
            <w:pPr>
              <w:bidi/>
              <w:spacing w:before="0" w:after="40"/>
              <w:jc w:val="both"/>
            </w:pPr>
            <w:r>
              <w:rPr>
                <w:color w:val="0F7A4F"/>
                <w:rtl/>
              </w:rPr>
              <w:t>63</w:t>
            </w:r>
          </w:p>
        </w:tc>
        <w:tc>
          <w:tcPr>
            <w:tcW w:type="dxa" w:w="3326"/>
          </w:tcPr>
          <w:p>
            <w:pPr>
              <w:bidi/>
              <w:spacing w:before="0" w:after="40"/>
              <w:jc w:val="both"/>
            </w:pPr>
            <w:r>
              <w:rPr>
                <w:color w:val="0F7A4F"/>
                <w:rtl/>
              </w:rPr>
              <w:t>‪63 : 9 = 7‬</w:t>
            </w:r>
          </w:p>
        </w:tc>
      </w:tr>
      <w:tr>
        <w:tc>
          <w:tcPr>
            <w:tcW w:type="dxa" w:w="3326"/>
          </w:tcPr>
          <w:p>
            <w:pPr>
              <w:bidi/>
              <w:spacing w:before="0" w:after="40"/>
              <w:jc w:val="both"/>
            </w:pPr>
            <w:r>
              <w:rPr>
                <w:rtl/>
              </w:rPr>
              <w:t>‪48 : 6‬</w:t>
            </w:r>
          </w:p>
        </w:tc>
        <w:tc>
          <w:tcPr>
            <w:tcW w:type="dxa" w:w="3326"/>
          </w:tcPr>
          <w:p>
            <w:pPr>
              <w:bidi/>
              <w:spacing w:before="0" w:after="40"/>
              <w:jc w:val="both"/>
            </w:pPr>
            <w:r>
              <w:rPr>
                <w:color w:val="0F7A4F"/>
                <w:rtl/>
              </w:rPr>
              <w:t>8</w:t>
            </w:r>
          </w:p>
        </w:tc>
        <w:tc>
          <w:tcPr>
            <w:tcW w:type="dxa" w:w="3326"/>
          </w:tcPr>
          <w:p>
            <w:pPr>
              <w:bidi/>
              <w:spacing w:before="0" w:after="40"/>
              <w:jc w:val="both"/>
            </w:pPr>
            <w:r>
              <w:rPr>
                <w:color w:val="0F7A4F"/>
                <w:rtl/>
              </w:rPr>
              <w:t>‪8 × 6 = 48‬</w:t>
            </w:r>
          </w:p>
        </w:tc>
      </w:tr>
      <w:tr>
        <w:tc>
          <w:tcPr>
            <w:tcW w:type="dxa" w:w="3326"/>
          </w:tcPr>
          <w:p>
            <w:pPr>
              <w:bidi/>
              <w:spacing w:before="0" w:after="40"/>
              <w:jc w:val="both"/>
            </w:pPr>
            <w:r>
              <w:rPr>
                <w:rtl/>
              </w:rPr>
              <w:t>‪3 × 125‬</w:t>
            </w:r>
          </w:p>
        </w:tc>
        <w:tc>
          <w:tcPr>
            <w:tcW w:type="dxa" w:w="3326"/>
          </w:tcPr>
          <w:p>
            <w:pPr>
              <w:bidi/>
              <w:spacing w:before="0" w:after="40"/>
              <w:jc w:val="both"/>
            </w:pPr>
            <w:r>
              <w:rPr>
                <w:color w:val="0F7A4F"/>
                <w:rtl/>
              </w:rPr>
              <w:t>375</w:t>
            </w:r>
          </w:p>
        </w:tc>
        <w:tc>
          <w:tcPr>
            <w:tcW w:type="dxa" w:w="3326"/>
          </w:tcPr>
          <w:p>
            <w:pPr>
              <w:bidi/>
              <w:spacing w:before="0" w:after="40"/>
              <w:jc w:val="both"/>
            </w:pPr>
            <w:r>
              <w:rPr>
                <w:color w:val="0F7A4F"/>
                <w:rtl/>
              </w:rPr>
              <w:t>‪375 : 3 = 125‬</w:t>
            </w:r>
          </w:p>
        </w:tc>
      </w:tr>
      <w:tr>
        <w:tc>
          <w:tcPr>
            <w:tcW w:type="dxa" w:w="3326"/>
          </w:tcPr>
          <w:p>
            <w:pPr>
              <w:bidi/>
              <w:spacing w:before="0" w:after="40"/>
              <w:jc w:val="both"/>
            </w:pPr>
            <w:r>
              <w:rPr>
                <w:rtl/>
              </w:rPr>
              <w:t>‪44 : 5‬</w:t>
            </w:r>
          </w:p>
        </w:tc>
        <w:tc>
          <w:tcPr>
            <w:tcW w:type="dxa" w:w="3326"/>
          </w:tcPr>
          <w:p>
            <w:pPr>
              <w:bidi/>
              <w:spacing w:before="0" w:after="40"/>
              <w:jc w:val="both"/>
            </w:pPr>
            <w:r>
              <w:rPr>
                <w:color w:val="0F7A4F"/>
                <w:rtl/>
              </w:rPr>
              <w:t>8 (שארית 4)</w:t>
            </w:r>
          </w:p>
        </w:tc>
        <w:tc>
          <w:tcPr>
            <w:tcW w:type="dxa" w:w="3326"/>
          </w:tcPr>
          <w:p>
            <w:pPr>
              <w:bidi/>
              <w:spacing w:before="0" w:after="40"/>
              <w:jc w:val="both"/>
            </w:pPr>
            <w:r>
              <w:rPr>
                <w:color w:val="0F7A4F"/>
                <w:rtl/>
              </w:rPr>
              <w:t>‪8 × 5 + 4 = 44‬</w:t>
            </w:r>
          </w:p>
        </w:tc>
      </w:tr>
    </w:tbl>
    <w:p>
      <w:pPr>
        <w:bidi/>
        <w:spacing w:before="0" w:after="40"/>
        <w:jc w:val="both"/>
      </w:pPr>
    </w:p>
    <w:p>
      <w:pPr>
        <w:bidi/>
        <w:spacing w:before="160" w:after="60"/>
        <w:jc w:val="both"/>
      </w:pPr>
      <w:r>
        <w:rPr>
          <w:b/>
          <w:bCs/>
          <w:sz w:val="26"/>
          <w:szCs w:val="26"/>
          <w:rtl/>
        </w:rPr>
        <w:t>5. פתרו במאונך: ‪67 × 4‬   |   ‪208 × 3‬</w:t>
      </w:r>
    </w:p>
    <w:p>
      <w:pPr>
        <w:bidi/>
        <w:spacing w:before="0" w:after="80"/>
        <w:jc w:val="both"/>
      </w:pPr>
      <w:r>
        <w:rPr>
          <w:color w:val="0F7A4F"/>
          <w:rtl/>
        </w:rPr>
        <w:t>תשובה אפשרית: ‪67 × 4 = 268‬; ‪208 × 3 = 624‬</w:t>
      </w:r>
    </w:p>
    <w:p>
      <w:pPr>
        <w:bidi/>
        <w:spacing w:before="160" w:after="60"/>
        <w:jc w:val="both"/>
      </w:pPr>
      <w:r>
        <w:rPr>
          <w:b/>
          <w:bCs/>
          <w:sz w:val="26"/>
          <w:szCs w:val="26"/>
          <w:rtl/>
        </w:rPr>
        <w:t>6. בכיתה 27 תלמידים. המורה מסדרת אותם בקבוצות של 4. כמה קבוצות מלאות יהיו? מה יעשו עם התלמידים שנשארו? הסבירו.</w:t>
      </w:r>
    </w:p>
    <w:p>
      <w:pPr>
        <w:bidi/>
        <w:spacing w:before="0" w:after="80"/>
        <w:jc w:val="both"/>
      </w:pPr>
      <w:r>
        <w:rPr>
          <w:color w:val="0F7A4F"/>
          <w:rtl/>
        </w:rPr>
        <w:t>תשובה אפשרית: ‪27 : 4 = 6‬ (שארית ‪3): 6‬ קבוצות מלאות ועוד 3 תלמידים. אפשר לפתוח קבוצה שביעית של 3, או לצרף אותם לקבוצות אחרות.</w:t>
      </w:r>
    </w:p>
    <w:p>
      <w:pPr>
        <w:bidi/>
        <w:spacing w:before="160" w:after="60"/>
        <w:jc w:val="both"/>
      </w:pPr>
      <w:r>
        <w:rPr>
          <w:b/>
          <w:bCs/>
          <w:sz w:val="26"/>
          <w:szCs w:val="26"/>
          <w:rtl/>
        </w:rPr>
        <w:t>7. איתי קנה 4 מחברות ב-7 ש"ח כל אחת וסרגל ב-5 ש"ח. הוא שילם ב-50 ש"ח. כמה עודף קיבל? כתבו את השלבים.</w:t>
      </w:r>
    </w:p>
    <w:p>
      <w:pPr>
        <w:bidi/>
        <w:spacing w:before="0" w:after="80"/>
        <w:jc w:val="both"/>
      </w:pPr>
      <w:r>
        <w:rPr>
          <w:color w:val="0F7A4F"/>
          <w:rtl/>
        </w:rPr>
        <w:t>תשובה אפשרית: ‪4 × 7 = 28‬; ‪28 + 5 = 33‬; ‪50 − 33 = 17‬. תשובה: 17 ש"ח עודף.</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