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בכל שאלה ומשפט תשובה בבעיות.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בעל פה. (8 נק')</w:t>
      </w:r>
    </w:p>
    <w:p>
      <w:pPr>
        <w:bidi/>
        <w:spacing w:before="0" w:after="60"/>
        <w:jc w:val="both"/>
      </w:pPr>
      <w:r>
        <w:rPr>
          <w:rtl/>
        </w:rPr>
        <w:t>א. ‪60 × 7 = __________‬</w:t>
      </w:r>
    </w:p>
    <w:p>
      <w:pPr>
        <w:bidi/>
        <w:spacing w:before="0" w:after="60"/>
        <w:jc w:val="both"/>
      </w:pPr>
      <w:r>
        <w:rPr>
          <w:rtl/>
        </w:rPr>
        <w:t>ב. ‪40 × 30 = __________‬</w:t>
      </w:r>
    </w:p>
    <w:p>
      <w:pPr>
        <w:bidi/>
        <w:spacing w:before="0" w:after="60"/>
        <w:jc w:val="both"/>
      </w:pPr>
      <w:r>
        <w:rPr>
          <w:rtl/>
        </w:rPr>
        <w:t>ג. ‪3,200 : 8 = __________‬</w:t>
      </w:r>
    </w:p>
    <w:p>
      <w:pPr>
        <w:bidi/>
        <w:spacing w:before="0" w:after="60"/>
        <w:jc w:val="both"/>
      </w:pPr>
      <w:r>
        <w:rPr>
          <w:rtl/>
        </w:rPr>
        <w:t>ד. ‪2,400 : 60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בעזרת חוק הפילוג. (6 נק')</w:t>
      </w:r>
    </w:p>
    <w:p>
      <w:pPr>
        <w:bidi/>
        <w:spacing w:before="0" w:after="60"/>
        <w:jc w:val="both"/>
      </w:pPr>
      <w:r>
        <w:rPr>
          <w:rtl/>
        </w:rPr>
        <w:t>א. ‪32 × 12 = __________‬</w:t>
      </w:r>
    </w:p>
    <w:p>
      <w:pPr>
        <w:bidi/>
        <w:spacing w:before="0" w:after="60"/>
        <w:jc w:val="both"/>
      </w:pPr>
      <w:r>
        <w:rPr>
          <w:rtl/>
        </w:rPr>
        <w:t>ב. ‪29 × 15 = __________‬</w:t>
      </w:r>
    </w:p>
    <w:p>
      <w:pPr>
        <w:bidi/>
        <w:spacing w:before="0" w:after="60"/>
        <w:jc w:val="both"/>
      </w:pPr>
      <w:r>
        <w:rPr>
          <w:rtl/>
        </w:rPr>
        <w:t>ג. ‪84 :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‪247 × 36‬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 וכתבו בדיקה: ‪1,548 : 6‬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חשבו לפי סדר הפעולות. (6 נק')</w:t>
      </w:r>
    </w:p>
    <w:p>
      <w:pPr>
        <w:bidi/>
        <w:spacing w:before="0" w:after="60"/>
        <w:jc w:val="both"/>
      </w:pPr>
      <w:r>
        <w:rPr>
          <w:rtl/>
        </w:rPr>
        <w:t>א. ‪15 + 5 × 3 = __________‬</w:t>
      </w:r>
    </w:p>
    <w:p>
      <w:pPr>
        <w:bidi/>
        <w:spacing w:before="0" w:after="60"/>
        <w:jc w:val="both"/>
      </w:pPr>
      <w:r>
        <w:rPr>
          <w:rtl/>
        </w:rPr>
        <w:t>ב. ‪(15 + 5) × 3 = __________‬</w:t>
      </w:r>
    </w:p>
    <w:p>
      <w:pPr>
        <w:bidi/>
        <w:spacing w:before="0" w:after="60"/>
        <w:jc w:val="both"/>
      </w:pPr>
      <w:r>
        <w:rPr>
          <w:rtl/>
        </w:rPr>
        <w:t>ג. ‪48 : (2 + 6)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חלקו עם שארית. (4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‪437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במאפייה אופים כל יום 240 לחמניות ואורזים אותן בשקיות של 8. כמה שקיות ממלאים ביום? (7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לטיול השנתי יצאו 7 אוטובוסים, ובכל אחד 48 תלמידים. כמה תלמידים יצאו לטיול? (7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בספריית בית הספר 1,260 ספרים. מסדרים אותם על מדפים, 30 ספרים בכל מדף. כמה מדפים צריך? (8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נועם קנה 3 כדורים, 45 ₪ כל כדור, ו-2 משקפות שחייה, 28 ₪ כל אחת. כמה שילם בסך הכול? (9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ביום הספורט השתתפו 125 תלמידים. המורה מחלק אותם לקבוצות של 6, ואת התלמידים שנשארו הוא מצרף לשופטים. כמה קבוצות יהיו, וכמה תלמידים יצטרפו לשופטים? (9 נק')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אורי פתר ‪415 × 6 = 2,460‬. בדקו באומדן ובחישוב, הסבירו את הטעות וכתבו את התשובה הנכונה.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הסבירו בקצרה כל תשובה. (8 נק')</w:t>
      </w:r>
    </w:p>
    <w:p>
      <w:pPr>
        <w:bidi/>
        <w:spacing w:before="0" w:after="60"/>
        <w:jc w:val="both"/>
      </w:pPr>
      <w:r>
        <w:rPr>
          <w:rtl/>
        </w:rPr>
        <w:t>א. המספר 2,346 מתחלק ב-6.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המספר 1,233 מתחלק ב-6.      נכון / לא נכון</w:t>
      </w:r>
    </w:p>
    <w:p>
      <w:pPr>
        <w:bidi/>
        <w:spacing w:before="0" w:after="60"/>
        <w:jc w:val="both"/>
      </w:pPr>
      <w:r>
        <w:rPr>
          <w:rtl/>
        </w:rPr>
        <w:t>ג. ‪25 × 0 = 25‬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‪(10 + 5) × 2 = 10 + 5 × 2‬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תמר אומרת: «כדי לחשב ‪49 × 20‬ אני מחשבת ‪50 × 20‬ ומחסרת 20». הסבירו למה הדרך נכונה וחשבו.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