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הראו את כל שלבי הפתרון, בדקו באומדן וכתבו משפט תשובה.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 (8 נק')</w:t>
      </w:r>
    </w:p>
    <w:p>
      <w:pPr>
        <w:bidi/>
        <w:spacing w:before="0" w:after="60"/>
        <w:jc w:val="both"/>
      </w:pPr>
      <w:r>
        <w:rPr>
          <w:rtl/>
        </w:rPr>
        <w:t>א. ‪80 × 70 = __________‬</w:t>
      </w:r>
    </w:p>
    <w:p>
      <w:pPr>
        <w:bidi/>
        <w:spacing w:before="0" w:after="60"/>
        <w:jc w:val="both"/>
      </w:pPr>
      <w:r>
        <w:rPr>
          <w:rtl/>
        </w:rPr>
        <w:t>ב. ‪500 × 20 = __________‬</w:t>
      </w:r>
    </w:p>
    <w:p>
      <w:pPr>
        <w:bidi/>
        <w:spacing w:before="0" w:after="60"/>
        <w:jc w:val="both"/>
      </w:pPr>
      <w:r>
        <w:rPr>
          <w:rtl/>
        </w:rPr>
        <w:t>ג. ‪7,200 : 90 = __________‬</w:t>
      </w:r>
    </w:p>
    <w:p>
      <w:pPr>
        <w:bidi/>
        <w:spacing w:before="0" w:after="60"/>
        <w:jc w:val="both"/>
      </w:pPr>
      <w:r>
        <w:rPr>
          <w:rtl/>
        </w:rPr>
        <w:t>ד. ‪__________ × 60 = 4,800‬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בדרך הנוחה ביותר והראו את הפירוק בשוליים. (6 נק')</w:t>
      </w:r>
    </w:p>
    <w:p>
      <w:pPr>
        <w:bidi/>
        <w:spacing w:before="0" w:after="60"/>
        <w:jc w:val="both"/>
      </w:pPr>
      <w:r>
        <w:rPr>
          <w:rtl/>
        </w:rPr>
        <w:t>א. ‪48 × 25 = __________‬</w:t>
      </w:r>
    </w:p>
    <w:p>
      <w:pPr>
        <w:bidi/>
        <w:spacing w:before="0" w:after="60"/>
        <w:jc w:val="both"/>
      </w:pPr>
      <w:r>
        <w:rPr>
          <w:rtl/>
        </w:rPr>
        <w:t>ב. ‪99 × 37 = __________‬</w:t>
      </w:r>
    </w:p>
    <w:p>
      <w:pPr>
        <w:bidi/>
        <w:spacing w:before="0" w:after="60"/>
        <w:jc w:val="both"/>
      </w:pPr>
      <w:r>
        <w:rPr>
          <w:rtl/>
        </w:rPr>
        <w:t>ג. ‪168 :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‪408 × 47‬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וכתבו בדיקה: ‪5,436 : 9‬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60"/>
        <w:jc w:val="both"/>
      </w:pPr>
      <w:r>
        <w:rPr>
          <w:rtl/>
        </w:rPr>
        <w:t>א. ‪90 − 36 : 4 × 3 = __________‬</w:t>
      </w:r>
    </w:p>
    <w:p>
      <w:pPr>
        <w:bidi/>
        <w:spacing w:before="0" w:after="60"/>
        <w:jc w:val="both"/>
      </w:pPr>
      <w:r>
        <w:rPr>
          <w:rtl/>
        </w:rPr>
        <w:t>ב. ‪(90 − 36) : (4 + 2) = __________‬</w:t>
      </w:r>
    </w:p>
    <w:p>
      <w:pPr>
        <w:bidi/>
        <w:spacing w:before="0" w:after="60"/>
        <w:jc w:val="both"/>
      </w:pPr>
      <w:r>
        <w:rPr>
          <w:rtl/>
        </w:rPr>
        <w:t>ג. ‪7 × (12 − 4 × 2) + 0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במפעל מיץ ממלאים בכל שעה 1,350 בקבוקים. אורזים אותם בארגזים של 6 בקבוקים. כמה ארגזים ממלאים ב-4 שעות?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לקונצרט של בית הספר נמכרו 236 כרטיסים למבוגרים, 35 ₪ כל אחד, ו-148 כרטיסים לילדים, 20 ₪ כל אחד. כמה כסף נאסף?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ועד ההורים קנה 12 ארגזי תפוחים, 45 תפוחים בכל ארגז, ורוצה לחלק אותם שווה בשווה ל-8 כיתות. כמה תפוחים תקבל כל כיתה, וכמה יישארו?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לטיול יוצאים 287 תלמידים ו-19 מבוגרים. בכל אוטובוס 50 מקומות. כמה אוטובוסים צריך להזמין? הסבירו מה עשיתם עם השארית.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איתי חוסך 35 ₪ בכל שבוע, ונועה חוסכת 50 ₪ בכל שבוע. אחרי כמה שבועות יחסכו שניהם יחד 1,020 ₪? (8 נק')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עומר פתר ‪3,624 : 6 = 64‬. הסבירו בעזרת אומדן למה התשובה לא סבירה, מצאו את הטעות וכתבו את התשובה הנכונה.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ספרה במקום הקו כך שהמספר 5_34 יתחלק ב-6 וגם ב-9. האם יש יותר מתשובה אחת? הסבירו.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הסבירו בקצרה. (6 נק')</w:t>
      </w:r>
    </w:p>
    <w:p>
      <w:pPr>
        <w:bidi/>
        <w:spacing w:before="0" w:after="60"/>
        <w:jc w:val="both"/>
      </w:pPr>
      <w:r>
        <w:rPr>
          <w:rtl/>
        </w:rPr>
        <w:t>א. אם מכפילים את אחד הגורמים ב-2 ואת השני מחלקים ב-2, המכפלה לא משתנה.      נכון / לא נכון</w:t>
      </w:r>
    </w:p>
    <w:p>
      <w:pPr>
        <w:bidi/>
        <w:spacing w:before="0" w:after="60"/>
        <w:jc w:val="both"/>
      </w:pPr>
      <w:r>
        <w:rPr>
          <w:rtl/>
        </w:rPr>
        <w:t>ב. ‪25 × 16 = 50 × 8‬      נכון / לא נכון</w:t>
      </w:r>
    </w:p>
    <w:p>
      <w:pPr>
        <w:bidi/>
        <w:spacing w:before="0" w:after="60"/>
        <w:jc w:val="both"/>
      </w:pPr>
      <w:r>
        <w:rPr>
          <w:rtl/>
        </w:rPr>
        <w:t>ג. מכפלה של שני מספרים דו-ספרתיים היא תמיד מספר ארבע-ספרתי.      נכון / לא נכון</w:t>
      </w:r>
    </w:p>
    <w:p>
      <w:pPr>
        <w:bidi/>
        <w:spacing w:before="200" w:after="80"/>
        <w:jc w:val="center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