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כפל וחילוק בעל פה בעשרות ובמאות שלמות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כפל וחילוק בעל פה בעשרות ובמאות שלמות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כפל בעשרות ובמאות</w:t>
      </w:r>
    </w:p>
    <w:p>
      <w:pPr>
        <w:bidi/>
        <w:spacing w:before="0" w:after="40"/>
        <w:jc w:val="both"/>
      </w:pPr>
      <w:r>
        <w:rPr>
          <w:rtl/>
        </w:rPr>
        <w:t>כופלים את הספרות שאינן אפס, ומוסיפים את האפסים של שני הגורמים.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עובדת כפל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בעשרות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3 =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× 3 = 120‬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‪400 × 3 = 1,200‬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8 = 56‬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 × 8 = 560‬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‪700 × 8 = 5,600‬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5 =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 × 50 = 3,000‬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‪600 × 5 = 3,000‬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חילוק בעשרות ובמאות</w:t>
      </w:r>
    </w:p>
    <w:p>
      <w:pPr>
        <w:bidi/>
        <w:spacing w:before="0" w:after="20"/>
        <w:jc w:val="both"/>
      </w:pPr>
      <w:r>
        <w:rPr>
          <w:rtl/>
        </w:rPr>
        <w:t>1. מחשבים בעזרת עובדת כפל: 4,200 הן 42 מאות.</w:t>
      </w:r>
    </w:p>
    <w:p>
      <w:pPr>
        <w:bidi/>
        <w:spacing w:before="0" w:after="20"/>
        <w:jc w:val="both"/>
      </w:pPr>
      <w:r>
        <w:rPr>
          <w:rtl/>
        </w:rPr>
        <w:t>2. 42 מאות : ‪7 = 6‬ מאות, כלומר 600.</w:t>
      </w:r>
    </w:p>
    <w:p>
      <w:pPr>
        <w:bidi/>
        <w:spacing w:before="0" w:after="20"/>
        <w:jc w:val="both"/>
      </w:pPr>
      <w:r>
        <w:rPr>
          <w:rtl/>
        </w:rPr>
        <w:t>3. בודקים: המנה × המחלק = המחולק.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‪4,200 : 7 = 600 · 4,200 : 70 = 60‬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שימו לב</w:t>
      </w:r>
    </w:p>
    <w:p>
      <w:pPr>
        <w:bidi/>
        <w:spacing w:before="0" w:after="20"/>
        <w:jc w:val="both"/>
      </w:pPr>
      <w:r>
        <w:rPr>
          <w:rtl/>
        </w:rPr>
        <w:t>1. אם במכפלה של עובדת הכפל יש אפס – הוא נשאר: ‪50 × 8 = 400‬.</w:t>
      </w:r>
    </w:p>
    <w:p>
      <w:pPr>
        <w:bidi/>
        <w:spacing w:before="0" w:after="20"/>
        <w:jc w:val="both"/>
      </w:pPr>
      <w:r>
        <w:rPr>
          <w:rtl/>
        </w:rPr>
        <w:t>2. כפל ב-10 מוסיף אפס אחד, כפל ב-100 מוסיף שני אפסים.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כופלים את הספרות שאינן אפס לפי לוח הכפל, ואחר כך מוסיפים את כל האפסים של שני הגורמים. בחילוק – מחשבים: «כמה פעמים נכנס המחלק במחולק?» ובודקים בכפל.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‪80 × 50 = ___‬</w:t>
      </w:r>
    </w:p>
    <w:p>
      <w:pPr>
        <w:bidi/>
        <w:spacing w:before="0" w:after="20"/>
        <w:jc w:val="both"/>
      </w:pPr>
      <w:r>
        <w:rPr>
          <w:rtl/>
        </w:rPr>
        <w:t>1. ‪8 × 5 = 40‬</w:t>
      </w:r>
    </w:p>
    <w:p>
      <w:pPr>
        <w:bidi/>
        <w:spacing w:before="0" w:after="20"/>
        <w:jc w:val="both"/>
      </w:pPr>
      <w:r>
        <w:rPr>
          <w:rtl/>
        </w:rPr>
        <w:t>2. בגורמים יש שני אפסים – מוסיפים אותם: 4,000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4,000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חשבו בעל פה:</w:t>
      </w:r>
    </w:p>
    <w:p>
      <w:pPr>
        <w:bidi/>
        <w:spacing w:before="0" w:after="60"/>
        <w:jc w:val="both"/>
      </w:pPr>
      <w:r>
        <w:rPr>
          <w:rtl/>
        </w:rPr>
        <w:t>א. ‪60 × 7 = __________‬</w:t>
      </w:r>
    </w:p>
    <w:p>
      <w:pPr>
        <w:bidi/>
        <w:spacing w:before="0" w:after="60"/>
        <w:jc w:val="both"/>
      </w:pPr>
      <w:r>
        <w:rPr>
          <w:rtl/>
        </w:rPr>
        <w:t>ב. ‪300 × 9 = __________‬</w:t>
      </w:r>
    </w:p>
    <w:p>
      <w:pPr>
        <w:bidi/>
        <w:spacing w:before="0" w:after="60"/>
        <w:jc w:val="both"/>
      </w:pPr>
      <w:r>
        <w:rPr>
          <w:rtl/>
        </w:rPr>
        <w:t>ג. ‪4,800 : 8 = __________‬</w:t>
      </w:r>
    </w:p>
    <w:p>
      <w:pPr>
        <w:bidi/>
        <w:spacing w:before="0" w:after="60"/>
        <w:jc w:val="both"/>
      </w:pPr>
      <w:r>
        <w:rPr>
          <w:rtl/>
        </w:rPr>
        <w:t>ד. ‪2,000 : 50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420 · ב. 2,700 · ג. 600 · ד. 40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