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כפל וחילוק בעל פה בעשרות ובמאות שלמות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מסתירים את האפסים ומחשבים את התרגיל הבסיסי מלוח הכפל. למשל ב-‪40 × 70‬ מחשבים ‪4 × 7 = 28‬.</w:t>
      </w:r>
    </w:p>
    <w:p>
      <w:pPr>
        <w:bidi/>
        <w:spacing w:before="0" w:after="20"/>
        <w:jc w:val="both"/>
      </w:pPr>
      <w:r>
        <w:rPr>
          <w:rtl/>
        </w:rPr>
        <w:t>2. שלב 2: בכפל מוסיפים לתוצאה את כל האפסים של שני הגורמים: ‪40 × 70 = 2,800‬.</w:t>
      </w:r>
    </w:p>
    <w:p>
      <w:pPr>
        <w:bidi/>
        <w:spacing w:before="0" w:after="20"/>
        <w:jc w:val="both"/>
      </w:pPr>
      <w:r>
        <w:rPr>
          <w:rtl/>
        </w:rPr>
        <w:t>3. שלב 3: בחילוק מורידים אותו מספר של אפסים מהמחולק ומהמחלק: ‪3,600 : 60 = 360 : 6 = 60‬.</w:t>
      </w:r>
    </w:p>
    <w:p>
      <w:pPr>
        <w:bidi/>
        <w:spacing w:before="0" w:after="20"/>
        <w:jc w:val="both"/>
      </w:pPr>
      <w:r>
        <w:rPr>
          <w:rtl/>
        </w:rPr>
        <w:t>4. שלב 4: בודקים בכפל: ‪60 × 60 = 3,600‬.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חשבו בעל פה: ‪60 × 300‬</w:t>
      </w:r>
    </w:p>
    <w:p>
      <w:pPr>
        <w:bidi/>
        <w:spacing w:before="0" w:after="20"/>
        <w:jc w:val="both"/>
      </w:pPr>
      <w:r>
        <w:rPr>
          <w:rtl/>
        </w:rPr>
        <w:t>1. התרגיל הבסיסי: ‪6 × 3 = 18‬</w:t>
      </w:r>
    </w:p>
    <w:p>
      <w:pPr>
        <w:bidi/>
        <w:spacing w:before="0" w:after="20"/>
        <w:jc w:val="both"/>
      </w:pPr>
      <w:r>
        <w:rPr>
          <w:rtl/>
        </w:rPr>
        <w:t>2. בשני הגורמים יש יחד שלושה אפסים, ומוסיפים אותם לתוצאה.</w:t>
      </w:r>
    </w:p>
    <w:p>
      <w:pPr>
        <w:bidi/>
        <w:spacing w:before="0" w:after="20"/>
        <w:jc w:val="both"/>
      </w:pPr>
      <w:r>
        <w:rPr>
          <w:rtl/>
        </w:rPr>
        <w:t>3. ‪60 × 300 = 18,000‬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18,000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בעל פה.</w:t>
      </w:r>
    </w:p>
    <w:p>
      <w:pPr>
        <w:bidi/>
        <w:spacing w:before="0" w:after="60"/>
        <w:jc w:val="both"/>
      </w:pPr>
      <w:r>
        <w:rPr>
          <w:rtl/>
        </w:rPr>
        <w:t>א. ‪5 × 6 = __________‬</w:t>
      </w:r>
    </w:p>
    <w:p>
      <w:pPr>
        <w:bidi/>
        <w:spacing w:before="0" w:after="60"/>
        <w:jc w:val="both"/>
      </w:pPr>
      <w:r>
        <w:rPr>
          <w:rtl/>
        </w:rPr>
        <w:t>ב. ‪50 × 6 = __________‬</w:t>
      </w:r>
    </w:p>
    <w:p>
      <w:pPr>
        <w:bidi/>
        <w:spacing w:before="0" w:after="60"/>
        <w:jc w:val="both"/>
      </w:pPr>
      <w:r>
        <w:rPr>
          <w:rtl/>
        </w:rPr>
        <w:t>ג. ‪500 × 6 = __________‬</w:t>
      </w:r>
    </w:p>
    <w:p>
      <w:pPr>
        <w:bidi/>
        <w:spacing w:before="0" w:after="60"/>
        <w:jc w:val="both"/>
      </w:pPr>
      <w:r>
        <w:rPr>
          <w:rtl/>
        </w:rPr>
        <w:t>ד. ‪8 × 4 = __________‬</w:t>
      </w:r>
    </w:p>
    <w:p>
      <w:pPr>
        <w:bidi/>
        <w:spacing w:before="0" w:after="60"/>
        <w:jc w:val="both"/>
      </w:pPr>
      <w:r>
        <w:rPr>
          <w:rtl/>
        </w:rPr>
        <w:t>ה. ‪80 × 4 = __________‬</w:t>
      </w:r>
    </w:p>
    <w:p>
      <w:pPr>
        <w:bidi/>
        <w:spacing w:before="0" w:after="60"/>
        <w:jc w:val="both"/>
      </w:pPr>
      <w:r>
        <w:rPr>
          <w:rtl/>
        </w:rPr>
        <w:t>ו. ‪800 ×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בעל פה.</w:t>
      </w:r>
    </w:p>
    <w:p>
      <w:pPr>
        <w:bidi/>
        <w:spacing w:before="0" w:after="60"/>
        <w:jc w:val="both"/>
      </w:pPr>
      <w:r>
        <w:rPr>
          <w:rtl/>
        </w:rPr>
        <w:t>א. ‪20 × 30 = __________‬</w:t>
      </w:r>
    </w:p>
    <w:p>
      <w:pPr>
        <w:bidi/>
        <w:spacing w:before="0" w:after="60"/>
        <w:jc w:val="both"/>
      </w:pPr>
      <w:r>
        <w:rPr>
          <w:rtl/>
        </w:rPr>
        <w:t>ב. ‪40 × 70 = __________‬</w:t>
      </w:r>
    </w:p>
    <w:p>
      <w:pPr>
        <w:bidi/>
        <w:spacing w:before="0" w:after="60"/>
        <w:jc w:val="both"/>
      </w:pPr>
      <w:r>
        <w:rPr>
          <w:rtl/>
        </w:rPr>
        <w:t>ג. ‪60 × 50 = __________‬</w:t>
      </w:r>
    </w:p>
    <w:p>
      <w:pPr>
        <w:bidi/>
        <w:spacing w:before="0" w:after="60"/>
        <w:jc w:val="both"/>
      </w:pPr>
      <w:r>
        <w:rPr>
          <w:rtl/>
        </w:rPr>
        <w:t>ד. ‪90 × 20 = __________‬</w:t>
      </w:r>
    </w:p>
    <w:p>
      <w:pPr>
        <w:bidi/>
        <w:spacing w:before="0" w:after="60"/>
        <w:jc w:val="both"/>
      </w:pPr>
      <w:r>
        <w:rPr>
          <w:rtl/>
        </w:rPr>
        <w:t>ה. ‪300 × 30 = __________‬</w:t>
      </w:r>
    </w:p>
    <w:p>
      <w:pPr>
        <w:bidi/>
        <w:spacing w:before="0" w:after="60"/>
        <w:jc w:val="both"/>
      </w:pPr>
      <w:r>
        <w:rPr>
          <w:rtl/>
        </w:rPr>
        <w:t>ו. ‪200 × 40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 בעל פה. בדקו בכפל.</w:t>
      </w:r>
    </w:p>
    <w:p>
      <w:pPr>
        <w:bidi/>
        <w:spacing w:before="0" w:after="60"/>
        <w:jc w:val="both"/>
      </w:pPr>
      <w:r>
        <w:rPr>
          <w:rtl/>
        </w:rPr>
        <w:t>א. ‪320 : 8 = __________‬</w:t>
      </w:r>
    </w:p>
    <w:p>
      <w:pPr>
        <w:bidi/>
        <w:spacing w:before="0" w:after="60"/>
        <w:jc w:val="both"/>
      </w:pPr>
      <w:r>
        <w:rPr>
          <w:rtl/>
        </w:rPr>
        <w:t>ב. ‪540 : 6 = __________‬</w:t>
      </w:r>
    </w:p>
    <w:p>
      <w:pPr>
        <w:bidi/>
        <w:spacing w:before="0" w:after="60"/>
        <w:jc w:val="both"/>
      </w:pPr>
      <w:r>
        <w:rPr>
          <w:rtl/>
        </w:rPr>
        <w:t>ג. ‪2,100 : 7 = __________‬</w:t>
      </w:r>
    </w:p>
    <w:p>
      <w:pPr>
        <w:bidi/>
        <w:spacing w:before="0" w:after="60"/>
        <w:jc w:val="both"/>
      </w:pPr>
      <w:r>
        <w:rPr>
          <w:rtl/>
        </w:rPr>
        <w:t>ד. ‪4,500 : 9 = __________‬</w:t>
      </w:r>
    </w:p>
    <w:p>
      <w:pPr>
        <w:bidi/>
        <w:spacing w:before="0" w:after="60"/>
        <w:jc w:val="both"/>
      </w:pPr>
      <w:r>
        <w:rPr>
          <w:rtl/>
        </w:rPr>
        <w:t>ה. ‪1,600 : 40 = __________‬</w:t>
      </w:r>
    </w:p>
    <w:p>
      <w:pPr>
        <w:bidi/>
        <w:spacing w:before="0" w:after="60"/>
        <w:jc w:val="both"/>
      </w:pPr>
      <w:r>
        <w:rPr>
          <w:rtl/>
        </w:rPr>
        <w:t>ו. ‪3,600 : 60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70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‪40 × __________ = 280‬</w:t>
      </w:r>
    </w:p>
    <w:p>
      <w:pPr>
        <w:bidi/>
        <w:spacing w:before="0" w:after="60"/>
        <w:jc w:val="both"/>
      </w:pPr>
      <w:r>
        <w:rPr>
          <w:rtl/>
        </w:rPr>
        <w:t>ב. ‪__________ × 9 = 4,500‬</w:t>
      </w:r>
    </w:p>
    <w:p>
      <w:pPr>
        <w:bidi/>
        <w:spacing w:before="0" w:after="60"/>
        <w:jc w:val="both"/>
      </w:pPr>
      <w:r>
        <w:rPr>
          <w:rtl/>
        </w:rPr>
        <w:t>ג. ‪60 × __________ = 3,600‬</w:t>
      </w:r>
    </w:p>
    <w:p>
      <w:pPr>
        <w:bidi/>
        <w:spacing w:before="0" w:after="60"/>
        <w:jc w:val="both"/>
      </w:pPr>
      <w:r>
        <w:rPr>
          <w:rtl/>
        </w:rPr>
        <w:t>ד. ‪__________ : 5 = 300‬</w:t>
      </w:r>
    </w:p>
    <w:p>
      <w:pPr>
        <w:bidi/>
        <w:spacing w:before="0" w:after="60"/>
        <w:jc w:val="both"/>
      </w:pPr>
      <w:r>
        <w:rPr>
          <w:rtl/>
        </w:rPr>
        <w:t>ה. ‪2,400 : __________ = 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‪30 × 20‬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‪40 × 50‬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‪700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‪4,800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‪2,400 : 40‬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8,100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‪90 × 90‬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2,100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‪60 × 40 = 240‬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‪500 × 8 = 4,000‬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‪3,000 : 60 = 500‬      נכון / לא נכון</w:t>
      </w:r>
    </w:p>
    <w:p>
      <w:pPr>
        <w:bidi/>
        <w:spacing w:before="0" w:after="60"/>
        <w:jc w:val="both"/>
      </w:pPr>
      <w:r>
        <w:rPr>
          <w:rtl/>
        </w:rPr>
        <w:t>ד. במכפלה ‪50 × 20‬ יש שלושה אפסים.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כתבו בין התרגילים את הסימן המתאים: &gt;, &lt; או =.</w:t>
      </w:r>
    </w:p>
    <w:p>
      <w:pPr>
        <w:bidi/>
        <w:spacing w:before="0" w:after="60"/>
        <w:jc w:val="both"/>
      </w:pPr>
      <w:r>
        <w:rPr>
          <w:rtl/>
        </w:rPr>
        <w:t>א. ‪30 × 40 __________ 1,000‬</w:t>
      </w:r>
    </w:p>
    <w:p>
      <w:pPr>
        <w:bidi/>
        <w:spacing w:before="0" w:after="60"/>
        <w:jc w:val="both"/>
      </w:pPr>
      <w:r>
        <w:rPr>
          <w:rtl/>
        </w:rPr>
        <w:t>ב. ‪200 × 6 __________ 40 × 30‬</w:t>
      </w:r>
    </w:p>
    <w:p>
      <w:pPr>
        <w:bidi/>
        <w:spacing w:before="0" w:after="60"/>
        <w:jc w:val="both"/>
      </w:pPr>
      <w:r>
        <w:rPr>
          <w:rtl/>
        </w:rPr>
        <w:t>ג. ‪2,800 : 7 __________ 400‬</w:t>
      </w:r>
    </w:p>
    <w:p>
      <w:pPr>
        <w:bidi/>
        <w:spacing w:before="0" w:after="60"/>
        <w:jc w:val="both"/>
      </w:pPr>
      <w:r>
        <w:rPr>
          <w:rtl/>
        </w:rPr>
        <w:t>ד. ‪5,400 : 90 __________ 70‬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מיינו את התרגילים לפי התוצאה.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‪40 × 60‬  |  ‪80 × 3‬  |  ‪300 × 8‬  |  ‪60 × 4‬  |  ‪700 × 6‬  |  ‪4,800 : 2‬  |  ‪1,200 : 5‬  |  ‪60 × 70‬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2,400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240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4,200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‪70 × 80 = ?‬</w:t>
      </w:r>
    </w:p>
    <w:p>
      <w:pPr>
        <w:bidi/>
        <w:spacing w:before="0" w:after="80"/>
        <w:jc w:val="both"/>
      </w:pPr>
      <w:r>
        <w:rPr>
          <w:rtl/>
        </w:rPr>
        <w:t xml:space="preserve">   ○ 560      ○ 5,600      ○ 56,000      ○ 5,060</w:t>
      </w:r>
    </w:p>
    <w:p>
      <w:pPr>
        <w:bidi/>
        <w:spacing w:before="0" w:after="20"/>
        <w:jc w:val="both"/>
      </w:pPr>
      <w:r>
        <w:rPr>
          <w:rtl/>
        </w:rPr>
        <w:t>ב. ‪6,300 : 90 = ?‬</w:t>
      </w:r>
    </w:p>
    <w:p>
      <w:pPr>
        <w:bidi/>
        <w:spacing w:before="0" w:after="80"/>
        <w:jc w:val="both"/>
      </w:pPr>
      <w:r>
        <w:rPr>
          <w:rtl/>
        </w:rPr>
        <w:t xml:space="preserve">   ○ 700      ○ 7      ○ 70      ○ 630</w:t>
      </w:r>
    </w:p>
    <w:p>
      <w:pPr>
        <w:bidi/>
        <w:spacing w:before="0" w:after="20"/>
        <w:jc w:val="both"/>
      </w:pPr>
      <w:r>
        <w:rPr>
          <w:rtl/>
        </w:rPr>
        <w:t>ג. איזה תרגיל שווה ל-3,000?</w:t>
      </w:r>
    </w:p>
    <w:p>
      <w:pPr>
        <w:bidi/>
        <w:spacing w:before="0" w:after="80"/>
        <w:jc w:val="both"/>
      </w:pPr>
      <w:r>
        <w:rPr>
          <w:rtl/>
        </w:rPr>
        <w:t xml:space="preserve">   ○ ‪50 × 60‬      ○ ‪30 × 10‬      ○ ‪600 × 50‬      ○ ‪300 × 100‬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נועם אמר: «‪50 × 40 = 200‬, כי ‪5 × 4 = 20‬ ומוסיפים אפס אחד». הסבירו את הטעות וכתבו את התשובה הנכונה.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כתבו שלושה תרגילי כפל שונים שהמכפלה שלהם היא 3,600, ובכל אחד מהם שני הגורמים מסתיימים באפס. הראו את דרך החישוב במשבצות.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מכונה במפעל ממלאת 400 בקבוקים בכל דקה. כמה בקבוקים תמלא ב-6 דקות?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רכבת נוסעת 90 קילומטרים בכל שעה. כמה קילומטרים תיסע ב-4 שעות?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לטקס סיום השנה סידרו 30 שורות, ובכל שורה 40 כסאות. כמה כסאות סידרו?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3,200 מחברות חולקו שווה בשווה בין 80 כיתות. כמה מחברות קיבלה כל כיתה?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לחנות הגיעו 20 ארגזים, ובכל ארגז 50 עגבניות. במשך היום נמכרו 700 עגבניות. כמה עגבניות נשארו בחנות?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ועד ההורים קנה 60 חבילות, ובכל חבילה 20 מדבקות. את כל המדבקות חילקו שווה בשווה בין 40 כיתות. כמה מדבקות קיבלה כל כיתה?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כפל וחילוק בעל פה בעשרות ובמאות שלמות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בעל פה.</w:t>
      </w:r>
    </w:p>
    <w:p>
      <w:pPr>
        <w:bidi/>
        <w:spacing w:before="0" w:after="40"/>
        <w:jc w:val="both"/>
      </w:pPr>
      <w:r>
        <w:rPr>
          <w:rtl/>
        </w:rPr>
        <w:t>א. ‪5 × 6 = 30‬</w:t>
      </w:r>
    </w:p>
    <w:p>
      <w:pPr>
        <w:bidi/>
        <w:spacing w:before="0" w:after="40"/>
        <w:jc w:val="both"/>
      </w:pPr>
      <w:r>
        <w:rPr>
          <w:rtl/>
        </w:rPr>
        <w:t>ב. ‪50 × 6 = 300‬</w:t>
      </w:r>
    </w:p>
    <w:p>
      <w:pPr>
        <w:bidi/>
        <w:spacing w:before="0" w:after="40"/>
        <w:jc w:val="both"/>
      </w:pPr>
      <w:r>
        <w:rPr>
          <w:rtl/>
        </w:rPr>
        <w:t>ג. ‪500 × 6 = 3,000‬</w:t>
      </w:r>
    </w:p>
    <w:p>
      <w:pPr>
        <w:bidi/>
        <w:spacing w:before="0" w:after="40"/>
        <w:jc w:val="both"/>
      </w:pPr>
      <w:r>
        <w:rPr>
          <w:rtl/>
        </w:rPr>
        <w:t>ד. ‪8 × 4 = 32‬</w:t>
      </w:r>
    </w:p>
    <w:p>
      <w:pPr>
        <w:bidi/>
        <w:spacing w:before="0" w:after="40"/>
        <w:jc w:val="both"/>
      </w:pPr>
      <w:r>
        <w:rPr>
          <w:rtl/>
        </w:rPr>
        <w:t>ה. ‪80 × 4 = 320‬</w:t>
      </w:r>
    </w:p>
    <w:p>
      <w:pPr>
        <w:bidi/>
        <w:spacing w:before="0" w:after="40"/>
        <w:jc w:val="both"/>
      </w:pPr>
      <w:r>
        <w:rPr>
          <w:rtl/>
        </w:rPr>
        <w:t>ו. ‪800 × 4 = 3,200‬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 בעל פה.</w:t>
      </w:r>
    </w:p>
    <w:p>
      <w:pPr>
        <w:bidi/>
        <w:spacing w:before="0" w:after="40"/>
        <w:jc w:val="both"/>
      </w:pPr>
      <w:r>
        <w:rPr>
          <w:rtl/>
        </w:rPr>
        <w:t>א. ‪20 × 30 = 600‬</w:t>
      </w:r>
    </w:p>
    <w:p>
      <w:pPr>
        <w:bidi/>
        <w:spacing w:before="0" w:after="40"/>
        <w:jc w:val="both"/>
      </w:pPr>
      <w:r>
        <w:rPr>
          <w:rtl/>
        </w:rPr>
        <w:t>ב. ‪40 × 70 = 2,800‬</w:t>
      </w:r>
    </w:p>
    <w:p>
      <w:pPr>
        <w:bidi/>
        <w:spacing w:before="0" w:after="40"/>
        <w:jc w:val="both"/>
      </w:pPr>
      <w:r>
        <w:rPr>
          <w:rtl/>
        </w:rPr>
        <w:t>ג. ‪60 × 50 = 3,000‬</w:t>
      </w:r>
    </w:p>
    <w:p>
      <w:pPr>
        <w:bidi/>
        <w:spacing w:before="0" w:after="40"/>
        <w:jc w:val="both"/>
      </w:pPr>
      <w:r>
        <w:rPr>
          <w:rtl/>
        </w:rPr>
        <w:t>ד. ‪90 × 20 = 1,800‬</w:t>
      </w:r>
    </w:p>
    <w:p>
      <w:pPr>
        <w:bidi/>
        <w:spacing w:before="0" w:after="40"/>
        <w:jc w:val="both"/>
      </w:pPr>
      <w:r>
        <w:rPr>
          <w:rtl/>
        </w:rPr>
        <w:t>ה. ‪300 × 30 = 9,000‬</w:t>
      </w:r>
    </w:p>
    <w:p>
      <w:pPr>
        <w:bidi/>
        <w:spacing w:before="0" w:after="40"/>
        <w:jc w:val="both"/>
      </w:pPr>
      <w:r>
        <w:rPr>
          <w:rtl/>
        </w:rPr>
        <w:t>ו. ‪200 × 40 = 8,000‬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 בעל פה. בדקו בכפל.</w:t>
      </w:r>
    </w:p>
    <w:p>
      <w:pPr>
        <w:bidi/>
        <w:spacing w:before="0" w:after="40"/>
        <w:jc w:val="both"/>
      </w:pPr>
      <w:r>
        <w:rPr>
          <w:rtl/>
        </w:rPr>
        <w:t>א. ‪320 : 8 = 40‬</w:t>
      </w:r>
    </w:p>
    <w:p>
      <w:pPr>
        <w:bidi/>
        <w:spacing w:before="0" w:after="40"/>
        <w:jc w:val="both"/>
      </w:pPr>
      <w:r>
        <w:rPr>
          <w:rtl/>
        </w:rPr>
        <w:t>ב. ‪540 : 6 = 90‬</w:t>
      </w:r>
    </w:p>
    <w:p>
      <w:pPr>
        <w:bidi/>
        <w:spacing w:before="0" w:after="40"/>
        <w:jc w:val="both"/>
      </w:pPr>
      <w:r>
        <w:rPr>
          <w:rtl/>
        </w:rPr>
        <w:t>ג. ‪2,100 : 7 = 300‬</w:t>
      </w:r>
    </w:p>
    <w:p>
      <w:pPr>
        <w:bidi/>
        <w:spacing w:before="0" w:after="40"/>
        <w:jc w:val="both"/>
      </w:pPr>
      <w:r>
        <w:rPr>
          <w:rtl/>
        </w:rPr>
        <w:t>ד. ‪4,500 : 9 = 500‬</w:t>
      </w:r>
    </w:p>
    <w:p>
      <w:pPr>
        <w:bidi/>
        <w:spacing w:before="0" w:after="40"/>
        <w:jc w:val="both"/>
      </w:pPr>
      <w:r>
        <w:rPr>
          <w:rtl/>
        </w:rPr>
        <w:t>ה. ‪1,600 : 40 = 40‬</w:t>
      </w:r>
    </w:p>
    <w:p>
      <w:pPr>
        <w:bidi/>
        <w:spacing w:before="0" w:after="40"/>
        <w:jc w:val="both"/>
      </w:pPr>
      <w:r>
        <w:rPr>
          <w:rtl/>
        </w:rPr>
        <w:t>ו. ‪3,600 : 60 = 60‬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70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2,100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350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3,500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560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5,600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‪40 × 7 = 280‬</w:t>
      </w:r>
    </w:p>
    <w:p>
      <w:pPr>
        <w:bidi/>
        <w:spacing w:before="0" w:after="40"/>
        <w:jc w:val="both"/>
      </w:pPr>
      <w:r>
        <w:rPr>
          <w:rtl/>
        </w:rPr>
        <w:t>ב. ‪500 × 9 = 4,500‬</w:t>
      </w:r>
    </w:p>
    <w:p>
      <w:pPr>
        <w:bidi/>
        <w:spacing w:before="0" w:after="40"/>
        <w:jc w:val="both"/>
      </w:pPr>
      <w:r>
        <w:rPr>
          <w:rtl/>
        </w:rPr>
        <w:t>ג. ‪60 × 60 = 3,600‬</w:t>
      </w:r>
    </w:p>
    <w:p>
      <w:pPr>
        <w:bidi/>
        <w:spacing w:before="0" w:after="40"/>
        <w:jc w:val="both"/>
      </w:pPr>
      <w:r>
        <w:rPr>
          <w:rtl/>
        </w:rPr>
        <w:t>ד. ‪1,500 : 5 = 300‬</w:t>
      </w:r>
    </w:p>
    <w:p>
      <w:pPr>
        <w:bidi/>
        <w:spacing w:before="0" w:after="40"/>
        <w:jc w:val="both"/>
      </w:pPr>
      <w:r>
        <w:rPr>
          <w:rtl/>
        </w:rPr>
        <w:t>ה. ‪2,400 : 30 = 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התאימו לכל תרגיל את התוצאה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‪30 × 20‬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800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‪40 × 50‬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60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‪700 ×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600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‪4,800 :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2,000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‪2,400 : 40‬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8,100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‪90 × 90‬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2,100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‪60 × 40 = 240‬ – לא נכון – ‪60 × 40 = 2,400‬</w:t>
      </w:r>
    </w:p>
    <w:p>
      <w:pPr>
        <w:bidi/>
        <w:spacing w:before="0" w:after="40"/>
        <w:jc w:val="both"/>
      </w:pPr>
      <w:r>
        <w:rPr>
          <w:rtl/>
        </w:rPr>
        <w:t>ב. ‪500 × 8 = 4,000‬ – נכון</w:t>
      </w:r>
    </w:p>
    <w:p>
      <w:pPr>
        <w:bidi/>
        <w:spacing w:before="0" w:after="40"/>
        <w:jc w:val="both"/>
      </w:pPr>
      <w:r>
        <w:rPr>
          <w:rtl/>
        </w:rPr>
        <w:t>ג. ‪3,000 : 60 = 500‬ – לא נכון – ‪3,000 : 60 = 50‬</w:t>
      </w:r>
    </w:p>
    <w:p>
      <w:pPr>
        <w:bidi/>
        <w:spacing w:before="0" w:after="40"/>
        <w:jc w:val="both"/>
      </w:pPr>
      <w:r>
        <w:rPr>
          <w:rtl/>
        </w:rPr>
        <w:t>ד. במכפלה ‪50 × 20‬ יש שלושה אפסים.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כתבו בין התרגילים את הסימן המתאים: &gt;, &lt; או =.</w:t>
      </w:r>
    </w:p>
    <w:p>
      <w:pPr>
        <w:bidi/>
        <w:spacing w:before="0" w:after="40"/>
        <w:jc w:val="both"/>
      </w:pPr>
      <w:r>
        <w:rPr>
          <w:rtl/>
        </w:rPr>
        <w:t>א. ‪30 × 40 &gt; 1,000‬</w:t>
      </w:r>
    </w:p>
    <w:p>
      <w:pPr>
        <w:bidi/>
        <w:spacing w:before="0" w:after="40"/>
        <w:jc w:val="both"/>
      </w:pPr>
      <w:r>
        <w:rPr>
          <w:rtl/>
        </w:rPr>
        <w:t>ב. ‪200 × 6 = 40 × 30‬</w:t>
      </w:r>
    </w:p>
    <w:p>
      <w:pPr>
        <w:bidi/>
        <w:spacing w:before="0" w:after="40"/>
        <w:jc w:val="both"/>
      </w:pPr>
      <w:r>
        <w:rPr>
          <w:rtl/>
        </w:rPr>
        <w:t>ג. ‪2,800 : 7 = 400‬</w:t>
      </w:r>
    </w:p>
    <w:p>
      <w:pPr>
        <w:bidi/>
        <w:spacing w:before="0" w:after="40"/>
        <w:jc w:val="both"/>
      </w:pPr>
      <w:r>
        <w:rPr>
          <w:rtl/>
        </w:rPr>
        <w:t>ד. ‪5,400 : 90 &lt; 70‬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מיינו את התרגילים לפי התוצאה.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2,400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240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4,200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‪40 × 60‬, ‪300 × 8‬, ‪4,800 :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‪80 × 3‬, ‪60 × 4‬, ‪1,200 : 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‪700 × 6‬, ‪60 × 70‬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‪70 × 80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5,600</w:t>
      </w:r>
    </w:p>
    <w:p>
      <w:pPr>
        <w:bidi/>
        <w:spacing w:before="0" w:after="20"/>
        <w:jc w:val="both"/>
      </w:pPr>
      <w:r>
        <w:rPr>
          <w:rtl/>
        </w:rPr>
        <w:t>ב. ‪6,300 : 90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70</w:t>
      </w:r>
    </w:p>
    <w:p>
      <w:pPr>
        <w:bidi/>
        <w:spacing w:before="0" w:after="20"/>
        <w:jc w:val="both"/>
      </w:pPr>
      <w:r>
        <w:rPr>
          <w:rtl/>
        </w:rPr>
        <w:t>ג. איזה תרגיל שווה ל-3,000?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‪50 × 60‬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נועם אמר: «‪50 × 40 = 200‬, כי ‪5 × 4 = 20‬ ומוסיפים אפס אחד». הסבירו את הטעות וכתבו את התשובה הנכונה.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בגורמים יש שני אפסים (50 ו-40), ולכן מוסיפים שני אפסים ל-‪20: 50 × 40 = 2,000‬.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כתבו שלושה תרגילי כפל שונים שהמכפלה שלהם היא 3,600, ובכל אחד מהם שני הגורמים מסתיימים באפס. הראו את דרך החישוב במשבצות.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‪60 × 60 = 3,600‬; ‪90 × 40 = 3,600‬; ‪30 × 120 = 3,600‬ (אפשר גם ‪20 × 180‬, ‪10 × 360)‬.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מכונה במפעל ממלאת 400 בקבוקים בכל דקה. כמה בקבוקים תמלא ב-6 דקות?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6 = 24‬ ; ‪400 × 6 = 2,400‬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המכונה תמלא 2,400 בקבוקים.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רכבת נוסעת 90 קילומטרים בכל שעה. כמה קילומטרים תיסע ב-4 שעות?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‪90 × 4 = 360‬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הרכבת תיסע 360 קילומטרים.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לטקס סיום השנה סידרו 30 שורות, ובכל שורה 40 כסאות. כמה כסאות סידרו?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4 = 12‬ ; ‪30 × 40 = 1,200‬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סידרו 1,200 כסאות.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3,200 מחברות חולקו שווה בשווה בין 80 כיתות. כמה מחברות קיבלה כל כיתה?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מורידים אפס: ‪320 : 8‬ ; ‪32 : 8 = 4‬, ולכן ‪320 : 8 = 40‬ ; בדיקה: ‪40 × 80 = 3,200‬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כיתה קיבלה 40 מחברות.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לחנות הגיעו 20 ארגזים, ובכל ארגז 50 עגבניות. במשך היום נמכרו 700 עגבניות. כמה עגבניות נשארו בחנות?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‪20 × 50 = 1,000‬ ; ‪1,000 − 700 = 300‬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בחנות נשארו 300 עגבניות.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ועד ההורים קנה 60 חבילות, ובכל חבילה 20 מדבקות. את כל המדבקות חילקו שווה בשווה בין 40 כיתות. כמה מדבקות קיבלה כל כיתה?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‪60 × 20 = 1,200‬ ; ‪1,200 : 40 = 30‬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כיתה קיבלה 30 מדבקות.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