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כפל דו-ספרתי בדו-ספרתי בדרכים שונות (חוק הפילוג)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כפל דו-ספרתי בדו-ספרתי בחוק הפילוג ובמודל המלבן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חוק הפילוג</w:t>
      </w:r>
    </w:p>
    <w:p>
      <w:pPr>
        <w:bidi/>
        <w:spacing w:before="0" w:after="40"/>
        <w:jc w:val="both"/>
      </w:pPr>
      <w:r>
        <w:rPr>
          <w:rtl/>
        </w:rPr>
        <w:t>מפרקים גורם לעשרות ויחידות, כופלים כל חלק בגורם השני, ומחברים את המכפלות.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‪27 × 14 = 20 × 14 + 7 × 14 · 27 × 14 = 280 + 98 = 378‬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מודל המלבן: ‪27 × 14‬</w:t>
      </w:r>
    </w:p>
    <w:p>
      <w:pPr>
        <w:bidi/>
        <w:spacing w:before="0" w:after="40"/>
        <w:jc w:val="both"/>
      </w:pPr>
      <w:r>
        <w:rPr>
          <w:rtl/>
        </w:rPr>
        <w:t>מחברים את ארבעת החלקים: ‪200 + 70 + 80 + 28 = 378‬.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20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פילוג בעזרת חיסור</w:t>
      </w:r>
    </w:p>
    <w:p>
      <w:pPr>
        <w:bidi/>
        <w:spacing w:before="0" w:after="20"/>
        <w:jc w:val="both"/>
      </w:pPr>
      <w:r>
        <w:rPr>
          <w:rtl/>
        </w:rPr>
        <w:t>1. גורם קרוב לעשרת שלמה: ‪39 = 40 − 1‬.</w:t>
      </w:r>
    </w:p>
    <w:p>
      <w:pPr>
        <w:bidi/>
        <w:spacing w:before="0" w:after="20"/>
        <w:jc w:val="both"/>
      </w:pPr>
      <w:r>
        <w:rPr>
          <w:rtl/>
        </w:rPr>
        <w:t>2. ‪39 × 12 = 40 × 12 − 12 = 480 − 12 = 468‬.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בפילוג כופלים כל חלק בגורם השני – לא שוכחים אף חלק! במודל המלבן יש ארבעה חלקים, ומחברים את כולם.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‪43 × 21 = ___‬</w:t>
      </w:r>
    </w:p>
    <w:p>
      <w:pPr>
        <w:bidi/>
        <w:spacing w:before="0" w:after="20"/>
        <w:jc w:val="both"/>
      </w:pPr>
      <w:r>
        <w:rPr>
          <w:rtl/>
        </w:rPr>
        <w:t>1. מפרקים: ‪43 × 21 = 43 × 20 + 43 × 1‬</w:t>
      </w:r>
    </w:p>
    <w:p>
      <w:pPr>
        <w:bidi/>
        <w:spacing w:before="0" w:after="20"/>
        <w:jc w:val="both"/>
      </w:pPr>
      <w:r>
        <w:rPr>
          <w:rtl/>
        </w:rPr>
        <w:t>2. ‪43 × 20 = 860‬, ‪43 × 1 = 43‬</w:t>
      </w:r>
    </w:p>
    <w:p>
      <w:pPr>
        <w:bidi/>
        <w:spacing w:before="0" w:after="20"/>
        <w:jc w:val="both"/>
      </w:pPr>
      <w:r>
        <w:rPr>
          <w:rtl/>
        </w:rPr>
        <w:t>3. ‪860 + 43 = 903‬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903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חשבו בדרך שנוחה לכם:</w:t>
      </w:r>
    </w:p>
    <w:p>
      <w:pPr>
        <w:bidi/>
        <w:spacing w:before="0" w:after="60"/>
        <w:jc w:val="both"/>
      </w:pPr>
      <w:r>
        <w:rPr>
          <w:rtl/>
        </w:rPr>
        <w:t>א. ‪32 × 11 = __________‬</w:t>
      </w:r>
    </w:p>
    <w:p>
      <w:pPr>
        <w:bidi/>
        <w:spacing w:before="0" w:after="60"/>
        <w:jc w:val="both"/>
      </w:pPr>
      <w:r>
        <w:rPr>
          <w:rtl/>
        </w:rPr>
        <w:t>ב. ‪15 × 24 = __________‬</w:t>
      </w:r>
    </w:p>
    <w:p>
      <w:pPr>
        <w:bidi/>
        <w:spacing w:before="0" w:after="60"/>
        <w:jc w:val="both"/>
      </w:pPr>
      <w:r>
        <w:rPr>
          <w:rtl/>
        </w:rPr>
        <w:t>ג. ‪49 × 20 = __________‬</w:t>
      </w:r>
    </w:p>
    <w:p>
      <w:pPr>
        <w:bidi/>
        <w:spacing w:before="0" w:after="60"/>
        <w:jc w:val="both"/>
      </w:pPr>
      <w:r>
        <w:rPr>
          <w:rtl/>
        </w:rPr>
        <w:t>ד. ‪26 × 31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352 · ב. 360 · ג. 980 · ד. 806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