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כפל דו-ספרתי בדו-ספרתי בדרכים שונות (חוק הפילוג)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מפרקים את אחד הגורמים לעשרות ולאחדות. למשל ב-‪23 × 14‬ מפרקים את 23 ל-20 ועוד 3.</w:t>
      </w:r>
    </w:p>
    <w:p>
      <w:pPr>
        <w:bidi/>
        <w:spacing w:before="0" w:after="20"/>
        <w:jc w:val="both"/>
      </w:pPr>
      <w:r>
        <w:rPr>
          <w:rtl/>
        </w:rPr>
        <w:t>2. שלב 2: כופלים כל חלק בגורם השני: ‪20 × 14 = 280‬ וגם ‪3 × 14 = 42‬.</w:t>
      </w:r>
    </w:p>
    <w:p>
      <w:pPr>
        <w:bidi/>
        <w:spacing w:before="0" w:after="20"/>
        <w:jc w:val="both"/>
      </w:pPr>
      <w:r>
        <w:rPr>
          <w:rtl/>
        </w:rPr>
        <w:t>3. שלב 3: מחברים את המכפלות: ‪280 + 42 = 322‬.</w:t>
      </w:r>
    </w:p>
    <w:p>
      <w:pPr>
        <w:bidi/>
        <w:spacing w:before="0" w:after="20"/>
        <w:jc w:val="both"/>
      </w:pPr>
      <w:r>
        <w:rPr>
          <w:rtl/>
        </w:rPr>
        <w:t>4. שלב 4: אפשר לצייר מלבן ולחלק אותו לחלקים, ולבדוק באומדן: ‪20 × 15 = 300‬, והתוצאה קרובה.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חשבו בדרך הפילוג: ‪34 × 16‬</w:t>
      </w:r>
    </w:p>
    <w:p>
      <w:pPr>
        <w:bidi/>
        <w:spacing w:before="0" w:after="20"/>
        <w:jc w:val="both"/>
      </w:pPr>
      <w:r>
        <w:rPr>
          <w:rtl/>
        </w:rPr>
        <w:t>1. מפרקים: ‪34 × 16 = 30 × 16 + 4 × 16‬</w:t>
      </w:r>
    </w:p>
    <w:p>
      <w:pPr>
        <w:bidi/>
        <w:spacing w:before="0" w:after="20"/>
        <w:jc w:val="both"/>
      </w:pPr>
      <w:r>
        <w:rPr>
          <w:rtl/>
        </w:rPr>
        <w:t>2. ‪30 × 16 = 480‬</w:t>
      </w:r>
    </w:p>
    <w:p>
      <w:pPr>
        <w:bidi/>
        <w:spacing w:before="0" w:after="20"/>
        <w:jc w:val="both"/>
      </w:pPr>
      <w:r>
        <w:rPr>
          <w:rtl/>
        </w:rPr>
        <w:t>3. ‪4 × 16 = 64‬</w:t>
      </w:r>
    </w:p>
    <w:p>
      <w:pPr>
        <w:bidi/>
        <w:spacing w:before="0" w:after="20"/>
        <w:jc w:val="both"/>
      </w:pPr>
      <w:r>
        <w:rPr>
          <w:rtl/>
        </w:rPr>
        <w:t>4. ‪480 + 64 = 544‬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‪34 × 16 = 544‬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לפי חוק הפילוג.</w:t>
      </w:r>
    </w:p>
    <w:p>
      <w:pPr>
        <w:bidi/>
        <w:spacing w:before="0" w:after="60"/>
        <w:jc w:val="both"/>
      </w:pPr>
      <w:r>
        <w:rPr>
          <w:rtl/>
        </w:rPr>
        <w:t>א. ‪14 × 3 = 10 × 3 + 4 × 3 = __________‬</w:t>
      </w:r>
    </w:p>
    <w:p>
      <w:pPr>
        <w:bidi/>
        <w:spacing w:before="0" w:after="60"/>
        <w:jc w:val="both"/>
      </w:pPr>
      <w:r>
        <w:rPr>
          <w:rtl/>
        </w:rPr>
        <w:t>ב. ‪26 × 4 = 20 × 4 + 6 × 4 = __________‬</w:t>
      </w:r>
    </w:p>
    <w:p>
      <w:pPr>
        <w:bidi/>
        <w:spacing w:before="0" w:after="60"/>
        <w:jc w:val="both"/>
      </w:pPr>
      <w:r>
        <w:rPr>
          <w:rtl/>
        </w:rPr>
        <w:t>ג. ‪37 × 5 = 30 × 5 + 7 × 5 = __________‬</w:t>
      </w:r>
    </w:p>
    <w:p>
      <w:pPr>
        <w:bidi/>
        <w:spacing w:before="0" w:after="60"/>
        <w:jc w:val="both"/>
      </w:pPr>
      <w:r>
        <w:rPr>
          <w:rtl/>
        </w:rPr>
        <w:t>ד. ‪48 × 6 = 40 × 6 + 8 ×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 בפירוק.</w:t>
      </w:r>
    </w:p>
    <w:p>
      <w:pPr>
        <w:bidi/>
        <w:spacing w:before="0" w:after="60"/>
        <w:jc w:val="both"/>
      </w:pPr>
      <w:r>
        <w:rPr>
          <w:rtl/>
        </w:rPr>
        <w:t>א. ‪23 × 12 = 20 × 12 + __________ × 12‬</w:t>
      </w:r>
    </w:p>
    <w:p>
      <w:pPr>
        <w:bidi/>
        <w:spacing w:before="0" w:after="60"/>
        <w:jc w:val="both"/>
      </w:pPr>
      <w:r>
        <w:rPr>
          <w:rtl/>
        </w:rPr>
        <w:t>ב. ‪45 × 13 = 40 × 13 + 5 × __________‬</w:t>
      </w:r>
    </w:p>
    <w:p>
      <w:pPr>
        <w:bidi/>
        <w:spacing w:before="0" w:after="60"/>
        <w:jc w:val="both"/>
      </w:pPr>
      <w:r>
        <w:rPr>
          <w:rtl/>
        </w:rPr>
        <w:t>ג. ‪31 × 17 = 30 × 17 + __________‬</w:t>
      </w:r>
    </w:p>
    <w:p>
      <w:pPr>
        <w:bidi/>
        <w:spacing w:before="0" w:after="60"/>
        <w:jc w:val="both"/>
      </w:pPr>
      <w:r>
        <w:rPr>
          <w:rtl/>
        </w:rPr>
        <w:t>ד. ‪52 × 14 = __________ × 14 + 2 ×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מודל המלבן וחשבו את המכפלה ‪36 × 24‬.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חברו את ארבעת חלקי המלבן מהתרגיל הקודם: ‪600 + 120 + 120 + 24‬. כמה זה ‪36 × 24‬?</w:t>
      </w:r>
    </w:p>
    <w:p>
      <w:pPr>
        <w:bidi/>
        <w:spacing w:before="0" w:after="60"/>
        <w:jc w:val="both"/>
      </w:pPr>
      <w:r>
        <w:rPr>
          <w:rtl/>
        </w:rPr>
        <w:t>א. ‪36 × 24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בעזרת חוק הפילוג.</w:t>
      </w:r>
    </w:p>
    <w:p>
      <w:pPr>
        <w:bidi/>
        <w:spacing w:before="0" w:after="60"/>
        <w:jc w:val="both"/>
      </w:pPr>
      <w:r>
        <w:rPr>
          <w:rtl/>
        </w:rPr>
        <w:t>א. ‪12 × 15 = __________‬</w:t>
      </w:r>
    </w:p>
    <w:p>
      <w:pPr>
        <w:bidi/>
        <w:spacing w:before="0" w:after="60"/>
        <w:jc w:val="both"/>
      </w:pPr>
      <w:r>
        <w:rPr>
          <w:rtl/>
        </w:rPr>
        <w:t>ב. ‪21 × 34 = __________‬</w:t>
      </w:r>
    </w:p>
    <w:p>
      <w:pPr>
        <w:bidi/>
        <w:spacing w:before="0" w:after="60"/>
        <w:jc w:val="both"/>
      </w:pPr>
      <w:r>
        <w:rPr>
          <w:rtl/>
        </w:rPr>
        <w:t>ג. ‪17 × 22 = __________‬</w:t>
      </w:r>
    </w:p>
    <w:p>
      <w:pPr>
        <w:bidi/>
        <w:spacing w:before="0" w:after="60"/>
        <w:jc w:val="both"/>
      </w:pPr>
      <w:r>
        <w:rPr>
          <w:rtl/>
        </w:rPr>
        <w:t>ד. ‪33 × 25 = __________‬</w:t>
      </w:r>
    </w:p>
    <w:p>
      <w:pPr>
        <w:bidi/>
        <w:spacing w:before="0" w:after="60"/>
        <w:jc w:val="both"/>
      </w:pPr>
      <w:r>
        <w:rPr>
          <w:rtl/>
        </w:rPr>
        <w:t>ה. ‪41 × 16 = __________‬</w:t>
      </w:r>
    </w:p>
    <w:p>
      <w:pPr>
        <w:bidi/>
        <w:spacing w:before="0" w:after="60"/>
        <w:jc w:val="both"/>
      </w:pPr>
      <w:r>
        <w:rPr>
          <w:rtl/>
        </w:rPr>
        <w:t>ו. ‪28 × 13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בעזרת פילוג בחיסור (למשל ‪19 = 20 − 1)‬.</w:t>
      </w:r>
    </w:p>
    <w:p>
      <w:pPr>
        <w:bidi/>
        <w:spacing w:before="0" w:after="60"/>
        <w:jc w:val="both"/>
      </w:pPr>
      <w:r>
        <w:rPr>
          <w:rtl/>
        </w:rPr>
        <w:t>א. ‪19 × 14 = __________‬</w:t>
      </w:r>
    </w:p>
    <w:p>
      <w:pPr>
        <w:bidi/>
        <w:spacing w:before="0" w:after="60"/>
        <w:jc w:val="both"/>
      </w:pPr>
      <w:r>
        <w:rPr>
          <w:rtl/>
        </w:rPr>
        <w:t>ב. ‪29 × 12 = __________‬</w:t>
      </w:r>
    </w:p>
    <w:p>
      <w:pPr>
        <w:bidi/>
        <w:spacing w:before="0" w:after="60"/>
        <w:jc w:val="both"/>
      </w:pPr>
      <w:r>
        <w:rPr>
          <w:rtl/>
        </w:rPr>
        <w:t>ג. ‪39 × 21 = __________‬</w:t>
      </w:r>
    </w:p>
    <w:p>
      <w:pPr>
        <w:bidi/>
        <w:spacing w:before="0" w:after="60"/>
        <w:jc w:val="both"/>
      </w:pPr>
      <w:r>
        <w:rPr>
          <w:rtl/>
        </w:rPr>
        <w:t>ד. ‪48 × 15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הפירוק המתאים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‪24 × 13‬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‪30 × 13 − 1 × 13‬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‪29 × 13‬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‪20 × 13 + 4 × 13‬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‪42 × 31‬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‪10 × 25 + 6 × 25‬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‪35 × 18‬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‪42 × 30 + 42 × 1‬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‪16 ×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‪35 × 20 − 35 × 2‬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‪23 × 15 = 20 × 15 + 3‬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‪18 × 25 = 450‬      נכון / לא נכון</w:t>
      </w:r>
    </w:p>
    <w:p>
      <w:pPr>
        <w:bidi/>
        <w:spacing w:before="0" w:after="60"/>
        <w:jc w:val="both"/>
      </w:pPr>
      <w:r>
        <w:rPr>
          <w:rtl/>
        </w:rPr>
        <w:t>ג. במודל המלבן של ‪34 × 26‬ יש ארבעה חלקים.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‪21 × 21 = 421‬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שווה ל-‪27 × 14‬?</w:t>
      </w:r>
    </w:p>
    <w:p>
      <w:pPr>
        <w:bidi/>
        <w:spacing w:before="0" w:after="80"/>
        <w:jc w:val="both"/>
      </w:pPr>
      <w:r>
        <w:rPr>
          <w:rtl/>
        </w:rPr>
        <w:t xml:space="preserve">   ○ ‪20 × 14 + 7‬      ○ ‪27 × 10 + 27 × 4‬      ○ ‪20 × 10 + 7 × 4‬      ○ ‪27 × 4 + 10‬</w:t>
      </w:r>
    </w:p>
    <w:p>
      <w:pPr>
        <w:bidi/>
        <w:spacing w:before="0" w:after="20"/>
        <w:jc w:val="both"/>
      </w:pPr>
      <w:r>
        <w:rPr>
          <w:rtl/>
        </w:rPr>
        <w:t>ב. ‪32 × 23 = ?‬</w:t>
      </w:r>
    </w:p>
    <w:p>
      <w:pPr>
        <w:bidi/>
        <w:spacing w:before="0" w:after="80"/>
        <w:jc w:val="both"/>
      </w:pPr>
      <w:r>
        <w:rPr>
          <w:rtl/>
        </w:rPr>
        <w:t xml:space="preserve">   ○ 736      ○ 656      ○ 726      ○ 746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איתי חישב: ‪25 × 14 = 20 × 10 + 5 × 4 = 220‬. הסבירו מה הטעות ופתרו נכון.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חשבו את ‪47 × 23‬ בשתי דרכים שונות (פילוג ומודל המלבן). הראו את החישוב במשבצות.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שורה ביציע של המגרש יש 25 מושבים. כמה מושבים יש ב-12 שורות?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בשנה יש 12 חודשים. כמה חודשים יש ב-15 שנים?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כרטיס כניסה למוזיאון עולה 28 ₪ לתלמיד. כמה ישלמו 23 תלמידים?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בכל ארגז יש 24 בקבוקי מיץ. כמה בקבוקים יש ב-35 ארגזים?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בבית הספר יש 18 כיתות, ובכל כיתה 32 תלמידים. היום חסרו 45 תלמידים. כמה תלמידים הגיעו היום?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לקראת יום הספורט קנו 12 חולצות במחיר 35 ₪ כל אחת, ו-14 כובעים במחיר 21 ₪ כל אחד. כמה שילמו בסך הכול?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כפל דו-ספרתי בדו-ספרתי בדרכים שונות (חוק הפילוג)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השלימו לפי חוק הפילוג.</w:t>
      </w:r>
    </w:p>
    <w:p>
      <w:pPr>
        <w:bidi/>
        <w:spacing w:before="0" w:after="40"/>
        <w:jc w:val="both"/>
      </w:pPr>
      <w:r>
        <w:rPr>
          <w:rtl/>
        </w:rPr>
        <w:t>א. ‪14 × 3 = 10 × 3 + 4 × 3 = 42‬</w:t>
      </w:r>
    </w:p>
    <w:p>
      <w:pPr>
        <w:bidi/>
        <w:spacing w:before="0" w:after="40"/>
        <w:jc w:val="both"/>
      </w:pPr>
      <w:r>
        <w:rPr>
          <w:rtl/>
        </w:rPr>
        <w:t>ב. ‪26 × 4 = 20 × 4 + 6 × 4 = 104‬</w:t>
      </w:r>
    </w:p>
    <w:p>
      <w:pPr>
        <w:bidi/>
        <w:spacing w:before="0" w:after="40"/>
        <w:jc w:val="both"/>
      </w:pPr>
      <w:r>
        <w:rPr>
          <w:rtl/>
        </w:rPr>
        <w:t>ג. ‪37 × 5 = 30 × 5 + 7 × 5 = 185‬</w:t>
      </w:r>
    </w:p>
    <w:p>
      <w:pPr>
        <w:bidi/>
        <w:spacing w:before="0" w:after="40"/>
        <w:jc w:val="both"/>
      </w:pPr>
      <w:r>
        <w:rPr>
          <w:rtl/>
        </w:rPr>
        <w:t>ד. ‪48 × 6 = 40 × 6 + 8 × 6 = 288‬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השלימו את המספר החסר בפירוק.</w:t>
      </w:r>
    </w:p>
    <w:p>
      <w:pPr>
        <w:bidi/>
        <w:spacing w:before="0" w:after="40"/>
        <w:jc w:val="both"/>
      </w:pPr>
      <w:r>
        <w:rPr>
          <w:rtl/>
        </w:rPr>
        <w:t>א. ‪23 × 12 = 20 × 12 + 3 × 12‬</w:t>
      </w:r>
    </w:p>
    <w:p>
      <w:pPr>
        <w:bidi/>
        <w:spacing w:before="0" w:after="40"/>
        <w:jc w:val="both"/>
      </w:pPr>
      <w:r>
        <w:rPr>
          <w:rtl/>
        </w:rPr>
        <w:t>ב. ‪45 × 13 = 40 × 13 + 5 × 13‬</w:t>
      </w:r>
    </w:p>
    <w:p>
      <w:pPr>
        <w:bidi/>
        <w:spacing w:before="0" w:after="40"/>
        <w:jc w:val="both"/>
      </w:pPr>
      <w:r>
        <w:rPr>
          <w:rtl/>
        </w:rPr>
        <w:t>ג. ‪31 × 17 = 30 × 17 + 17‬</w:t>
      </w:r>
    </w:p>
    <w:p>
      <w:pPr>
        <w:bidi/>
        <w:spacing w:before="0" w:after="40"/>
        <w:jc w:val="both"/>
      </w:pPr>
      <w:r>
        <w:rPr>
          <w:rtl/>
        </w:rPr>
        <w:t>ד. ‪52 × 14 = 50 × 14 + 2 × 14‬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מודל המלבן וחשבו את המכפלה ‪36 × 24‬.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30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חברו את ארבעת חלקי המלבן מהתרגיל הקודם: ‪600 + 120 + 120 + 24‬. כמה זה ‪36 × 24‬?</w:t>
      </w:r>
    </w:p>
    <w:p>
      <w:pPr>
        <w:bidi/>
        <w:spacing w:before="0" w:after="40"/>
        <w:jc w:val="both"/>
      </w:pPr>
      <w:r>
        <w:rPr>
          <w:rtl/>
        </w:rPr>
        <w:t>א. ‪36 × 24 = 864‬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חשבו בעזרת חוק הפילוג.</w:t>
      </w:r>
    </w:p>
    <w:p>
      <w:pPr>
        <w:bidi/>
        <w:spacing w:before="0" w:after="40"/>
        <w:jc w:val="both"/>
      </w:pPr>
      <w:r>
        <w:rPr>
          <w:rtl/>
        </w:rPr>
        <w:t>א. ‪12 × 15 = 180‬</w:t>
      </w:r>
    </w:p>
    <w:p>
      <w:pPr>
        <w:bidi/>
        <w:spacing w:before="0" w:after="40"/>
        <w:jc w:val="both"/>
      </w:pPr>
      <w:r>
        <w:rPr>
          <w:rtl/>
        </w:rPr>
        <w:t>ב. ‪21 × 34 = 714‬</w:t>
      </w:r>
    </w:p>
    <w:p>
      <w:pPr>
        <w:bidi/>
        <w:spacing w:before="0" w:after="40"/>
        <w:jc w:val="both"/>
      </w:pPr>
      <w:r>
        <w:rPr>
          <w:rtl/>
        </w:rPr>
        <w:t>ג. ‪17 × 22 = 374‬</w:t>
      </w:r>
    </w:p>
    <w:p>
      <w:pPr>
        <w:bidi/>
        <w:spacing w:before="0" w:after="40"/>
        <w:jc w:val="both"/>
      </w:pPr>
      <w:r>
        <w:rPr>
          <w:rtl/>
        </w:rPr>
        <w:t>ד. ‪33 × 25 = 825‬</w:t>
      </w:r>
    </w:p>
    <w:p>
      <w:pPr>
        <w:bidi/>
        <w:spacing w:before="0" w:after="40"/>
        <w:jc w:val="both"/>
      </w:pPr>
      <w:r>
        <w:rPr>
          <w:rtl/>
        </w:rPr>
        <w:t>ה. ‪41 × 16 = 656‬</w:t>
      </w:r>
    </w:p>
    <w:p>
      <w:pPr>
        <w:bidi/>
        <w:spacing w:before="0" w:after="40"/>
        <w:jc w:val="both"/>
      </w:pPr>
      <w:r>
        <w:rPr>
          <w:rtl/>
        </w:rPr>
        <w:t>ו. ‪28 × 13 = 364‬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בעזרת פילוג בחיסור (למשל ‪19 = 20 − 1)‬.</w:t>
      </w:r>
    </w:p>
    <w:p>
      <w:pPr>
        <w:bidi/>
        <w:spacing w:before="0" w:after="40"/>
        <w:jc w:val="both"/>
      </w:pPr>
      <w:r>
        <w:rPr>
          <w:rtl/>
        </w:rPr>
        <w:t>א. ‪19 × 14 = 266‬</w:t>
      </w:r>
    </w:p>
    <w:p>
      <w:pPr>
        <w:bidi/>
        <w:spacing w:before="0" w:after="40"/>
        <w:jc w:val="both"/>
      </w:pPr>
      <w:r>
        <w:rPr>
          <w:rtl/>
        </w:rPr>
        <w:t>ב. ‪29 × 12 = 348‬</w:t>
      </w:r>
    </w:p>
    <w:p>
      <w:pPr>
        <w:bidi/>
        <w:spacing w:before="0" w:after="40"/>
        <w:jc w:val="both"/>
      </w:pPr>
      <w:r>
        <w:rPr>
          <w:rtl/>
        </w:rPr>
        <w:t>ג. ‪39 × 21 = 819‬</w:t>
      </w:r>
    </w:p>
    <w:p>
      <w:pPr>
        <w:bidi/>
        <w:spacing w:before="0" w:after="40"/>
        <w:jc w:val="both"/>
      </w:pPr>
      <w:r>
        <w:rPr>
          <w:rtl/>
        </w:rPr>
        <w:t>ד. ‪48 × 15 = 720‬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הפירוק המתאים 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‪24 × 13‬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‪30 × 13 − 1 × 13‬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‪29 × 13‬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‪20 × 13 + 4 × 13‬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‪42 × 31‬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‪10 × 25 + 6 × 25‬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‪35 × 18‬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‪42 × 30 + 42 × 1‬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‪16 × 25‬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‪35 × 20 − 35 × 2‬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‪23 × 15 = 20 × 15 + 3‬ – לא נכון – ‪23 × 15 = 20 × 15 + 3 × 15‬</w:t>
      </w:r>
    </w:p>
    <w:p>
      <w:pPr>
        <w:bidi/>
        <w:spacing w:before="0" w:after="40"/>
        <w:jc w:val="both"/>
      </w:pPr>
      <w:r>
        <w:rPr>
          <w:rtl/>
        </w:rPr>
        <w:t>ב. ‪18 × 25 = 450‬ – נכון</w:t>
      </w:r>
    </w:p>
    <w:p>
      <w:pPr>
        <w:bidi/>
        <w:spacing w:before="0" w:after="40"/>
        <w:jc w:val="both"/>
      </w:pPr>
      <w:r>
        <w:rPr>
          <w:rtl/>
        </w:rPr>
        <w:t>ג. במודל המלבן של ‪34 × 26‬ יש ארבעה חלקים. – נכון</w:t>
      </w:r>
    </w:p>
    <w:p>
      <w:pPr>
        <w:bidi/>
        <w:spacing w:before="0" w:after="40"/>
        <w:jc w:val="both"/>
      </w:pPr>
      <w:r>
        <w:rPr>
          <w:rtl/>
        </w:rPr>
        <w:t>ד. ‪21 × 21 = 421‬ – לא נכון – ‪21 × 21 = 441‬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איזה תרגיל שווה ל-‪27 × 14‬?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‪27 × 10 + 27 × 4‬</w:t>
      </w:r>
    </w:p>
    <w:p>
      <w:pPr>
        <w:bidi/>
        <w:spacing w:before="0" w:after="20"/>
        <w:jc w:val="both"/>
      </w:pPr>
      <w:r>
        <w:rPr>
          <w:rtl/>
        </w:rPr>
        <w:t>ב. ‪32 × 23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736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איתי חישב: ‪25 × 14 = 20 × 10 + 5 × 4 = 220‬. הסבירו מה הטעות ופתרו נכון.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איתי כפל רק עשרות בעשרות ויחידות ביחידות, ושכח את ‪20 × 4‬ ואת ‪5 × 10‬. נכון: ‪200 + 80 + 50 + 20 = 350‬.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חשבו את ‪47 × 23‬ בשתי דרכים שונות (פילוג ומודל המלבן). הראו את החישוב במשבצות.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פילוג: ‪40 × 23 + 7 × 23 = 920 + 161 = 1,081‬. מלבן: ‪800 + 120 + 140 + 21 = 1,081‬.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שורה ביציע של המגרש יש 25 מושבים. כמה מושבים יש ב-12 שורות?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× 25 = 10 × 25 + 2 × 25‬ ; ‪10 × 25 = 250‬, ‪2 × 25 = 50‬ ; ‪250 + 50 = 300‬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ב-12 שורות יש 300 מושבים.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בשנה יש 12 חודשים. כמה חודשים יש ב-15 שנים?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‪15 × 12 = 15 × 10 + 15 × 2‬ ; ‪150 + 30 = 180‬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ב-15 שנים יש 180 חודשים.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כרטיס כניסה למוזיאון עולה 28 ₪ לתלמיד. כמה ישלמו 23 תלמידים?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‪23 × 28 = 20 × 28 + 3 × 28‬ ; ‪20 × 28 = 560‬, ‪3 × 28 = 84‬ ; ‪560 + 84 = 644‬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23 תלמידים ישלמו 644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בכל ארגז יש 24 בקבוקי מיץ. כמה בקבוקים יש ב-35 ארגזים?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‪35 × 24 = 30 × 24 + 5 × 24‬ ; ‪30 × 24 = 720‬, ‪5 × 24 = 120‬ ; ‪720 + 120 = 840‬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ב-35 ארגזים יש 840 בקבוקים.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בבית הספר יש 18 כיתות, ובכל כיתה 32 תלמידים. היום חסרו 45 תלמידים. כמה תלמידים הגיעו היום?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‪18 × 32 = 10 × 32 + 8 × 32 = 320 + 256 = 576‬ ; ‪576 − 45 = 531‬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היום הגיעו 531 תלמידים.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לקראת יום הספורט קנו 12 חולצות במחיר 35 ₪ כל אחת, ו-14 כובעים במחיר 21 ₪ כל אחד. כמה שילמו בסך הכול?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× 35 = 420‬ ; ‪14 × 21 = 294‬ ; ‪420 + 294 = 714‬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שילמו 714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