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כפל במאונך בגורם רב-ספרתי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כפל במאונך בגורם רב-ספרתי (האלגוריתם המקובל)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שלבי הכפל במאונך</w:t>
      </w:r>
    </w:p>
    <w:p>
      <w:pPr>
        <w:bidi/>
        <w:spacing w:before="0" w:after="20"/>
        <w:jc w:val="both"/>
      </w:pPr>
      <w:r>
        <w:rPr>
          <w:rtl/>
        </w:rPr>
        <w:t>1. כותבים יחידות מתחת ליחידות, עשרות מתחת לעשרות.</w:t>
      </w:r>
    </w:p>
    <w:p>
      <w:pPr>
        <w:bidi/>
        <w:spacing w:before="0" w:after="20"/>
        <w:jc w:val="both"/>
      </w:pPr>
      <w:r>
        <w:rPr>
          <w:rtl/>
        </w:rPr>
        <w:t>2. כופלים מימין לשמאל: יחידות, עשרות, מאות.</w:t>
      </w:r>
    </w:p>
    <w:p>
      <w:pPr>
        <w:bidi/>
        <w:spacing w:before="0" w:after="20"/>
        <w:jc w:val="both"/>
      </w:pPr>
      <w:r>
        <w:rPr>
          <w:rtl/>
        </w:rPr>
        <w:t>3. מכפלה גדולה מ-9: כותבים את היחידות ומעבירים את העשרות לטור הבא.</w:t>
      </w:r>
    </w:p>
    <w:p>
      <w:pPr>
        <w:bidi/>
        <w:spacing w:before="0" w:after="20"/>
        <w:jc w:val="both"/>
      </w:pPr>
      <w:r>
        <w:rPr>
          <w:rtl/>
        </w:rPr>
        <w:t>4. מוסיפים את המספר המועבר אחרי הכפל בטור הבא.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גורם דו-ספרתי: ‪235 × 14‬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חישוב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ביחידות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‪235 ×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940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בעשרות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‪235 × 10‬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2,350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חיבור השורות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‪940 + 2,350‬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3,290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בדיקה באומדן</w:t>
      </w:r>
    </w:p>
    <w:p>
      <w:pPr>
        <w:bidi/>
        <w:spacing w:before="0" w:after="40"/>
        <w:jc w:val="both"/>
      </w:pPr>
      <w:r>
        <w:rPr>
          <w:rtl/>
        </w:rPr>
        <w:t>מעגלים: ‪235 × 14 ≈ 200 × 10 = 2,000‬ או ‪240 × 15 = 3,600‬. התשובה 3,290 סבירה.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כותבים ספרה מתחת לספרה באותו טור, ורושמים את המספר המועבר בקטן מעל הטור הבא. בכפל בגורם דו-ספרתי – בשורה השנייה מתחילים באפס.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‪609 × 8 = ___‬</w:t>
      </w:r>
    </w:p>
    <w:p>
      <w:pPr>
        <w:bidi/>
        <w:spacing w:before="0" w:after="20"/>
        <w:jc w:val="both"/>
      </w:pPr>
      <w:r>
        <w:rPr>
          <w:rtl/>
        </w:rPr>
        <w:t>1. ‪9 × 8 = 72‬ – כותבים 2, מעבירים 7</w:t>
      </w:r>
    </w:p>
    <w:p>
      <w:pPr>
        <w:bidi/>
        <w:spacing w:before="0" w:after="20"/>
        <w:jc w:val="both"/>
      </w:pPr>
      <w:r>
        <w:rPr>
          <w:rtl/>
        </w:rPr>
        <w:t>2. ‪0 × 8 = 0‬, ועוד ‪7 = 7‬</w:t>
      </w:r>
    </w:p>
    <w:p>
      <w:pPr>
        <w:bidi/>
        <w:spacing w:before="0" w:after="20"/>
        <w:jc w:val="both"/>
      </w:pPr>
      <w:r>
        <w:rPr>
          <w:rtl/>
        </w:rPr>
        <w:t>3. ‪6 × 8 = 48‬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4,872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פתרו במאונך:</w:t>
      </w:r>
    </w:p>
    <w:p>
      <w:pPr>
        <w:bidi/>
        <w:spacing w:before="0" w:after="60"/>
        <w:jc w:val="both"/>
      </w:pPr>
      <w:r>
        <w:rPr>
          <w:rtl/>
        </w:rPr>
        <w:t>א. ‪142 × 6 = __________‬</w:t>
      </w:r>
    </w:p>
    <w:p>
      <w:pPr>
        <w:bidi/>
        <w:spacing w:before="0" w:after="60"/>
        <w:jc w:val="both"/>
      </w:pPr>
      <w:r>
        <w:rPr>
          <w:rtl/>
        </w:rPr>
        <w:t>ב. ‪1,215 × 5 = __________‬</w:t>
      </w:r>
    </w:p>
    <w:p>
      <w:pPr>
        <w:bidi/>
        <w:spacing w:before="0" w:after="60"/>
        <w:jc w:val="both"/>
      </w:pPr>
      <w:r>
        <w:rPr>
          <w:rtl/>
        </w:rPr>
        <w:t>ג. ‪53 × 24 = __________‬</w:t>
      </w:r>
    </w:p>
    <w:p>
      <w:pPr>
        <w:bidi/>
        <w:spacing w:before="0" w:after="60"/>
        <w:jc w:val="both"/>
      </w:pPr>
      <w:r>
        <w:rPr>
          <w:rtl/>
        </w:rPr>
        <w:t>ד. ‪206 × 13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852 · ב. 6,075 · ג. 1,272 · ד. 2,678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