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</w:t>
      </w:r>
    </w:p>
    <w:p>
      <w:pPr>
        <w:bidi/>
        <w:spacing w:before="0" w:after="200"/>
        <w:jc w:val="both"/>
      </w:pPr>
      <w:r>
        <w:rPr>
          <w:rFonts w:ascii="Arial" w:hAnsi="Arial" w:cs="Arial"/>
          <w:sz w:val="22"/>
          <w:szCs w:val="22"/>
          <w:rtl/>
        </w:rPr>
        <w:t>שם: ____________________   כיתה: ________   תאריך: __________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כפל במאונך בגורם רב-ספרתי</w:t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7"/>
          <w:szCs w:val="27"/>
          <w:rtl/>
        </w:rPr>
        <w:t>📘 איך פותרים?</w:t>
      </w:r>
    </w:p>
    <w:p>
      <w:pPr>
        <w:bidi/>
        <w:spacing w:before="0" w:after="20"/>
        <w:jc w:val="both"/>
      </w:pPr>
      <w:r>
        <w:rPr>
          <w:rtl/>
        </w:rPr>
        <w:t>1. שלב 1: כותבים את המספרים זה מתחת לזה, אחדות מתחת לאחדות.</w:t>
      </w:r>
    </w:p>
    <w:p>
      <w:pPr>
        <w:bidi/>
        <w:spacing w:before="0" w:after="20"/>
        <w:jc w:val="both"/>
      </w:pPr>
      <w:r>
        <w:rPr>
          <w:rtl/>
        </w:rPr>
        <w:t>2. שלב 2: כופלים את המספר העליון בספרת האחדות של הגורם התחתון, וכותבים את השורה הראשונה.</w:t>
      </w:r>
    </w:p>
    <w:p>
      <w:pPr>
        <w:bidi/>
        <w:spacing w:before="0" w:after="20"/>
        <w:jc w:val="both"/>
      </w:pPr>
      <w:r>
        <w:rPr>
          <w:rtl/>
        </w:rPr>
        <w:t>3. שלב 3: כופלים בספרת העשרות. מכיוון שזו עשרת, כותבים 0 בעמודת האחדות ומתחילים מתחת לעשרות.</w:t>
      </w:r>
    </w:p>
    <w:p>
      <w:pPr>
        <w:bidi/>
        <w:spacing w:before="0" w:after="20"/>
        <w:jc w:val="both"/>
      </w:pPr>
      <w:r>
        <w:rPr>
          <w:rtl/>
        </w:rPr>
        <w:t>4. שלב 4: מחברים את השורות ובודקים באומדן.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פתרו במאונך: ‪46 × 23‬</w:t>
      </w:r>
    </w:p>
    <w:p>
      <w:pPr>
        <w:bidi/>
        <w:spacing w:before="0" w:after="20"/>
        <w:jc w:val="both"/>
      </w:pPr>
      <w:r>
        <w:rPr>
          <w:rtl/>
        </w:rPr>
        <w:t>1. שורה ראשונה: ‪46 × 3 = 138‬</w:t>
      </w:r>
    </w:p>
    <w:p>
      <w:pPr>
        <w:bidi/>
        <w:spacing w:before="0" w:after="20"/>
        <w:jc w:val="both"/>
      </w:pPr>
      <w:r>
        <w:rPr>
          <w:rtl/>
        </w:rPr>
        <w:t>2. שורה שנייה: ‪46 × 20 = 920‬</w:t>
      </w:r>
    </w:p>
    <w:p>
      <w:pPr>
        <w:bidi/>
        <w:spacing w:before="0" w:after="20"/>
        <w:jc w:val="both"/>
      </w:pPr>
      <w:r>
        <w:rPr>
          <w:rtl/>
        </w:rPr>
        <w:t>3. מחברים: ‪138 + 920 = 1,058‬</w:t>
      </w:r>
    </w:p>
    <w:p>
      <w:pPr>
        <w:bidi/>
        <w:spacing w:before="0" w:after="20"/>
        <w:jc w:val="both"/>
      </w:pPr>
      <w:r>
        <w:rPr>
          <w:rtl/>
        </w:rPr>
        <w:t>4. אומדן: ‪50 × 20 = 1,000‬, והתוצאה קרובה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‪46 × 23 = 1,058‬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במאונך (אפשר במשבצות שבשוליים).</w:t>
      </w:r>
    </w:p>
    <w:p>
      <w:pPr>
        <w:bidi/>
        <w:spacing w:before="0" w:after="60"/>
        <w:jc w:val="both"/>
      </w:pPr>
      <w:r>
        <w:rPr>
          <w:rtl/>
        </w:rPr>
        <w:t>א. ‪213 × 2 = __________‬</w:t>
      </w:r>
    </w:p>
    <w:p>
      <w:pPr>
        <w:bidi/>
        <w:spacing w:before="0" w:after="60"/>
        <w:jc w:val="both"/>
      </w:pPr>
      <w:r>
        <w:rPr>
          <w:rtl/>
        </w:rPr>
        <w:t>ב. ‪132 × 3 = __________‬</w:t>
      </w:r>
    </w:p>
    <w:p>
      <w:pPr>
        <w:bidi/>
        <w:spacing w:before="0" w:after="60"/>
        <w:jc w:val="both"/>
      </w:pPr>
      <w:r>
        <w:rPr>
          <w:rtl/>
        </w:rPr>
        <w:t>ג. ‪241 × 4 = __________‬</w:t>
      </w:r>
    </w:p>
    <w:p>
      <w:pPr>
        <w:bidi/>
        <w:spacing w:before="0" w:after="60"/>
        <w:jc w:val="both"/>
      </w:pPr>
      <w:r>
        <w:rPr>
          <w:rtl/>
        </w:rPr>
        <w:t>ד. ‪1,012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במאונך – שימו לב להעברה.</w:t>
      </w:r>
    </w:p>
    <w:p>
      <w:pPr>
        <w:bidi/>
        <w:spacing w:before="0" w:after="60"/>
        <w:jc w:val="both"/>
      </w:pPr>
      <w:r>
        <w:rPr>
          <w:rtl/>
        </w:rPr>
        <w:t>א. ‪126 × 5 = __________‬</w:t>
      </w:r>
    </w:p>
    <w:p>
      <w:pPr>
        <w:bidi/>
        <w:spacing w:before="0" w:after="60"/>
        <w:jc w:val="both"/>
      </w:pPr>
      <w:r>
        <w:rPr>
          <w:rtl/>
        </w:rPr>
        <w:t>ב. ‪347 × 3 = __________‬</w:t>
      </w:r>
    </w:p>
    <w:p>
      <w:pPr>
        <w:bidi/>
        <w:spacing w:before="0" w:after="60"/>
        <w:jc w:val="both"/>
      </w:pPr>
      <w:r>
        <w:rPr>
          <w:rtl/>
        </w:rPr>
        <w:t>ג. ‪258 × 6 = __________‬</w:t>
      </w:r>
    </w:p>
    <w:p>
      <w:pPr>
        <w:bidi/>
        <w:spacing w:before="0" w:after="60"/>
        <w:jc w:val="both"/>
      </w:pPr>
      <w:r>
        <w:rPr>
          <w:rtl/>
        </w:rPr>
        <w:t>ד. ‪479 × 8 = __________‬</w:t>
      </w:r>
    </w:p>
    <w:p>
      <w:pPr>
        <w:bidi/>
        <w:spacing w:before="0" w:after="60"/>
        <w:jc w:val="both"/>
      </w:pPr>
      <w:r>
        <w:rPr>
          <w:rtl/>
        </w:rPr>
        <w:t>ה. ‪1,206 × 7 = __________‬</w:t>
      </w:r>
    </w:p>
    <w:p>
      <w:pPr>
        <w:bidi/>
        <w:spacing w:before="0" w:after="60"/>
        <w:jc w:val="both"/>
      </w:pPr>
      <w:r>
        <w:rPr>
          <w:rtl/>
        </w:rPr>
        <w:t>ו. ‪2,345 × 4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במאונך: ‪563 × 7‬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פתרו במאונך – גורם דו-ספרתי.</w:t>
      </w:r>
    </w:p>
    <w:p>
      <w:pPr>
        <w:bidi/>
        <w:spacing w:before="0" w:after="60"/>
        <w:jc w:val="both"/>
      </w:pPr>
      <w:r>
        <w:rPr>
          <w:rtl/>
        </w:rPr>
        <w:t>א. ‪43 × 12 = __________‬</w:t>
      </w:r>
    </w:p>
    <w:p>
      <w:pPr>
        <w:bidi/>
        <w:spacing w:before="0" w:after="60"/>
        <w:jc w:val="both"/>
      </w:pPr>
      <w:r>
        <w:rPr>
          <w:rtl/>
        </w:rPr>
        <w:t>ב. ‪65 × 23 = __________‬</w:t>
      </w:r>
    </w:p>
    <w:p>
      <w:pPr>
        <w:bidi/>
        <w:spacing w:before="0" w:after="60"/>
        <w:jc w:val="both"/>
      </w:pPr>
      <w:r>
        <w:rPr>
          <w:rtl/>
        </w:rPr>
        <w:t>ג. ‪124 × 31 = __________‬</w:t>
      </w:r>
    </w:p>
    <w:p>
      <w:pPr>
        <w:bidi/>
        <w:spacing w:before="0" w:after="60"/>
        <w:jc w:val="both"/>
      </w:pPr>
      <w:r>
        <w:rPr>
          <w:rtl/>
        </w:rPr>
        <w:t>ד. ‪215 × 42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שלבי הכפל של ‪318 × 26‬.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‪318 ×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‪318 × 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– שימו לב לאפס בגורם.</w:t>
      </w:r>
    </w:p>
    <w:p>
      <w:pPr>
        <w:bidi/>
        <w:spacing w:before="0" w:after="60"/>
        <w:jc w:val="both"/>
      </w:pPr>
      <w:r>
        <w:rPr>
          <w:rtl/>
        </w:rPr>
        <w:t>א. ‪304 × 3 = __________‬</w:t>
      </w:r>
    </w:p>
    <w:p>
      <w:pPr>
        <w:bidi/>
        <w:spacing w:before="0" w:after="60"/>
        <w:jc w:val="both"/>
      </w:pPr>
      <w:r>
        <w:rPr>
          <w:rtl/>
        </w:rPr>
        <w:t>ב. ‪507 × 6 = __________‬</w:t>
      </w:r>
    </w:p>
    <w:p>
      <w:pPr>
        <w:bidi/>
        <w:spacing w:before="0" w:after="60"/>
        <w:jc w:val="both"/>
      </w:pPr>
      <w:r>
        <w:rPr>
          <w:rtl/>
        </w:rPr>
        <w:t>ג. ‪1,050 × 8 = __________‬</w:t>
      </w:r>
    </w:p>
    <w:p>
      <w:pPr>
        <w:bidi/>
        <w:spacing w:before="0" w:after="60"/>
        <w:jc w:val="both"/>
      </w:pPr>
      <w:r>
        <w:rPr>
          <w:rtl/>
        </w:rPr>
        <w:t>ד. ‪290 × 7 = __________‬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(היעזרו באומדן!).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‪198 ×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990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‪412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5,000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‪625 ×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1,517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‪37 ×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2,884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‪156 × 24‬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   ] 3,744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בעזרת אומדן – בחרו את התשובה הסבירה.</w:t>
      </w:r>
    </w:p>
    <w:p>
      <w:pPr>
        <w:bidi/>
        <w:spacing w:before="0" w:after="20"/>
        <w:jc w:val="both"/>
      </w:pPr>
      <w:r>
        <w:rPr>
          <w:rtl/>
        </w:rPr>
        <w:t>א. ‪489 × 6 = ?‬</w:t>
      </w:r>
    </w:p>
    <w:p>
      <w:pPr>
        <w:bidi/>
        <w:spacing w:before="0" w:after="80"/>
        <w:jc w:val="both"/>
      </w:pPr>
      <w:r>
        <w:rPr>
          <w:rtl/>
        </w:rPr>
        <w:t xml:space="preserve">   ○ 2,934      ○ 29,340      ○ 1,934      ○ 2,034</w:t>
      </w:r>
    </w:p>
    <w:p>
      <w:pPr>
        <w:bidi/>
        <w:spacing w:before="0" w:after="20"/>
        <w:jc w:val="both"/>
      </w:pPr>
      <w:r>
        <w:rPr>
          <w:rtl/>
        </w:rPr>
        <w:t>ב. ‪72 × 38 = ?‬</w:t>
      </w:r>
    </w:p>
    <w:p>
      <w:pPr>
        <w:bidi/>
        <w:spacing w:before="0" w:after="80"/>
        <w:jc w:val="both"/>
      </w:pPr>
      <w:r>
        <w:rPr>
          <w:rtl/>
        </w:rPr>
        <w:t xml:space="preserve">   ○ 1,736      ○ 2,736      ○ 3,736      ○ 27,360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60"/>
        <w:jc w:val="both"/>
      </w:pPr>
      <w:r>
        <w:rPr>
          <w:rtl/>
        </w:rPr>
        <w:t>א. ‪235 × 4 = 940‬      נכון / לא נכון</w:t>
      </w:r>
    </w:p>
    <w:p>
      <w:pPr>
        <w:bidi/>
        <w:spacing w:before="0" w:after="60"/>
        <w:jc w:val="both"/>
      </w:pPr>
      <w:r>
        <w:rPr>
          <w:rtl/>
        </w:rPr>
        <w:t>ב. ‪406 × 5 = 2,300‬      נכון / לא נכון</w:t>
      </w:r>
    </w:p>
    <w:p>
      <w:pPr>
        <w:bidi/>
        <w:spacing w:before="0" w:after="60"/>
        <w:jc w:val="both"/>
      </w:pPr>
      <w:r>
        <w:rPr>
          <w:rtl/>
        </w:rPr>
        <w:t>ג. בכפל במאונך מתחילים מספרת המאות.      נכון / לא נכון</w:t>
      </w:r>
    </w:p>
    <w:p>
      <w:pPr>
        <w:bidi/>
        <w:spacing w:before="0" w:after="60"/>
        <w:jc w:val="both"/>
      </w:pPr>
      <w:r>
        <w:rPr>
          <w:rtl/>
        </w:rPr>
        <w:t>ד. ‪48 × 25 = 1,200‬      נכון / לא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תמר פתרה ‪247 × 3‬ וקיבלה 6,121. היא כתבה 21, 12, 6 בלי להעביר. הסבירו את הטעות ופתרו נכון.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במאונך: ‪274 × 35‬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0" w:after="80"/>
        <w:jc w:val="both"/>
      </w:pPr>
      <w:r>
        <w:rPr>
          <w:color w:val="5B6476"/>
          <w:sz w:val="22"/>
          <w:szCs w:val="22"/>
          <w:rtl/>
        </w:rPr>
        <w:t>קראו בעיון · כתבו את דרך הפתרון · כתבו תשובה במשפט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אוטובוס בקו יש 48 מקומות. מהתחנה המרכזית יצאו היום 26 אוטובוסים מלאים. כמה נוסעים היו בהם?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זוג אופניים עולה 315 ₪. מועדון הספורט קנה 12 זוגות אופניים. כמה שילם המועדון?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בית דפוס מדפיס 136 ספרים בכל שעה. כמה ספרים ידפיס ב-24 שעות?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ארגז ביצים יש 144 ביצים. כמה ביצים יש ב-35 ארגזים?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העירייה בבאר שבע קנתה לפארק 18 ספסלים במחיר 245 ₪ כל אחד, ו-25 פחי אשפה במחיר 86 ₪ כל אחד. כמה שילמה העירייה?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באולם המופעים יש 32 שורות, ובכל שורה 45 מושבים. למופע נמכרו 1,275 כרטיסים. כמה מושבים נשארו ריקים?</w:t>
      </w:r>
    </w:p>
    <w:p>
      <w:pPr>
        <w:bidi/>
        <w:spacing w:before="0" w:after="20"/>
        <w:jc w:val="both"/>
      </w:pPr>
      <w:r>
        <w:rPr>
          <w:b/>
          <w:bCs/>
          <w:color w:val="0F766E"/>
          <w:sz w:val="24"/>
          <w:szCs w:val="24"/>
          <w:rtl/>
        </w:rPr>
        <w:t>דרך פתרון: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80"/>
        <w:jc w:val="both"/>
      </w:pPr>
      <w:r>
        <w:rPr>
          <w:color w:val="99A3B5"/>
          <w:rtl/>
        </w:rPr>
        <w:t>________________________________________________________________________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תשובה: ____________________________________________________</w:t>
      </w:r>
    </w:p>
    <w:p>
      <w:pPr>
        <w:bidi/>
        <w:spacing w:before="0" w:after="80"/>
        <w:jc w:val="both"/>
      </w:pPr>
      <w:r>
        <w:br w:type="page"/>
      </w:r>
    </w:p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ד'   |   דף עבודה – תשובות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A4F"/>
          <w:sz w:val="36"/>
          <w:szCs w:val="36"/>
          <w:rtl/>
        </w:rPr>
        <w:t>תשובות – כפל במאונך בגורם רב-ספרתי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[קל] פתרו במאונך (אפשר במשבצות שבשוליים).</w:t>
      </w:r>
    </w:p>
    <w:p>
      <w:pPr>
        <w:bidi/>
        <w:spacing w:before="0" w:after="40"/>
        <w:jc w:val="both"/>
      </w:pPr>
      <w:r>
        <w:rPr>
          <w:rtl/>
        </w:rPr>
        <w:t>א. ‪213 × 2 = 426‬</w:t>
      </w:r>
    </w:p>
    <w:p>
      <w:pPr>
        <w:bidi/>
        <w:spacing w:before="0" w:after="40"/>
        <w:jc w:val="both"/>
      </w:pPr>
      <w:r>
        <w:rPr>
          <w:rtl/>
        </w:rPr>
        <w:t>ב. ‪132 × 3 = 396‬</w:t>
      </w:r>
    </w:p>
    <w:p>
      <w:pPr>
        <w:bidi/>
        <w:spacing w:before="0" w:after="40"/>
        <w:jc w:val="both"/>
      </w:pPr>
      <w:r>
        <w:rPr>
          <w:rtl/>
        </w:rPr>
        <w:t>ג. ‪241 × 4 = 964‬</w:t>
      </w:r>
    </w:p>
    <w:p>
      <w:pPr>
        <w:bidi/>
        <w:spacing w:before="0" w:after="40"/>
        <w:jc w:val="both"/>
      </w:pPr>
      <w:r>
        <w:rPr>
          <w:rtl/>
        </w:rPr>
        <w:t>ד. ‪1,012 × 4 = 4,048‬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[קל] פתרו במאונך – שימו לב להעברה.</w:t>
      </w:r>
    </w:p>
    <w:p>
      <w:pPr>
        <w:bidi/>
        <w:spacing w:before="0" w:after="40"/>
        <w:jc w:val="both"/>
      </w:pPr>
      <w:r>
        <w:rPr>
          <w:rtl/>
        </w:rPr>
        <w:t>א. ‪126 × 5 = 630‬</w:t>
      </w:r>
    </w:p>
    <w:p>
      <w:pPr>
        <w:bidi/>
        <w:spacing w:before="0" w:after="40"/>
        <w:jc w:val="both"/>
      </w:pPr>
      <w:r>
        <w:rPr>
          <w:rtl/>
        </w:rPr>
        <w:t>ב. ‪347 × 3 = 1,041‬</w:t>
      </w:r>
    </w:p>
    <w:p>
      <w:pPr>
        <w:bidi/>
        <w:spacing w:before="0" w:after="40"/>
        <w:jc w:val="both"/>
      </w:pPr>
      <w:r>
        <w:rPr>
          <w:rtl/>
        </w:rPr>
        <w:t>ג. ‪258 × 6 = 1,548‬</w:t>
      </w:r>
    </w:p>
    <w:p>
      <w:pPr>
        <w:bidi/>
        <w:spacing w:before="0" w:after="40"/>
        <w:jc w:val="both"/>
      </w:pPr>
      <w:r>
        <w:rPr>
          <w:rtl/>
        </w:rPr>
        <w:t>ד. ‪479 × 8 = 3,832‬</w:t>
      </w:r>
    </w:p>
    <w:p>
      <w:pPr>
        <w:bidi/>
        <w:spacing w:before="0" w:after="40"/>
        <w:jc w:val="both"/>
      </w:pPr>
      <w:r>
        <w:rPr>
          <w:rtl/>
        </w:rPr>
        <w:t>ה. ‪1,206 × 7 = 8,442‬</w:t>
      </w:r>
    </w:p>
    <w:p>
      <w:pPr>
        <w:bidi/>
        <w:spacing w:before="0" w:after="40"/>
        <w:jc w:val="both"/>
      </w:pPr>
      <w:r>
        <w:rPr>
          <w:rtl/>
        </w:rPr>
        <w:t>ו. ‪2,345 × 4 = 9,380‬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[בינוני] פתרו במאונך: ‪563 × 7‬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‪3 × 7 = 21‬ (כותבים 1, מעבירים 2); ‪6 × 7 + 2 = 44‬ (כותבים 4, מעבירים 4); ‪5 × 7 + 4 = 39‬. תשובה: 3,941.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[קל] פתרו במאונך – גורם דו-ספרתי.</w:t>
      </w:r>
    </w:p>
    <w:p>
      <w:pPr>
        <w:bidi/>
        <w:spacing w:before="0" w:after="40"/>
        <w:jc w:val="both"/>
      </w:pPr>
      <w:r>
        <w:rPr>
          <w:rtl/>
        </w:rPr>
        <w:t>א. ‪43 × 12 = 516‬</w:t>
      </w:r>
    </w:p>
    <w:p>
      <w:pPr>
        <w:bidi/>
        <w:spacing w:before="0" w:after="40"/>
        <w:jc w:val="both"/>
      </w:pPr>
      <w:r>
        <w:rPr>
          <w:rtl/>
        </w:rPr>
        <w:t>ב. ‪65 × 23 = 1,495‬</w:t>
      </w:r>
    </w:p>
    <w:p>
      <w:pPr>
        <w:bidi/>
        <w:spacing w:before="0" w:after="40"/>
        <w:jc w:val="both"/>
      </w:pPr>
      <w:r>
        <w:rPr>
          <w:rtl/>
        </w:rPr>
        <w:t>ג. ‪124 × 31 = 3,844‬</w:t>
      </w:r>
    </w:p>
    <w:p>
      <w:pPr>
        <w:bidi/>
        <w:spacing w:before="0" w:after="40"/>
        <w:jc w:val="both"/>
      </w:pPr>
      <w:r>
        <w:rPr>
          <w:rtl/>
        </w:rPr>
        <w:t>ד. ‪215 × 42 = 9,030‬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[קל] השלימו את שלבי הכפל של ‪318 × 26‬.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שלב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חישוב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תוצאה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ביחידות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‪318 × 6‬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1,908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כפל בעשרות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‪318 × 20‬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6,360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חיבור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‪1,908 + 6,360‬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color w:val="0F7A4F"/>
                <w:rtl/>
              </w:rPr>
              <w:t>8,268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6. [קל] חשבו – שימו לב לאפס בגורם.</w:t>
      </w:r>
    </w:p>
    <w:p>
      <w:pPr>
        <w:bidi/>
        <w:spacing w:before="0" w:after="40"/>
        <w:jc w:val="both"/>
      </w:pPr>
      <w:r>
        <w:rPr>
          <w:rtl/>
        </w:rPr>
        <w:t>א. ‪304 × 3 = 912‬</w:t>
      </w:r>
    </w:p>
    <w:p>
      <w:pPr>
        <w:bidi/>
        <w:spacing w:before="0" w:after="40"/>
        <w:jc w:val="both"/>
      </w:pPr>
      <w:r>
        <w:rPr>
          <w:rtl/>
        </w:rPr>
        <w:t>ב. ‪507 × 6 = 3,042‬</w:t>
      </w:r>
    </w:p>
    <w:p>
      <w:pPr>
        <w:bidi/>
        <w:spacing w:before="0" w:after="40"/>
        <w:jc w:val="both"/>
      </w:pPr>
      <w:r>
        <w:rPr>
          <w:rtl/>
        </w:rPr>
        <w:t>ג. ‪1,050 × 8 = 8,400‬</w:t>
      </w:r>
    </w:p>
    <w:p>
      <w:pPr>
        <w:bidi/>
        <w:spacing w:before="0" w:after="40"/>
        <w:jc w:val="both"/>
      </w:pPr>
      <w:r>
        <w:rPr>
          <w:rtl/>
        </w:rPr>
        <w:t>ד. ‪290 × 7 = 2,030‬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7. [בינוני] התאימו לכל תרגיל את התוצאה (היעזרו באומדן!).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4989"/>
        <w:gridCol w:w="4989"/>
      </w:tblGrid>
      <w:tr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א</w:t>
            </w:r>
          </w:p>
        </w:tc>
        <w:tc>
          <w:tcPr>
            <w:tcW w:type="dxa" w:w="4989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טור ב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1. ‪198 × 5‬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[1] 990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2. ‪412 × 7‬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[3] 5,000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3. ‪625 × 8‬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[4] 1,517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4. ‪37 × 41‬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[2] 2,884</w:t>
            </w:r>
          </w:p>
        </w:tc>
      </w:tr>
      <w:tr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5. ‪156 × 24‬</w:t>
            </w:r>
          </w:p>
        </w:tc>
        <w:tc>
          <w:tcPr>
            <w:tcW w:type="dxa" w:w="4989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[5] 3,744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8. [בינוני] בעזרת אומדן – בחרו את התשובה הסבירה.</w:t>
      </w:r>
    </w:p>
    <w:p>
      <w:pPr>
        <w:bidi/>
        <w:spacing w:before="0" w:after="20"/>
        <w:jc w:val="both"/>
      </w:pPr>
      <w:r>
        <w:rPr>
          <w:rtl/>
        </w:rPr>
        <w:t>א. ‪489 × 6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2,934</w:t>
      </w:r>
    </w:p>
    <w:p>
      <w:pPr>
        <w:bidi/>
        <w:spacing w:before="0" w:after="20"/>
        <w:jc w:val="both"/>
      </w:pPr>
      <w:r>
        <w:rPr>
          <w:rtl/>
        </w:rPr>
        <w:t>ב. ‪72 × 38 = ?‬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 xml:space="preserve">   ✔ 2,736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9. [בינוני] נכון או לא נכון? תקנו את הלא נכונים.</w:t>
      </w:r>
    </w:p>
    <w:p>
      <w:pPr>
        <w:bidi/>
        <w:spacing w:before="0" w:after="40"/>
        <w:jc w:val="both"/>
      </w:pPr>
      <w:r>
        <w:rPr>
          <w:rtl/>
        </w:rPr>
        <w:t>א. ‪235 × 4 = 940‬ – נכון</w:t>
      </w:r>
    </w:p>
    <w:p>
      <w:pPr>
        <w:bidi/>
        <w:spacing w:before="0" w:after="40"/>
        <w:jc w:val="both"/>
      </w:pPr>
      <w:r>
        <w:rPr>
          <w:rtl/>
        </w:rPr>
        <w:t>ב. ‪406 × 5 = 2,300‬ – לא נכון – ‪406 × 5 = 2,030‬</w:t>
      </w:r>
    </w:p>
    <w:p>
      <w:pPr>
        <w:bidi/>
        <w:spacing w:before="0" w:after="40"/>
        <w:jc w:val="both"/>
      </w:pPr>
      <w:r>
        <w:rPr>
          <w:rtl/>
        </w:rPr>
        <w:t>ג. בכפל במאונך מתחילים מספרת המאות. – לא נכון – מתחילים מספרת היחידות, מימין לשמאל</w:t>
      </w:r>
    </w:p>
    <w:p>
      <w:pPr>
        <w:bidi/>
        <w:spacing w:before="0" w:after="40"/>
        <w:jc w:val="both"/>
      </w:pPr>
      <w:r>
        <w:rPr>
          <w:rtl/>
        </w:rPr>
        <w:t>ד. ‪48 × 25 = 1,200‬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10. [בינוני] תמר פתרה ‪247 × 3‬ וקיבלה 6,121. היא כתבה 21, 12, 6 בלי להעביר. הסבירו את הטעות ופתרו נכון.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תמר כתבה את כל המכפלה בכל טור ולא העבירה עשרות לטור הבא. נכון: ‪7 × 3 = 21‬ (1, מעבירים 2); ‪4 × 3 + 2 = 14‬ (4, מעבירים 1); ‪2 × 3 + 1 = 7‬. תשובה: 741.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11. [בינוני] פתרו במאונך: ‪274 × 35‬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‪274 × 5 = 1,370‬; ‪274 × 30 = 8,220‬; ‪1,370 + 8,220 = 9,590‬.</w:t>
      </w:r>
    </w:p>
    <w:p>
      <w:pPr>
        <w:bidi/>
        <w:spacing w:before="240" w:after="40"/>
        <w:jc w:val="both"/>
      </w:pPr>
      <w:r>
        <w:rPr>
          <w:rFonts w:ascii="Tahoma" w:hAnsi="Tahoma" w:cs="Tahoma"/>
          <w:b/>
          <w:bCs/>
          <w:color w:val="0F766E"/>
          <w:sz w:val="34"/>
          <w:szCs w:val="34"/>
          <w:rtl/>
        </w:rPr>
        <w:t>📖 בעיות מילוליות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12. [קל] בכל אוטובוס בקו יש 48 מקומות. מהתחנה המרכזית יצאו היום 26 אוטובוסים מלאים. כמה נוסעים היו בהם?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‪48 × 6 = 288‬ ; ‪48 × 20 = 960‬ ; ‪288 + 960 = 1,248‬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באוטובוסים היו 1,248 נוסעים.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13. [קל] זוג אופניים עולה 315 ₪. מועדון הספורט קנה 12 זוגות אופניים. כמה שילם המועדון?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‪315 × 2 = 630‬ ; ‪315 × 10 = 3,150‬ ; ‪630 + 3,150 = 3,780‬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המועדון שילם 3,780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14. [בינוני] בית דפוס מדפיס 136 ספרים בכל שעה. כמה ספרים ידפיס ב-24 שעות?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‪136 × 4 = 544‬ ; ‪136 × 20 = 2,720‬ ; ‪544 + 2,720 = 3,264‬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בית הדפוס ידפיס 3,264 ספרים.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15. [בינוני] בכל ארגז ביצים יש 144 ביצים. כמה ביצים יש ב-35 ארגזים?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‪144 × 5 = 720‬ ; ‪144 × 30 = 4,320‬ ; ‪720 + 4,320 = 5,040‬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ב-35 ארגזים יש 5,040 ביצים.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16. [אתגר] העירייה בבאר שבע קנתה לפארק 18 ספסלים במחיר 245 ₪ כל אחד, ו-25 פחי אשפה במחיר 86 ₪ כל אחד. כמה שילמה העירייה?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‪245 × 18 = 4,410‬ ; ‪86 × 25 = 2,150‬ ; ‪4,410 + 2,150 = 6,560‬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העירייה שילמה 6,560 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17. [אתגר] באולם המופעים יש 32 שורות, ובכל שורה 45 מושבים. למופע נמכרו 1,275 כרטיסים. כמה מושבים נשארו ריקים?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‪45 × 32 = 1,440‬ ; ‪1,440 − 1,275 = 165‬</w:t>
      </w:r>
    </w:p>
    <w:p>
      <w:pPr>
        <w:bidi/>
        <w:spacing w:before="0" w:after="80"/>
        <w:jc w:val="both"/>
      </w:pPr>
      <w:r>
        <w:rPr>
          <w:b/>
          <w:bCs/>
          <w:color w:val="0F7A4F"/>
          <w:rtl/>
        </w:rPr>
        <w:t>תשובה: נשארו 165 מושבים ריקים.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