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חילוק בעל פה: פילוג וחיסור חוזר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חילוק בעל פה בפילוג ובחיסור חוזר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חילוק בפילוג</w:t>
      </w:r>
    </w:p>
    <w:p>
      <w:pPr>
        <w:bidi/>
        <w:spacing w:before="0" w:after="40"/>
        <w:jc w:val="both"/>
      </w:pPr>
      <w:r>
        <w:rPr>
          <w:rtl/>
        </w:rPr>
        <w:t>מפרקים את המחולק לחלקים שמתחלקים במחלק, מחלקים כל חלק ומחברים.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‪128 : 8 = 80 : 8 + 48 : 8 = 10 + 6 = 16‬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חיסור חוזר: ‪91 : 7‬</w:t>
      </w:r>
    </w:p>
    <w:p>
      <w:pPr>
        <w:bidi/>
        <w:spacing w:before="0" w:after="40"/>
        <w:jc w:val="both"/>
      </w:pPr>
      <w:r>
        <w:rPr>
          <w:rtl/>
        </w:rPr>
        <w:t>סך הכול ‪10 + 3 = 13‬, ולכן ‪91 : 7 = 13‬.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מחסרים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נשאר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כמה פעמים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שארית</w:t>
      </w:r>
    </w:p>
    <w:p>
      <w:pPr>
        <w:bidi/>
        <w:spacing w:before="0" w:after="20"/>
        <w:jc w:val="both"/>
      </w:pPr>
      <w:r>
        <w:rPr>
          <w:rtl/>
        </w:rPr>
        <w:t>1. השארית תמיד קטנה מהמחלק.</w:t>
      </w:r>
    </w:p>
    <w:p>
      <w:pPr>
        <w:bidi/>
        <w:spacing w:before="0" w:after="20"/>
        <w:jc w:val="both"/>
      </w:pPr>
      <w:r>
        <w:rPr>
          <w:rtl/>
        </w:rPr>
        <w:t>2. בדיקה: מנה × מחלק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‪38 : 5 = 7‬ (שארית 3), כי ‪7 × 5 + 3 = 38‬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בודקים כל חילוק בכפל: המנה × המחלק (ועוד השארית)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‪156 : 6 = ___‬</w:t>
      </w:r>
    </w:p>
    <w:p>
      <w:pPr>
        <w:bidi/>
        <w:spacing w:before="0" w:after="20"/>
        <w:jc w:val="both"/>
      </w:pPr>
      <w:r>
        <w:rPr>
          <w:rtl/>
        </w:rPr>
        <w:t>1. מפרקים: ‪156 = 120 + 36‬</w:t>
      </w:r>
    </w:p>
    <w:p>
      <w:pPr>
        <w:bidi/>
        <w:spacing w:before="0" w:after="20"/>
        <w:jc w:val="both"/>
      </w:pPr>
      <w:r>
        <w:rPr>
          <w:rtl/>
        </w:rPr>
        <w:t>2. ‪120 : 6 = 20‬, ‪36 : 6 = 6‬</w:t>
      </w:r>
    </w:p>
    <w:p>
      <w:pPr>
        <w:bidi/>
        <w:spacing w:before="0" w:after="20"/>
        <w:jc w:val="both"/>
      </w:pPr>
      <w:r>
        <w:rPr>
          <w:rtl/>
        </w:rPr>
        <w:t>3. ‪20 + 6 = 26‬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26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חשבו בעל פה:</w:t>
      </w:r>
    </w:p>
    <w:p>
      <w:pPr>
        <w:bidi/>
        <w:spacing w:before="0" w:after="60"/>
        <w:jc w:val="both"/>
      </w:pPr>
      <w:r>
        <w:rPr>
          <w:rtl/>
        </w:rPr>
        <w:t>א. ‪75 : 5 = __________‬</w:t>
      </w:r>
    </w:p>
    <w:p>
      <w:pPr>
        <w:bidi/>
        <w:spacing w:before="0" w:after="60"/>
        <w:jc w:val="both"/>
      </w:pPr>
      <w:r>
        <w:rPr>
          <w:rtl/>
        </w:rPr>
        <w:t>ב. ‪96 : 8 = __________‬</w:t>
      </w:r>
    </w:p>
    <w:p>
      <w:pPr>
        <w:bidi/>
        <w:spacing w:before="0" w:after="60"/>
        <w:jc w:val="both"/>
      </w:pPr>
      <w:r>
        <w:rPr>
          <w:rtl/>
        </w:rPr>
        <w:t>ג. ‪184 : 4 = __________‬</w:t>
      </w:r>
    </w:p>
    <w:p>
      <w:pPr>
        <w:bidi/>
        <w:spacing w:before="0" w:after="60"/>
        <w:jc w:val="both"/>
      </w:pPr>
      <w:r>
        <w:rPr>
          <w:rtl/>
        </w:rPr>
        <w:t>ד. ‪135 : 9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15 · ב. 12 · ג. 46 · ד. 15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