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חילוק בעל פה: פילוג וחיסור חוזר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מפרקים את המחולק לשני חלקים שקל לחלק במחלק – בדרך כלל עשרות שלמות ועוד חלק. למשל את 84 מפרקים ל-80 ועוד 4.</w:t>
      </w:r>
    </w:p>
    <w:p>
      <w:pPr>
        <w:bidi/>
        <w:spacing w:before="0" w:after="20"/>
        <w:jc w:val="both"/>
      </w:pPr>
      <w:r>
        <w:rPr>
          <w:rtl/>
        </w:rPr>
        <w:t>2. שלב 2: מחלקים כל חלק במחלק: ‪80 : 4 = 20‬ וגם ‪4 : 4 = 1‬.</w:t>
      </w:r>
    </w:p>
    <w:p>
      <w:pPr>
        <w:bidi/>
        <w:spacing w:before="0" w:after="20"/>
        <w:jc w:val="both"/>
      </w:pPr>
      <w:r>
        <w:rPr>
          <w:rtl/>
        </w:rPr>
        <w:t>3. שלב 3: מחברים את שתי המנות: ‪20 + 1 = 21‬.</w:t>
      </w:r>
    </w:p>
    <w:p>
      <w:pPr>
        <w:bidi/>
        <w:spacing w:before="0" w:after="20"/>
        <w:jc w:val="both"/>
      </w:pPr>
      <w:r>
        <w:rPr>
          <w:rtl/>
        </w:rPr>
        <w:t>4. שלב 4: דרך אחרת היא חיסור חוזר: מחסירים קבוצות של המחלק (למשל 10 קבוצות בכל פעם) וסופרים כמה קבוצות הוחסרו.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 בעל פה: ‪96 : 6‬</w:t>
      </w:r>
    </w:p>
    <w:p>
      <w:pPr>
        <w:bidi/>
        <w:spacing w:before="0" w:after="20"/>
        <w:jc w:val="both"/>
      </w:pPr>
      <w:r>
        <w:rPr>
          <w:rtl/>
        </w:rPr>
        <w:t>1. מפרקים את 96 ל-60 ועוד 36</w:t>
      </w:r>
    </w:p>
    <w:p>
      <w:pPr>
        <w:bidi/>
        <w:spacing w:before="0" w:after="20"/>
        <w:jc w:val="both"/>
      </w:pPr>
      <w:r>
        <w:rPr>
          <w:rtl/>
        </w:rPr>
        <w:t>2. ‪60 : 6 = 10‬, ‪36 : 6 = 6‬</w:t>
      </w:r>
    </w:p>
    <w:p>
      <w:pPr>
        <w:bidi/>
        <w:spacing w:before="0" w:after="20"/>
        <w:jc w:val="both"/>
      </w:pPr>
      <w:r>
        <w:rPr>
          <w:rtl/>
        </w:rPr>
        <w:t>3. ‪10 + 6 = 16‬</w:t>
      </w:r>
    </w:p>
    <w:p>
      <w:pPr>
        <w:bidi/>
        <w:spacing w:before="0" w:after="20"/>
        <w:jc w:val="both"/>
      </w:pPr>
      <w:r>
        <w:rPr>
          <w:rtl/>
        </w:rPr>
        <w:t>4. בדיקה: ‪16 × 6 = 96‬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‪96 : 6 = 16‬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את החילוק בפילוג.</w:t>
      </w:r>
    </w:p>
    <w:p>
      <w:pPr>
        <w:bidi/>
        <w:spacing w:before="0" w:after="60"/>
        <w:jc w:val="both"/>
      </w:pPr>
      <w:r>
        <w:rPr>
          <w:rtl/>
        </w:rPr>
        <w:t>א. ‪48 : 4 = 40 : 4 + 8 : 4 = __________‬</w:t>
      </w:r>
    </w:p>
    <w:p>
      <w:pPr>
        <w:bidi/>
        <w:spacing w:before="0" w:after="60"/>
        <w:jc w:val="both"/>
      </w:pPr>
      <w:r>
        <w:rPr>
          <w:rtl/>
        </w:rPr>
        <w:t>ב. ‪66 : 3 = 60 : 3 + 6 : 3 = __________‬</w:t>
      </w:r>
    </w:p>
    <w:p>
      <w:pPr>
        <w:bidi/>
        <w:spacing w:before="0" w:after="60"/>
        <w:jc w:val="both"/>
      </w:pPr>
      <w:r>
        <w:rPr>
          <w:rtl/>
        </w:rPr>
        <w:t>ג. ‪85 : 5 = 50 : 5 + 35 : 5 = __________‬</w:t>
      </w:r>
    </w:p>
    <w:p>
      <w:pPr>
        <w:bidi/>
        <w:spacing w:before="0" w:after="60"/>
        <w:jc w:val="both"/>
      </w:pPr>
      <w:r>
        <w:rPr>
          <w:rtl/>
        </w:rPr>
        <w:t>ד. ‪92 : 4 = 80 : 4 + 12 :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החלק החסר בפירוק.</w:t>
      </w:r>
    </w:p>
    <w:p>
      <w:pPr>
        <w:bidi/>
        <w:spacing w:before="0" w:after="60"/>
        <w:jc w:val="both"/>
      </w:pPr>
      <w:r>
        <w:rPr>
          <w:rtl/>
        </w:rPr>
        <w:t>א. ‪72 : 6 = 60 : 6 + __________ : 6‬</w:t>
      </w:r>
    </w:p>
    <w:p>
      <w:pPr>
        <w:bidi/>
        <w:spacing w:before="0" w:after="60"/>
        <w:jc w:val="both"/>
      </w:pPr>
      <w:r>
        <w:rPr>
          <w:rtl/>
        </w:rPr>
        <w:t>ב. ‪98 : 7 = 70 : 7 + __________ : 7‬</w:t>
      </w:r>
    </w:p>
    <w:p>
      <w:pPr>
        <w:bidi/>
        <w:spacing w:before="0" w:after="60"/>
        <w:jc w:val="both"/>
      </w:pPr>
      <w:r>
        <w:rPr>
          <w:rtl/>
        </w:rPr>
        <w:t>ג. ‪132 : 4 = 120 : 4 + __________ : 4‬</w:t>
      </w:r>
    </w:p>
    <w:p>
      <w:pPr>
        <w:bidi/>
        <w:spacing w:before="0" w:after="60"/>
        <w:jc w:val="both"/>
      </w:pPr>
      <w:r>
        <w:rPr>
          <w:rtl/>
        </w:rPr>
        <w:t>ד. ‪171 : 9 = __________ : 9 + 81 :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בעל פה.</w:t>
      </w:r>
    </w:p>
    <w:p>
      <w:pPr>
        <w:bidi/>
        <w:spacing w:before="0" w:after="60"/>
        <w:jc w:val="both"/>
      </w:pPr>
      <w:r>
        <w:rPr>
          <w:rtl/>
        </w:rPr>
        <w:t>א. ‪57 : 3 = __________‬</w:t>
      </w:r>
    </w:p>
    <w:p>
      <w:pPr>
        <w:bidi/>
        <w:spacing w:before="0" w:after="60"/>
        <w:jc w:val="both"/>
      </w:pPr>
      <w:r>
        <w:rPr>
          <w:rtl/>
        </w:rPr>
        <w:t>ב. ‪76 : 4 = __________‬</w:t>
      </w:r>
    </w:p>
    <w:p>
      <w:pPr>
        <w:bidi/>
        <w:spacing w:before="0" w:after="60"/>
        <w:jc w:val="both"/>
      </w:pPr>
      <w:r>
        <w:rPr>
          <w:rtl/>
        </w:rPr>
        <w:t>ג. ‪84 : 6 = __________‬</w:t>
      </w:r>
    </w:p>
    <w:p>
      <w:pPr>
        <w:bidi/>
        <w:spacing w:before="0" w:after="60"/>
        <w:jc w:val="both"/>
      </w:pPr>
      <w:r>
        <w:rPr>
          <w:rtl/>
        </w:rPr>
        <w:t>ד. ‪95 : 5 = __________‬</w:t>
      </w:r>
    </w:p>
    <w:p>
      <w:pPr>
        <w:bidi/>
        <w:spacing w:before="0" w:after="60"/>
        <w:jc w:val="both"/>
      </w:pPr>
      <w:r>
        <w:rPr>
          <w:rtl/>
        </w:rPr>
        <w:t>ה. ‪112 : 8 = __________‬</w:t>
      </w:r>
    </w:p>
    <w:p>
      <w:pPr>
        <w:bidi/>
        <w:spacing w:before="0" w:after="60"/>
        <w:jc w:val="both"/>
      </w:pPr>
      <w:r>
        <w:rPr>
          <w:rtl/>
        </w:rPr>
        <w:t>ו. ‪126 :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חשבו ‪87 : 3‬ בחיסור חוזר.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מחסרים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נשאר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פעמים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לפי הטבלה בתרגיל הקודם:</w:t>
      </w:r>
    </w:p>
    <w:p>
      <w:pPr>
        <w:bidi/>
        <w:spacing w:before="0" w:after="60"/>
        <w:jc w:val="both"/>
      </w:pPr>
      <w:r>
        <w:rPr>
          <w:rtl/>
        </w:rPr>
        <w:t>א. ‪87 : 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חלקו עם שארית והשלימו.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‪29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‪47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‪65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‪83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חילוק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‪64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‪78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‪105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‪144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‪119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‪96 : 4 = 24‬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‪74 : 2 = 27‬      נכון / לא נכון</w:t>
      </w:r>
    </w:p>
    <w:p>
      <w:pPr>
        <w:bidi/>
        <w:spacing w:before="0" w:after="60"/>
        <w:jc w:val="both"/>
      </w:pPr>
      <w:r>
        <w:rPr>
          <w:rtl/>
        </w:rPr>
        <w:t>ג. בחילוק ‪40 : 6‬ השארית היא 4.      נכון / לא נכון</w:t>
      </w:r>
    </w:p>
    <w:p>
      <w:pPr>
        <w:bidi/>
        <w:spacing w:before="0" w:after="60"/>
        <w:jc w:val="both"/>
      </w:pPr>
      <w:r>
        <w:rPr>
          <w:rtl/>
        </w:rPr>
        <w:t>ד. שארית יכולה להיות גדולה מהמחלק.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הפירוק הנוח ביותר.</w:t>
      </w:r>
    </w:p>
    <w:p>
      <w:pPr>
        <w:bidi/>
        <w:spacing w:before="0" w:after="20"/>
        <w:jc w:val="both"/>
      </w:pPr>
      <w:r>
        <w:rPr>
          <w:rtl/>
        </w:rPr>
        <w:t>א. כדי לחשב ‪108 : 9‬ נוח לפרק את 108 ל:</w:t>
      </w:r>
    </w:p>
    <w:p>
      <w:pPr>
        <w:bidi/>
        <w:spacing w:before="0" w:after="80"/>
        <w:jc w:val="both"/>
      </w:pPr>
      <w:r>
        <w:rPr>
          <w:rtl/>
        </w:rPr>
        <w:t xml:space="preserve">   ○ ‪100 + 8‬      ○ ‪90 + 18‬      ○ ‪50 + 58‬      ○ ‪104 + 4‬</w:t>
      </w:r>
    </w:p>
    <w:p>
      <w:pPr>
        <w:bidi/>
        <w:spacing w:before="0" w:after="20"/>
        <w:jc w:val="both"/>
      </w:pPr>
      <w:r>
        <w:rPr>
          <w:rtl/>
        </w:rPr>
        <w:t>ב. כדי לחשב ‪168 : 8‬ נוח לפרק את 168 ל:</w:t>
      </w:r>
    </w:p>
    <w:p>
      <w:pPr>
        <w:bidi/>
        <w:spacing w:before="0" w:after="80"/>
        <w:jc w:val="both"/>
      </w:pPr>
      <w:r>
        <w:rPr>
          <w:rtl/>
        </w:rPr>
        <w:t xml:space="preserve">   ○ ‪100 + 68‬      ○ ‪150 + 18‬      ○ ‪160 + 8‬      ○ ‪120 + 48‬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נועה חישבה: ‪75 : 5 = 70 : 5 + 5 : 5 = 14 + 1 = 15‬. יואב חישב: ‪75 : 5 = 50 : 5 + 25 : 5 = 10 + 5 = 15‬. הסבירו את הדרך של כל אחד. איזו דרך נוחה לכם יותר ולמה?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חשבו ‪144 : 6‬ בשתי דרכים: פילוג וחיסור חוזר. כתבו במשבצות.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96 תלמידים יצאו לטיול והתחלקו שווה בשווה ל-4 קבוצות. כמה תלמידים היו בכל קבוצה?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בספר יש 72 עמודים. נועה קוראת 6 עמודים בכל יום. בכמה ימים תסיים לקרוא את הספר?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מורה הספורט קנה 8 כדורים זהים ושילם 136 ₪. כמה עלה כדור אחד?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במפעל מילאו 155 בקבוקים, ואורזים אותם בארגזים של 5 בקבוקים. כמה ארגזים ימלאו?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אורי אסף 87 אגוזים, ודניאל אסף 75 אגוזים. הם חילקו את כל האגוזים לשקיות של 6 אגוזים. כמה שקיות מילאו?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בקופת הכיתה היו 250 ₪. קנו כדורגל ב-58 ₪, ובשאר הכסף קנו 8 משחקי קופסה זהים. כמה עלה כל משחק?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חילוק בעל פה: פילוג וחיסור חוזר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את החילוק בפילוג.</w:t>
      </w:r>
    </w:p>
    <w:p>
      <w:pPr>
        <w:bidi/>
        <w:spacing w:before="0" w:after="40"/>
        <w:jc w:val="both"/>
      </w:pPr>
      <w:r>
        <w:rPr>
          <w:rtl/>
        </w:rPr>
        <w:t>א. ‪48 : 4 = 40 : 4 + 8 : 4 = 12‬</w:t>
      </w:r>
    </w:p>
    <w:p>
      <w:pPr>
        <w:bidi/>
        <w:spacing w:before="0" w:after="40"/>
        <w:jc w:val="both"/>
      </w:pPr>
      <w:r>
        <w:rPr>
          <w:rtl/>
        </w:rPr>
        <w:t>ב. ‪66 : 3 = 60 : 3 + 6 : 3 = 22‬</w:t>
      </w:r>
    </w:p>
    <w:p>
      <w:pPr>
        <w:bidi/>
        <w:spacing w:before="0" w:after="40"/>
        <w:jc w:val="both"/>
      </w:pPr>
      <w:r>
        <w:rPr>
          <w:rtl/>
        </w:rPr>
        <w:t>ג. ‪85 : 5 = 50 : 5 + 35 : 5 = 17‬</w:t>
      </w:r>
    </w:p>
    <w:p>
      <w:pPr>
        <w:bidi/>
        <w:spacing w:before="0" w:after="40"/>
        <w:jc w:val="both"/>
      </w:pPr>
      <w:r>
        <w:rPr>
          <w:rtl/>
        </w:rPr>
        <w:t>ד. ‪92 : 4 = 80 : 4 + 12 : 4 = 23‬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החלק החסר בפירוק.</w:t>
      </w:r>
    </w:p>
    <w:p>
      <w:pPr>
        <w:bidi/>
        <w:spacing w:before="0" w:after="40"/>
        <w:jc w:val="both"/>
      </w:pPr>
      <w:r>
        <w:rPr>
          <w:rtl/>
        </w:rPr>
        <w:t>א. ‪72 : 6 = 60 : 6 + 12 : 6‬</w:t>
      </w:r>
    </w:p>
    <w:p>
      <w:pPr>
        <w:bidi/>
        <w:spacing w:before="0" w:after="40"/>
        <w:jc w:val="both"/>
      </w:pPr>
      <w:r>
        <w:rPr>
          <w:rtl/>
        </w:rPr>
        <w:t>ב. ‪98 : 7 = 70 : 7 + 28 : 7‬</w:t>
      </w:r>
    </w:p>
    <w:p>
      <w:pPr>
        <w:bidi/>
        <w:spacing w:before="0" w:after="40"/>
        <w:jc w:val="both"/>
      </w:pPr>
      <w:r>
        <w:rPr>
          <w:rtl/>
        </w:rPr>
        <w:t>ג. ‪132 : 4 = 120 : 4 + 12 : 4‬</w:t>
      </w:r>
    </w:p>
    <w:p>
      <w:pPr>
        <w:bidi/>
        <w:spacing w:before="0" w:after="40"/>
        <w:jc w:val="both"/>
      </w:pPr>
      <w:r>
        <w:rPr>
          <w:rtl/>
        </w:rPr>
        <w:t>ד. ‪171 : 9 = 90 : 9 + 81 :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בעל פה.</w:t>
      </w:r>
    </w:p>
    <w:p>
      <w:pPr>
        <w:bidi/>
        <w:spacing w:before="0" w:after="40"/>
        <w:jc w:val="both"/>
      </w:pPr>
      <w:r>
        <w:rPr>
          <w:rtl/>
        </w:rPr>
        <w:t>א. ‪57 : 3 = 19‬</w:t>
      </w:r>
    </w:p>
    <w:p>
      <w:pPr>
        <w:bidi/>
        <w:spacing w:before="0" w:after="40"/>
        <w:jc w:val="both"/>
      </w:pPr>
      <w:r>
        <w:rPr>
          <w:rtl/>
        </w:rPr>
        <w:t>ב. ‪76 : 4 = 19‬</w:t>
      </w:r>
    </w:p>
    <w:p>
      <w:pPr>
        <w:bidi/>
        <w:spacing w:before="0" w:after="40"/>
        <w:jc w:val="both"/>
      </w:pPr>
      <w:r>
        <w:rPr>
          <w:rtl/>
        </w:rPr>
        <w:t>ג. ‪84 : 6 = 14‬</w:t>
      </w:r>
    </w:p>
    <w:p>
      <w:pPr>
        <w:bidi/>
        <w:spacing w:before="0" w:after="40"/>
        <w:jc w:val="both"/>
      </w:pPr>
      <w:r>
        <w:rPr>
          <w:rtl/>
        </w:rPr>
        <w:t>ד. ‪95 : 5 = 19‬</w:t>
      </w:r>
    </w:p>
    <w:p>
      <w:pPr>
        <w:bidi/>
        <w:spacing w:before="0" w:after="40"/>
        <w:jc w:val="both"/>
      </w:pPr>
      <w:r>
        <w:rPr>
          <w:rtl/>
        </w:rPr>
        <w:t>ה. ‪112 : 8 = 14‬</w:t>
      </w:r>
    </w:p>
    <w:p>
      <w:pPr>
        <w:bidi/>
        <w:spacing w:before="0" w:after="40"/>
        <w:jc w:val="both"/>
      </w:pPr>
      <w:r>
        <w:rPr>
          <w:rtl/>
        </w:rPr>
        <w:t>ו. ‪126 : 7 = 18‬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חשבו ‪87 : 3‬ בחיסור חוזר.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מחסרים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נשאר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פעמים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לפי הטבלה בתרגיל הקודם:</w:t>
      </w:r>
    </w:p>
    <w:p>
      <w:pPr>
        <w:bidi/>
        <w:spacing w:before="0" w:after="40"/>
        <w:jc w:val="both"/>
      </w:pPr>
      <w:r>
        <w:rPr>
          <w:rtl/>
        </w:rPr>
        <w:t>א. ‪87 : 3 = 29‬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חלקו עם שארית והשלימו.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‪29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‪47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‪65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‪83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חילוק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‪64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‪78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‪105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‪144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21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‪119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‪96 : 4 = 24‬ – נכון</w:t>
      </w:r>
    </w:p>
    <w:p>
      <w:pPr>
        <w:bidi/>
        <w:spacing w:before="0" w:after="40"/>
        <w:jc w:val="both"/>
      </w:pPr>
      <w:r>
        <w:rPr>
          <w:rtl/>
        </w:rPr>
        <w:t>ב. ‪74 : 2 = 27‬ – לא נכון – ‪74 : 2 = 37‬</w:t>
      </w:r>
    </w:p>
    <w:p>
      <w:pPr>
        <w:bidi/>
        <w:spacing w:before="0" w:after="40"/>
        <w:jc w:val="both"/>
      </w:pPr>
      <w:r>
        <w:rPr>
          <w:rtl/>
        </w:rPr>
        <w:t>ג. בחילוק ‪40 : 6‬ השארית היא 4. – נכון</w:t>
      </w:r>
    </w:p>
    <w:p>
      <w:pPr>
        <w:bidi/>
        <w:spacing w:before="0" w:after="40"/>
        <w:jc w:val="both"/>
      </w:pPr>
      <w:r>
        <w:rPr>
          <w:rtl/>
        </w:rPr>
        <w:t>ד. שארית יכולה להיות גדולה מהמחלק. – לא נכון – השארית תמיד קטנה מהמחלק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הפירוק הנוח ביותר.</w:t>
      </w:r>
    </w:p>
    <w:p>
      <w:pPr>
        <w:bidi/>
        <w:spacing w:before="0" w:after="20"/>
        <w:jc w:val="both"/>
      </w:pPr>
      <w:r>
        <w:rPr>
          <w:rtl/>
        </w:rPr>
        <w:t>א. כדי לחשב ‪108 : 9‬ נוח לפרק את 108 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‪90 + 18‬</w:t>
      </w:r>
    </w:p>
    <w:p>
      <w:pPr>
        <w:bidi/>
        <w:spacing w:before="0" w:after="20"/>
        <w:jc w:val="both"/>
      </w:pPr>
      <w:r>
        <w:rPr>
          <w:rtl/>
        </w:rPr>
        <w:t>ב. כדי לחשב ‪168 : 8‬ נוח לפרק את 168 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‪160 + 8‬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נועה חישבה: ‪75 : 5 = 70 : 5 + 5 : 5 = 14 + 1 = 15‬. יואב חישב: ‪75 : 5 = 50 : 5 + 25 : 5 = 10 + 5 = 15‬. הסבירו את הדרך של כל אחד. איזו דרך נוחה לכם יותר ולמה?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שניהם פירקו את 75 לחלקים שמתחלקים ב-5: נועה ל-‪70 + 5‬, יואב ל-‪50 + 25‬. תשובה אישית: למשל יואב – כי ‪50 : 5‬ קל לחישוב.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חשבו ‪144 : 6‬ בשתי דרכים: פילוג וחיסור חוזר. כתבו במשבצות.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פילוג: ‪120 : 6 + 24 : 6 = 20 + 4 = 24‬. חיסור חוזר: ‪144 − 60 = 84‬ (10), ‪84 − 60 = 24‬ (10), ‪24 − 24 = 0‬ (4); ‪10 + 10 + 4 = 24‬.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96 תלמידים יצאו לטיול והתחלקו שווה בשווה ל-4 קבוצות. כמה תלמידים היו בכל קבוצה?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‪96 : 4 = 80 : 4 + 16 : 4‬ ; ‪20 + 4 = 24‬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קבוצה היו 24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בספר יש 72 עמודים. נועה קוראת 6 עמודים בכל יום. בכמה ימים תסיים לקרוא את הספר?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‪72 : 6 = 60 : 6 + 12 : 6‬ ; ‪10 + 2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נועה תסיים את הספר ב-12 ימים.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מורה הספורט קנה 8 כדורים זהים ושילם 136 ₪. כמה עלה כדור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‪136 : 8 = 80 : 8 + 56 : 8‬ ; ‪10 + 7 = 17‬ ; בדיקה: ‪17 × 8 = 136‬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כדור אחד עלה 17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במפעל מילאו 155 בקבוקים, ואורזים אותם בארגזים של 5 בקבוקים. כמה ארגזים ימלאו?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‪155 : 5 = 150 : 5 + 5 : 5‬ ; ‪30 + 1 = 31‬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ימלאו 31 ארגזים.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אורי אסף 87 אגוזים, ודניאל אסף 75 אגוזים. הם חילקו את כל האגוזים לשקיות של 6 אגוזים. כמה שקיות מילאו?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‪87 + 75 = 162‬ ; ‪162 : 6 = 120 : 6 + 42 : 6 = 20 + 7 = 27‬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הם מילאו 27 שקיות.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בקופת הכיתה היו 250 ₪. קנו כדורגל ב-58 ₪, ובשאר הכסף קנו 8 משחקי קופסה זהים. כמה עלה כל משחק?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‪250 − 58 = 192‬ ; ‪192 : 8 = 160 : 8 + 32 : 8 = 20 + 4 = 24‬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משחק עלה 24 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