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חילוק ארוך: המחלק חד-ספרתי או עשרת שלמה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חילוק ארוך במחלק חד-ספרתי או בעשרת שלמה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ארבעה שלבים שחוזרים</w:t>
      </w:r>
    </w:p>
    <w:p>
      <w:pPr>
        <w:bidi/>
        <w:spacing w:before="0" w:after="20"/>
        <w:jc w:val="both"/>
      </w:pPr>
      <w:r>
        <w:rPr>
          <w:rtl/>
        </w:rPr>
        <w:t>1. מחלקים – מתחילים מהספרה השמאלית.</w:t>
      </w:r>
    </w:p>
    <w:p>
      <w:pPr>
        <w:bidi/>
        <w:spacing w:before="0" w:after="20"/>
        <w:jc w:val="both"/>
      </w:pPr>
      <w:r>
        <w:rPr>
          <w:rtl/>
        </w:rPr>
        <w:t>2. כופלים – המנה החלקית כפול המחלק.</w:t>
      </w:r>
    </w:p>
    <w:p>
      <w:pPr>
        <w:bidi/>
        <w:spacing w:before="0" w:after="20"/>
        <w:jc w:val="both"/>
      </w:pPr>
      <w:r>
        <w:rPr>
          <w:rtl/>
        </w:rPr>
        <w:t>3. מחסרים – מה שנשאר קטן מהמחלק.</w:t>
      </w:r>
    </w:p>
    <w:p>
      <w:pPr>
        <w:bidi/>
        <w:spacing w:before="0" w:after="20"/>
        <w:jc w:val="both"/>
      </w:pPr>
      <w:r>
        <w:rPr>
          <w:rtl/>
        </w:rPr>
        <w:t>4. מורידים – את הספרה הבאה, וחוזר חלילה.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דוגמה: ‪738 : 3‬</w:t>
      </w:r>
    </w:p>
    <w:p>
      <w:pPr>
        <w:bidi/>
        <w:spacing w:before="0" w:after="40"/>
        <w:jc w:val="both"/>
      </w:pPr>
      <w:r>
        <w:rPr>
          <w:rtl/>
        </w:rPr>
        <w:t>‪738 : 3 = 246‬. בדיקה: ‪246 × 3 = 738‬.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חישוב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: 3 = 2‬, נשאר 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‪13 : 3 = 4‬, נשאר 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יחידות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‪18 : 3 = 6‬, נשאר 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הקשר בין המספרים</w:t>
      </w:r>
    </w:p>
    <w:p>
      <w:pPr>
        <w:bidi/>
        <w:spacing w:before="0" w:after="40"/>
        <w:jc w:val="both"/>
      </w:pPr>
      <w:r>
        <w:rPr>
          <w:rtl/>
        </w:rPr>
        <w:t>מחולק = מנה × מחלק + שארית. השארית קטנה מהמחלק.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‪1,357 : 6 = 226‬ (שארית 1)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אחרי כל חיסור בודקים: מה שנשאר חייב להיות קטן מהמחלק. אם לא – המנה החלקית קטנה מדי.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‪1,624 : 7 = ___‬</w:t>
      </w:r>
    </w:p>
    <w:p>
      <w:pPr>
        <w:bidi/>
        <w:spacing w:before="0" w:after="20"/>
        <w:jc w:val="both"/>
      </w:pPr>
      <w:r>
        <w:rPr>
          <w:rtl/>
        </w:rPr>
        <w:t>1. ‪16 : 7 = 2‬, נשאר 2</w:t>
      </w:r>
    </w:p>
    <w:p>
      <w:pPr>
        <w:bidi/>
        <w:spacing w:before="0" w:after="20"/>
        <w:jc w:val="both"/>
      </w:pPr>
      <w:r>
        <w:rPr>
          <w:rtl/>
        </w:rPr>
        <w:t>2. ‪22 : 7 = 3‬, נשאר 1</w:t>
      </w:r>
    </w:p>
    <w:p>
      <w:pPr>
        <w:bidi/>
        <w:spacing w:before="0" w:after="20"/>
        <w:jc w:val="both"/>
      </w:pPr>
      <w:r>
        <w:rPr>
          <w:rtl/>
        </w:rPr>
        <w:t>3. ‪14 : 7 = 2‬, נשאר 0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232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פתרו בחילוק ארוך:</w:t>
      </w:r>
    </w:p>
    <w:p>
      <w:pPr>
        <w:bidi/>
        <w:spacing w:before="0" w:after="60"/>
        <w:jc w:val="both"/>
      </w:pPr>
      <w:r>
        <w:rPr>
          <w:rtl/>
        </w:rPr>
        <w:t>א. ‪496 : 4 = __________‬</w:t>
      </w:r>
    </w:p>
    <w:p>
      <w:pPr>
        <w:bidi/>
        <w:spacing w:before="0" w:after="60"/>
        <w:jc w:val="both"/>
      </w:pPr>
      <w:r>
        <w:rPr>
          <w:rtl/>
        </w:rPr>
        <w:t>ב. ‪875 : 7 = __________‬</w:t>
      </w:r>
    </w:p>
    <w:p>
      <w:pPr>
        <w:bidi/>
        <w:spacing w:before="0" w:after="60"/>
        <w:jc w:val="both"/>
      </w:pPr>
      <w:r>
        <w:rPr>
          <w:rtl/>
        </w:rPr>
        <w:t>ג. ‪2,148 : 6 = __________‬</w:t>
      </w:r>
    </w:p>
    <w:p>
      <w:pPr>
        <w:bidi/>
        <w:spacing w:before="0" w:after="60"/>
        <w:jc w:val="both"/>
      </w:pPr>
      <w:r>
        <w:rPr>
          <w:rtl/>
        </w:rPr>
        <w:t>ד. ‪960 : 40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124 · ב. 125 · ג. 358 · ד. 24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