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חילוק ארוך: המחלק חד-ספרתי או עשרת שלמה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מתחילים מהספרה השמאלית של המחולק ובודקים כמה פעמים נכנס בה המחלק. כותבים את הספרה במנה.</w:t>
      </w:r>
    </w:p>
    <w:p>
      <w:pPr>
        <w:bidi/>
        <w:spacing w:before="0" w:after="20"/>
        <w:jc w:val="both"/>
      </w:pPr>
      <w:r>
        <w:rPr>
          <w:rtl/>
        </w:rPr>
        <w:t>2. שלב 2: כופלים את הספרה שכתבנו במחלק, ומחסירים.</w:t>
      </w:r>
    </w:p>
    <w:p>
      <w:pPr>
        <w:bidi/>
        <w:spacing w:before="0" w:after="20"/>
        <w:jc w:val="both"/>
      </w:pPr>
      <w:r>
        <w:rPr>
          <w:rtl/>
        </w:rPr>
        <w:t>3. שלב 3: מורידים את הספרה הבאה וחוזרים על השלבים עד הסוף. אם המחלק לא נכנס – כותבים 0 במנה וממשיכים.</w:t>
      </w:r>
    </w:p>
    <w:p>
      <w:pPr>
        <w:bidi/>
        <w:spacing w:before="0" w:after="20"/>
        <w:jc w:val="both"/>
      </w:pPr>
      <w:r>
        <w:rPr>
          <w:rtl/>
        </w:rPr>
        <w:t>4. שלב 4: בודקים: מנה × מחלק + שארית = מחולק. כשהמחלק הוא עשרת שלמה (למשל 30) – אפשר להוריד אפס מהמחולק ומהמחלק.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פתרו בחילוק ארוך: ‪852 : 4‬</w:t>
      </w:r>
    </w:p>
    <w:p>
      <w:pPr>
        <w:bidi/>
        <w:spacing w:before="0" w:after="20"/>
        <w:jc w:val="both"/>
      </w:pPr>
      <w:r>
        <w:rPr>
          <w:rtl/>
        </w:rPr>
        <w:t>1. ‪8 : 4 = 2‬, כותבים 2 במנה. ‪2 × 4 = 8‬, ו-‪8 − 8 = 0‬</w:t>
      </w:r>
    </w:p>
    <w:p>
      <w:pPr>
        <w:bidi/>
        <w:spacing w:before="0" w:after="20"/>
        <w:jc w:val="both"/>
      </w:pPr>
      <w:r>
        <w:rPr>
          <w:rtl/>
        </w:rPr>
        <w:t>2. מורידים את ‪5: 5 : 4 = 1‬ ושארית 1</w:t>
      </w:r>
    </w:p>
    <w:p>
      <w:pPr>
        <w:bidi/>
        <w:spacing w:before="0" w:after="20"/>
        <w:jc w:val="both"/>
      </w:pPr>
      <w:r>
        <w:rPr>
          <w:rtl/>
        </w:rPr>
        <w:t>3. מורידים את 2 ומקבלים ‪12: 12 : 4 = 3‬</w:t>
      </w:r>
    </w:p>
    <w:p>
      <w:pPr>
        <w:bidi/>
        <w:spacing w:before="0" w:after="20"/>
        <w:jc w:val="both"/>
      </w:pPr>
      <w:r>
        <w:rPr>
          <w:rtl/>
        </w:rPr>
        <w:t>4. בדיקה: ‪213 × 4 = 852‬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‪852 : 4 = 213‬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פתרו בחילוק ארוך (אפשר במשבצות).</w:t>
      </w:r>
    </w:p>
    <w:p>
      <w:pPr>
        <w:bidi/>
        <w:spacing w:before="0" w:after="60"/>
        <w:jc w:val="both"/>
      </w:pPr>
      <w:r>
        <w:rPr>
          <w:rtl/>
        </w:rPr>
        <w:t>א. ‪848 : 4 = __________‬</w:t>
      </w:r>
    </w:p>
    <w:p>
      <w:pPr>
        <w:bidi/>
        <w:spacing w:before="0" w:after="60"/>
        <w:jc w:val="both"/>
      </w:pPr>
      <w:r>
        <w:rPr>
          <w:rtl/>
        </w:rPr>
        <w:t>ב. ‪639 : 3 = __________‬</w:t>
      </w:r>
    </w:p>
    <w:p>
      <w:pPr>
        <w:bidi/>
        <w:spacing w:before="0" w:after="60"/>
        <w:jc w:val="both"/>
      </w:pPr>
      <w:r>
        <w:rPr>
          <w:rtl/>
        </w:rPr>
        <w:t>ג. ‪846 : 2 = __________‬</w:t>
      </w:r>
    </w:p>
    <w:p>
      <w:pPr>
        <w:bidi/>
        <w:spacing w:before="0" w:after="60"/>
        <w:jc w:val="both"/>
      </w:pPr>
      <w:r>
        <w:rPr>
          <w:rtl/>
        </w:rPr>
        <w:t>ד. ‪555 : 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פתרו בחילוק ארוך – עם המרה בין הטורים.</w:t>
      </w:r>
    </w:p>
    <w:p>
      <w:pPr>
        <w:bidi/>
        <w:spacing w:before="0" w:after="60"/>
        <w:jc w:val="both"/>
      </w:pPr>
      <w:r>
        <w:rPr>
          <w:rtl/>
        </w:rPr>
        <w:t>א. ‪732 : 3 = __________‬</w:t>
      </w:r>
    </w:p>
    <w:p>
      <w:pPr>
        <w:bidi/>
        <w:spacing w:before="0" w:after="60"/>
        <w:jc w:val="both"/>
      </w:pPr>
      <w:r>
        <w:rPr>
          <w:rtl/>
        </w:rPr>
        <w:t>ב. ‪918 : 6 = __________‬</w:t>
      </w:r>
    </w:p>
    <w:p>
      <w:pPr>
        <w:bidi/>
        <w:spacing w:before="0" w:after="60"/>
        <w:jc w:val="both"/>
      </w:pPr>
      <w:r>
        <w:rPr>
          <w:rtl/>
        </w:rPr>
        <w:t>ג. ‪784 : 7 = __________‬</w:t>
      </w:r>
    </w:p>
    <w:p>
      <w:pPr>
        <w:bidi/>
        <w:spacing w:before="0" w:after="60"/>
        <w:jc w:val="both"/>
      </w:pPr>
      <w:r>
        <w:rPr>
          <w:rtl/>
        </w:rPr>
        <w:t>ד. ‪936 : 8 = __________‬</w:t>
      </w:r>
    </w:p>
    <w:p>
      <w:pPr>
        <w:bidi/>
        <w:spacing w:before="0" w:after="60"/>
        <w:jc w:val="both"/>
      </w:pPr>
      <w:r>
        <w:rPr>
          <w:rtl/>
        </w:rPr>
        <w:t>ה. ‪1,476 : 4 = __________‬</w:t>
      </w:r>
    </w:p>
    <w:p>
      <w:pPr>
        <w:bidi/>
        <w:spacing w:before="0" w:after="60"/>
        <w:jc w:val="both"/>
      </w:pPr>
      <w:r>
        <w:rPr>
          <w:rtl/>
        </w:rPr>
        <w:t>ו. ‪2,385 : 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פתרו בחילוק ארוך: ‪1,872 : 8‬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חלקו – שימו לב: יש 0 במנה.</w:t>
      </w:r>
    </w:p>
    <w:p>
      <w:pPr>
        <w:bidi/>
        <w:spacing w:before="0" w:after="60"/>
        <w:jc w:val="both"/>
      </w:pPr>
      <w:r>
        <w:rPr>
          <w:rtl/>
        </w:rPr>
        <w:t>א. ‪618 : 6 = __________‬</w:t>
      </w:r>
    </w:p>
    <w:p>
      <w:pPr>
        <w:bidi/>
        <w:spacing w:before="0" w:after="60"/>
        <w:jc w:val="both"/>
      </w:pPr>
      <w:r>
        <w:rPr>
          <w:rtl/>
        </w:rPr>
        <w:t>ב. ‪824 : 4 = __________‬</w:t>
      </w:r>
    </w:p>
    <w:p>
      <w:pPr>
        <w:bidi/>
        <w:spacing w:before="0" w:after="60"/>
        <w:jc w:val="both"/>
      </w:pPr>
      <w:r>
        <w:rPr>
          <w:rtl/>
        </w:rPr>
        <w:t>ג. ‪3,535 : 7 = __________‬</w:t>
      </w:r>
    </w:p>
    <w:p>
      <w:pPr>
        <w:bidi/>
        <w:spacing w:before="0" w:after="60"/>
        <w:jc w:val="both"/>
      </w:pPr>
      <w:r>
        <w:rPr>
          <w:rtl/>
        </w:rPr>
        <w:t>ד. ‪2,709 : 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חלקו עם שארית והשלימו.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‪467 : 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‪854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‪1,235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‪2,019 : 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חלקו בעשרת שלמה.</w:t>
      </w:r>
    </w:p>
    <w:p>
      <w:pPr>
        <w:bidi/>
        <w:spacing w:before="0" w:after="60"/>
        <w:jc w:val="both"/>
      </w:pPr>
      <w:r>
        <w:rPr>
          <w:rtl/>
        </w:rPr>
        <w:t>א. ‪480 : 20 = __________‬</w:t>
      </w:r>
    </w:p>
    <w:p>
      <w:pPr>
        <w:bidi/>
        <w:spacing w:before="0" w:after="60"/>
        <w:jc w:val="both"/>
      </w:pPr>
      <w:r>
        <w:rPr>
          <w:rtl/>
        </w:rPr>
        <w:t>ב. ‪750 : 30 = __________‬</w:t>
      </w:r>
    </w:p>
    <w:p>
      <w:pPr>
        <w:bidi/>
        <w:spacing w:before="0" w:after="60"/>
        <w:jc w:val="both"/>
      </w:pPr>
      <w:r>
        <w:rPr>
          <w:rtl/>
        </w:rPr>
        <w:t>ג. ‪1,280 : 40 = __________‬</w:t>
      </w:r>
    </w:p>
    <w:p>
      <w:pPr>
        <w:bidi/>
        <w:spacing w:before="0" w:after="60"/>
        <w:jc w:val="both"/>
      </w:pPr>
      <w:r>
        <w:rPr>
          <w:rtl/>
        </w:rPr>
        <w:t>ד. ‪2,700 : 90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השלימו: מחולק = מנה × מחלק + 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619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‪672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‪945 :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504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‪1,566 :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168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‪3,024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135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‪840 : 30‬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174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‪816 : 8 = 102‬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‪965 : 5 = 183‬      נכון / לא נכון</w:t>
      </w:r>
    </w:p>
    <w:p>
      <w:pPr>
        <w:bidi/>
        <w:spacing w:before="0" w:after="60"/>
        <w:jc w:val="both"/>
      </w:pPr>
      <w:r>
        <w:rPr>
          <w:rtl/>
        </w:rPr>
        <w:t>ג. בחילוק ב-6 השארית יכולה להיות 6.      נכון / לא נכון</w:t>
      </w:r>
    </w:p>
    <w:p>
      <w:pPr>
        <w:bidi/>
        <w:spacing w:before="0" w:after="60"/>
        <w:jc w:val="both"/>
      </w:pPr>
      <w:r>
        <w:rPr>
          <w:rtl/>
        </w:rPr>
        <w:t>ד. בחילוק ארוך מתחילים מהספרה השמאלית של המחולק.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‪1,215 : 5 = ?‬</w:t>
      </w:r>
    </w:p>
    <w:p>
      <w:pPr>
        <w:bidi/>
        <w:spacing w:before="0" w:after="80"/>
        <w:jc w:val="both"/>
      </w:pPr>
      <w:r>
        <w:rPr>
          <w:rtl/>
        </w:rPr>
        <w:t xml:space="preserve">   ○ 203      ○ 243      ○ 234      ○ 2,403</w:t>
      </w:r>
    </w:p>
    <w:p>
      <w:pPr>
        <w:bidi/>
        <w:spacing w:before="0" w:after="20"/>
        <w:jc w:val="both"/>
      </w:pPr>
      <w:r>
        <w:rPr>
          <w:rtl/>
        </w:rPr>
        <w:t>ב. במנה של ‪3,648 : 4‬ יש כמה ספרות?</w:t>
      </w:r>
    </w:p>
    <w:p>
      <w:pPr>
        <w:bidi/>
        <w:spacing w:before="0" w:after="80"/>
        <w:jc w:val="both"/>
      </w:pPr>
      <w:r>
        <w:rPr>
          <w:rtl/>
        </w:rPr>
        <w:t xml:space="preserve">   ○ 2      ○ 4      ○ 5      ○ 3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עומר פתר ‪624 : 3‬ וקיבל 28. הסבירו את הטעות ופתרו נכון.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מאפייה אפתה 744 לחמניות ואורזת אותן בשקיות של 6. כמה שקיות תמלא?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בית הספר אסף לתרומה 1,380 ₪, וחילק את הכסף שווה בשווה בין 3 עמותות. כמה כסף קיבלה כל עמותה?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משאית הובילה 2,520 קילוגרם תפוחים ב-60 ארגזים שווים. כמה קילוגרם תפוחים יש בכל ארגז?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בקופסה גדולה יש 1,000 גולות. ממלאים בהן שקיות של 7 גולות. כמה שקיות מלאות יהיו, וכמה גולות יישארו?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730 תלמידים נוסעים לטיול שנתי, ובכל אוטובוס יש 50 מקומות. כמה אוטובוסים צריך להזמין?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סבא קנה 4 ארגזים, ובכל ארגז 234 תפוזים. הוא חילק את כל התפוזים שווה בשווה בין 9 משפחות. כמה תפוזים קיבלה כל משפחה?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חילוק ארוך: המחלק חד-ספרתי או עשרת שלמה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פתרו בחילוק ארוך (אפשר במשבצות).</w:t>
      </w:r>
    </w:p>
    <w:p>
      <w:pPr>
        <w:bidi/>
        <w:spacing w:before="0" w:after="40"/>
        <w:jc w:val="both"/>
      </w:pPr>
      <w:r>
        <w:rPr>
          <w:rtl/>
        </w:rPr>
        <w:t>א. ‪848 : 4 = 212‬</w:t>
      </w:r>
    </w:p>
    <w:p>
      <w:pPr>
        <w:bidi/>
        <w:spacing w:before="0" w:after="40"/>
        <w:jc w:val="both"/>
      </w:pPr>
      <w:r>
        <w:rPr>
          <w:rtl/>
        </w:rPr>
        <w:t>ב. ‪639 : 3 = 213‬</w:t>
      </w:r>
    </w:p>
    <w:p>
      <w:pPr>
        <w:bidi/>
        <w:spacing w:before="0" w:after="40"/>
        <w:jc w:val="both"/>
      </w:pPr>
      <w:r>
        <w:rPr>
          <w:rtl/>
        </w:rPr>
        <w:t>ג. ‪846 : 2 = 423‬</w:t>
      </w:r>
    </w:p>
    <w:p>
      <w:pPr>
        <w:bidi/>
        <w:spacing w:before="0" w:after="40"/>
        <w:jc w:val="both"/>
      </w:pPr>
      <w:r>
        <w:rPr>
          <w:rtl/>
        </w:rPr>
        <w:t>ד. ‪555 : 5 = 111‬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פתרו בחילוק ארוך – עם המרה בין הטורים.</w:t>
      </w:r>
    </w:p>
    <w:p>
      <w:pPr>
        <w:bidi/>
        <w:spacing w:before="0" w:after="40"/>
        <w:jc w:val="both"/>
      </w:pPr>
      <w:r>
        <w:rPr>
          <w:rtl/>
        </w:rPr>
        <w:t>א. ‪732 : 3 = 244‬</w:t>
      </w:r>
    </w:p>
    <w:p>
      <w:pPr>
        <w:bidi/>
        <w:spacing w:before="0" w:after="40"/>
        <w:jc w:val="both"/>
      </w:pPr>
      <w:r>
        <w:rPr>
          <w:rtl/>
        </w:rPr>
        <w:t>ב. ‪918 : 6 = 153‬</w:t>
      </w:r>
    </w:p>
    <w:p>
      <w:pPr>
        <w:bidi/>
        <w:spacing w:before="0" w:after="40"/>
        <w:jc w:val="both"/>
      </w:pPr>
      <w:r>
        <w:rPr>
          <w:rtl/>
        </w:rPr>
        <w:t>ג. ‪784 : 7 = 112‬</w:t>
      </w:r>
    </w:p>
    <w:p>
      <w:pPr>
        <w:bidi/>
        <w:spacing w:before="0" w:after="40"/>
        <w:jc w:val="both"/>
      </w:pPr>
      <w:r>
        <w:rPr>
          <w:rtl/>
        </w:rPr>
        <w:t>ד. ‪936 : 8 = 117‬</w:t>
      </w:r>
    </w:p>
    <w:p>
      <w:pPr>
        <w:bidi/>
        <w:spacing w:before="0" w:after="40"/>
        <w:jc w:val="both"/>
      </w:pPr>
      <w:r>
        <w:rPr>
          <w:rtl/>
        </w:rPr>
        <w:t>ה. ‪1,476 : 4 = 369‬</w:t>
      </w:r>
    </w:p>
    <w:p>
      <w:pPr>
        <w:bidi/>
        <w:spacing w:before="0" w:after="40"/>
        <w:jc w:val="both"/>
      </w:pPr>
      <w:r>
        <w:rPr>
          <w:rtl/>
        </w:rPr>
        <w:t>ו. ‪2,385 : 5 = 477‬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פתרו בחילוק ארוך: ‪1,872 : 8‬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‪18 : 8 = 2‬, נשאר 2; ‪27 : 8 = 3‬, נשאר 3; ‪32 : 8 = 4‬. תשובה: 234. בדיקה: ‪234 × 8 = 1,872‬.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חלקו – שימו לב: יש 0 במנה.</w:t>
      </w:r>
    </w:p>
    <w:p>
      <w:pPr>
        <w:bidi/>
        <w:spacing w:before="0" w:after="40"/>
        <w:jc w:val="both"/>
      </w:pPr>
      <w:r>
        <w:rPr>
          <w:rtl/>
        </w:rPr>
        <w:t>א. ‪618 : 6 = 103‬</w:t>
      </w:r>
    </w:p>
    <w:p>
      <w:pPr>
        <w:bidi/>
        <w:spacing w:before="0" w:after="40"/>
        <w:jc w:val="both"/>
      </w:pPr>
      <w:r>
        <w:rPr>
          <w:rtl/>
        </w:rPr>
        <w:t>ב. ‪824 : 4 = 206‬</w:t>
      </w:r>
    </w:p>
    <w:p>
      <w:pPr>
        <w:bidi/>
        <w:spacing w:before="0" w:after="40"/>
        <w:jc w:val="both"/>
      </w:pPr>
      <w:r>
        <w:rPr>
          <w:rtl/>
        </w:rPr>
        <w:t>ג. ‪3,535 : 7 = 505‬</w:t>
      </w:r>
    </w:p>
    <w:p>
      <w:pPr>
        <w:bidi/>
        <w:spacing w:before="0" w:after="40"/>
        <w:jc w:val="both"/>
      </w:pPr>
      <w:r>
        <w:rPr>
          <w:rtl/>
        </w:rPr>
        <w:t>ד. ‪2,709 : 9 = 301‬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חלקו עם שארית והשלימו.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‪467 : 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155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‪854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142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‪1,235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‪2,019 : 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403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חלקו בעשרת שלמה.</w:t>
      </w:r>
    </w:p>
    <w:p>
      <w:pPr>
        <w:bidi/>
        <w:spacing w:before="0" w:after="40"/>
        <w:jc w:val="both"/>
      </w:pPr>
      <w:r>
        <w:rPr>
          <w:rtl/>
        </w:rPr>
        <w:t>א. ‪480 : 20 = 24‬</w:t>
      </w:r>
    </w:p>
    <w:p>
      <w:pPr>
        <w:bidi/>
        <w:spacing w:before="0" w:after="40"/>
        <w:jc w:val="both"/>
      </w:pPr>
      <w:r>
        <w:rPr>
          <w:rtl/>
        </w:rPr>
        <w:t>ב. ‪750 : 30 = 25‬</w:t>
      </w:r>
    </w:p>
    <w:p>
      <w:pPr>
        <w:bidi/>
        <w:spacing w:before="0" w:after="40"/>
        <w:jc w:val="both"/>
      </w:pPr>
      <w:r>
        <w:rPr>
          <w:rtl/>
        </w:rPr>
        <w:t>ג. ‪1,280 : 40 = 32‬</w:t>
      </w:r>
    </w:p>
    <w:p>
      <w:pPr>
        <w:bidi/>
        <w:spacing w:before="0" w:after="40"/>
        <w:jc w:val="both"/>
      </w:pPr>
      <w:r>
        <w:rPr>
          <w:rtl/>
        </w:rPr>
        <w:t>ד. ‪2,700 : 90 = 30‬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השלימו: מחולק = מנה × מחלק + 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243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846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619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111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‪672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28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‪945 :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504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‪1,566 :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168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‪3,024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135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‪840 : 30‬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174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‪816 : 8 = 102‬ – נכון</w:t>
      </w:r>
    </w:p>
    <w:p>
      <w:pPr>
        <w:bidi/>
        <w:spacing w:before="0" w:after="40"/>
        <w:jc w:val="both"/>
      </w:pPr>
      <w:r>
        <w:rPr>
          <w:rtl/>
        </w:rPr>
        <w:t>ב. ‪965 : 5 = 183‬ – לא נכון – ‪965 : 5 = 193‬</w:t>
      </w:r>
    </w:p>
    <w:p>
      <w:pPr>
        <w:bidi/>
        <w:spacing w:before="0" w:after="40"/>
        <w:jc w:val="both"/>
      </w:pPr>
      <w:r>
        <w:rPr>
          <w:rtl/>
        </w:rPr>
        <w:t>ג. בחילוק ב-6 השארית יכולה להיות 6. – לא נכון – השארית קטנה מ-6 (לכל היותר 5)</w:t>
      </w:r>
    </w:p>
    <w:p>
      <w:pPr>
        <w:bidi/>
        <w:spacing w:before="0" w:after="40"/>
        <w:jc w:val="both"/>
      </w:pPr>
      <w:r>
        <w:rPr>
          <w:rtl/>
        </w:rPr>
        <w:t>ד. בחילוק ארוך מתחילים מהספרה השמאלית של המחולק.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‪1,215 : 5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243</w:t>
      </w:r>
    </w:p>
    <w:p>
      <w:pPr>
        <w:bidi/>
        <w:spacing w:before="0" w:after="20"/>
        <w:jc w:val="both"/>
      </w:pPr>
      <w:r>
        <w:rPr>
          <w:rtl/>
        </w:rPr>
        <w:t>ב. במנה של ‪3,648 : 4‬ יש כמה ספרות?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עומר פתר ‪624 : 3‬ וקיבל 28. הסבירו את הטעות ופתרו נכון.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עומר דילג על הספרה 0 במנה: ‪6 : 3 = 2‬, ‪2 : 3 = 0‬ (צריך לכתוב 0!), ‪24 : 3 = 8‬. תשובה: 208.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מאפייה אפתה 744 לחמניות ואורזת אותן בשקיות של 6. כמה שקיות תמלא?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חילוק ארוך: ‪744 : 6 = 124‬ ; בדיקה: ‪124 × 6 = 744‬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המאפייה תמלא 124 שקיות.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בית הספר אסף לתרומה 1,380 ₪, וחילק את הכסף שווה בשווה בין 3 עמותות. כמה כסף קיבלה כל עמותה?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חילוק ארוך: ‪1,380 : 3 = 460‬ ; בדיקה: ‪460 × 3 = 1,380‬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עמותה קיבלה 460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משאית הובילה 2,520 קילוגרם תפוחים ב-60 ארגזים שווים. כמה קילוגרם תפוחים יש בכל ארגז?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מורידים אפס: ‪252 : 6‬ ; ‪252 : 6 = 42‬ ; בדיקה: ‪42 × 60 = 2,520‬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ארגז יש 42 קילוגרם תפוחים.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בקופסה גדולה יש 1,000 גולות. ממלאים בהן שקיות של 7 גולות. כמה שקיות מלאות יהיו, וכמה גולות יישארו?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חילוק ארוך: ‪1,000 : 7 = 142‬ ושארית 6 ; בדיקה: ‪142 × 7 = 994‬, ו-‪994 + 6 = 1,000‬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יהיו 142 שקיות מלאות, ויישארו 6 גולות.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730 תלמידים נוסעים לטיול שנתי, ובכל אוטובוס יש 50 מקומות. כמה אוטובוסים צריך להזמין?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‪730 : 50 = 14‬ ושארית 30 ; ‪14 × 50 = 700‬, ונשארים 30 תלמידים בלי מקום ; לכן צריך עוד אוטובוס: ‪14 + 1 = 15‬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צריך להזמין 15 אוטובוסים.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סבא קנה 4 ארגזים, ובכל ארגז 234 תפוזים. הוא חילק את כל התפוזים שווה בשווה בין 9 משפחות. כמה תפוזים קיבלה כל משפחה?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‪234 × 4 = 936‬ ; ‪936 : 9 = 104‬ (שימו לב ל-0 במנה) ; בדיקה: ‪104 × 9 = 936‬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משפחה קיבלה 104 תפוזים.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