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סימני התחלקות ב-3, 6 ו-9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סימני ההתחלקות ב-3, ב-6 וב-9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שלושה סימנים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מתחלק ב-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הסימן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סכום הספרות מתחלק ב-3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‪123: 1 + 2 + 3 = 6‬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סכום הספרות מתחלק ב-9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‪819: 8 + 1 + 9 = 18‬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זוגי וגם מתחלק ב-3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522: זוגי, ‪5 + 2 + 2 =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קשרים</w:t>
      </w:r>
    </w:p>
    <w:p>
      <w:pPr>
        <w:bidi/>
        <w:spacing w:before="0" w:after="20"/>
        <w:jc w:val="both"/>
      </w:pPr>
      <w:r>
        <w:rPr>
          <w:rtl/>
        </w:rPr>
        <w:t>1. מתחלק ב-9 – מתחלק גם ב-3.</w:t>
      </w:r>
    </w:p>
    <w:p>
      <w:pPr>
        <w:bidi/>
        <w:spacing w:before="0" w:after="20"/>
        <w:jc w:val="both"/>
      </w:pPr>
      <w:r>
        <w:rPr>
          <w:rtl/>
        </w:rPr>
        <w:t>2. מתחלק ב-6 – מתחלק גם ב-2 וגם ב-3.</w:t>
      </w:r>
    </w:p>
    <w:p>
      <w:pPr>
        <w:bidi/>
        <w:spacing w:before="0" w:after="20"/>
        <w:jc w:val="both"/>
      </w:pPr>
      <w:r>
        <w:rPr>
          <w:rtl/>
        </w:rPr>
        <w:t>3. מתחלק ב-3 – לא תמיד מתחלק ב-9 או ב-6.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בדיקה מהירה</w:t>
      </w:r>
    </w:p>
    <w:p>
      <w:pPr>
        <w:bidi/>
        <w:spacing w:before="0" w:after="40"/>
        <w:jc w:val="both"/>
      </w:pPr>
      <w:r>
        <w:rPr>
          <w:rtl/>
        </w:rPr>
        <w:t>אם סכום הספרות גדול, מחברים שוב את הספרות שלו.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‪9,876: 9 + 8 + 7 + 6 = 30‬, ‪3 + 0 = 3‬ – מתחלק ב-3, לא ב-9.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מחברים את הספרות. אם הסכום עדיין גדול, אפשר לחבר שוב את ספרות הסכום: ב-8,979 סכום הספרות 33, ו-‪3 + 3 = 6‬.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האם 4,716 מתחלק ב-6? ___</w:t>
      </w:r>
    </w:p>
    <w:p>
      <w:pPr>
        <w:bidi/>
        <w:spacing w:before="0" w:after="20"/>
        <w:jc w:val="both"/>
      </w:pPr>
      <w:r>
        <w:rPr>
          <w:rtl/>
        </w:rPr>
        <w:t>1. 4,716 זוגי – מתחלק ב-2.</w:t>
      </w:r>
    </w:p>
    <w:p>
      <w:pPr>
        <w:bidi/>
        <w:spacing w:before="0" w:after="20"/>
        <w:jc w:val="both"/>
      </w:pPr>
      <w:r>
        <w:rPr>
          <w:rtl/>
        </w:rPr>
        <w:t>2. ‪4 + 7 + 1 + 6 = 18‬ – מתחלק ב-3.</w:t>
      </w:r>
    </w:p>
    <w:p>
      <w:pPr>
        <w:bidi/>
        <w:spacing w:before="0" w:after="20"/>
        <w:jc w:val="both"/>
      </w:pPr>
      <w:r>
        <w:rPr>
          <w:rtl/>
        </w:rPr>
        <w:t>3. מתחלק ב-2 וגם ב-3.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כן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«כן» או «לא»:</w:t>
      </w:r>
    </w:p>
    <w:p>
      <w:pPr>
        <w:bidi/>
        <w:spacing w:before="0" w:after="60"/>
        <w:jc w:val="both"/>
      </w:pPr>
      <w:r>
        <w:rPr>
          <w:rtl/>
        </w:rPr>
        <w:t>א. האם 738 מתחלק ב-9? __________</w:t>
      </w:r>
    </w:p>
    <w:p>
      <w:pPr>
        <w:bidi/>
        <w:spacing w:before="0" w:after="60"/>
        <w:jc w:val="both"/>
      </w:pPr>
      <w:r>
        <w:rPr>
          <w:rtl/>
        </w:rPr>
        <w:t>ב. האם 1,005 מתחלק ב-3? __________</w:t>
      </w:r>
    </w:p>
    <w:p>
      <w:pPr>
        <w:bidi/>
        <w:spacing w:before="0" w:after="60"/>
        <w:jc w:val="both"/>
      </w:pPr>
      <w:r>
        <w:rPr>
          <w:rtl/>
        </w:rPr>
        <w:t>ג. האם 1,005 מתחלק ב-6? __________</w:t>
      </w:r>
    </w:p>
    <w:p>
      <w:pPr>
        <w:bidi/>
        <w:spacing w:before="0" w:after="60"/>
        <w:jc w:val="both"/>
      </w:pPr>
      <w:r>
        <w:rPr>
          <w:rtl/>
        </w:rPr>
        <w:t>ד. האם 2,334 מתחלק ב-6?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כן · ב. כן · ג. לא · ד. כן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