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סימני התחלקות ב-3, 6 ו-9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מחברים את כל הספרות של המספר (סכום הספרות).</w:t>
      </w:r>
    </w:p>
    <w:p>
      <w:pPr>
        <w:bidi/>
        <w:spacing w:before="0" w:after="20"/>
        <w:jc w:val="both"/>
      </w:pPr>
      <w:r>
        <w:rPr>
          <w:rtl/>
        </w:rPr>
        <w:t>2. שלב 2: אם סכום הספרות מתחלק ב-3 – המספר מתחלק ב-3. אם סכום הספרות מתחלק ב-9 – המספר מתחלק ב-9.</w:t>
      </w:r>
    </w:p>
    <w:p>
      <w:pPr>
        <w:bidi/>
        <w:spacing w:before="0" w:after="20"/>
        <w:jc w:val="both"/>
      </w:pPr>
      <w:r>
        <w:rPr>
          <w:rtl/>
        </w:rPr>
        <w:t>3. שלב 3: מספר מתחלק ב-6 אם הוא זוגי וגם מתחלק ב-3.</w:t>
      </w:r>
    </w:p>
    <w:p>
      <w:pPr>
        <w:bidi/>
        <w:spacing w:before="0" w:after="20"/>
        <w:jc w:val="both"/>
      </w:pPr>
      <w:r>
        <w:rPr>
          <w:rtl/>
        </w:rPr>
        <w:t>4. שלב 4: בבעיה מילולית «האם אפשר לחלק שווה בשווה?» – בודקים את סימן ההתחלקות, ואם התשובה כן, מחשבים את המנה.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האם 2,457 מתחלק ב-9? אם כן, מה המנה?</w:t>
      </w:r>
    </w:p>
    <w:p>
      <w:pPr>
        <w:bidi/>
        <w:spacing w:before="0" w:after="20"/>
        <w:jc w:val="both"/>
      </w:pPr>
      <w:r>
        <w:rPr>
          <w:rtl/>
        </w:rPr>
        <w:t>1. סכום הספרות: ‪2 + 4 + 5 + 7 = 18‬</w:t>
      </w:r>
    </w:p>
    <w:p>
      <w:pPr>
        <w:bidi/>
        <w:spacing w:before="0" w:after="20"/>
        <w:jc w:val="both"/>
      </w:pPr>
      <w:r>
        <w:rPr>
          <w:rtl/>
        </w:rPr>
        <w:t>2. 18 מתחלק ב-9, ולכן גם 2,457 מתחלק ב-9.</w:t>
      </w:r>
    </w:p>
    <w:p>
      <w:pPr>
        <w:bidi/>
        <w:spacing w:before="0" w:after="20"/>
        <w:jc w:val="both"/>
      </w:pPr>
      <w:r>
        <w:rPr>
          <w:rtl/>
        </w:rPr>
        <w:t>3. ‪2,457 : 9 = 273‬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כן. ‪2,457 : 9 = 273‬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את סכום הספרות וכתבו «כן» או «לא».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סכום הספרות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ב-3?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ב-9?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213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702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1,151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4,446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מיינו את המספרים: מתחלק ב-3 או לא מתחלק ב-3?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42  |  58  |  111  |  205  |  312  |  1,000  |  1,236  |  2,021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ב-3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מתחלק ב-3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ספרה אחת כך שהמספר יתחלק ב-9 (יש תשובה אחת בלבד).</w:t>
      </w:r>
    </w:p>
    <w:p>
      <w:pPr>
        <w:bidi/>
        <w:spacing w:before="0" w:after="60"/>
        <w:jc w:val="both"/>
      </w:pPr>
      <w:r>
        <w:rPr>
          <w:rtl/>
        </w:rPr>
        <w:t>א. 2__________6</w:t>
      </w:r>
    </w:p>
    <w:p>
      <w:pPr>
        <w:bidi/>
        <w:spacing w:before="0" w:after="60"/>
        <w:jc w:val="both"/>
      </w:pPr>
      <w:r>
        <w:rPr>
          <w:rtl/>
        </w:rPr>
        <w:t>ב. 4__________3</w:t>
      </w:r>
    </w:p>
    <w:p>
      <w:pPr>
        <w:bidi/>
        <w:spacing w:before="0" w:after="60"/>
        <w:jc w:val="both"/>
      </w:pPr>
      <w:r>
        <w:rPr>
          <w:rtl/>
        </w:rPr>
        <w:t>ג. 3__________1</w:t>
      </w:r>
    </w:p>
    <w:p>
      <w:pPr>
        <w:bidi/>
        <w:spacing w:before="0" w:after="60"/>
        <w:jc w:val="both"/>
      </w:pPr>
      <w:r>
        <w:rPr>
          <w:rtl/>
        </w:rPr>
        <w:t>ד. 1,3__________2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בדקו כל מספר: זוגי? מתחלק ב-3? מתחלק ב-6?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זוגי?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ב-3?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ב-6?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136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522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1,110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מיינו את המספרים לפי ההתחלקות.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18  |  27  |  30  |  45  |  72  |  81  |  96  |  120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ב-9 וגם ב-6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ב-9 ולא ב-6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ב-6 ולא ב-9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כל מספר שמתחלק ב-9 מתחלק גם ב-3.      נכון / לא נכון</w:t>
      </w:r>
    </w:p>
    <w:p>
      <w:pPr>
        <w:bidi/>
        <w:spacing w:before="0" w:after="60"/>
        <w:jc w:val="both"/>
      </w:pPr>
      <w:r>
        <w:rPr>
          <w:rtl/>
        </w:rPr>
        <w:t>ב. כל מספר שמתחלק ב-3 מתחלק גם ב-9.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המספר 735 מתחלק ב-6.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המספר 3,456 מתחלק ב-9.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מספר מתחלק ב-6?</w:t>
      </w:r>
    </w:p>
    <w:p>
      <w:pPr>
        <w:bidi/>
        <w:spacing w:before="0" w:after="80"/>
        <w:jc w:val="both"/>
      </w:pPr>
      <w:r>
        <w:rPr>
          <w:rtl/>
        </w:rPr>
        <w:t xml:space="preserve">   ○ 123      ○ 246      ○ 256      ○ 333</w:t>
      </w:r>
    </w:p>
    <w:p>
      <w:pPr>
        <w:bidi/>
        <w:spacing w:before="0" w:after="20"/>
        <w:jc w:val="both"/>
      </w:pPr>
      <w:r>
        <w:rPr>
          <w:rtl/>
        </w:rPr>
        <w:t>ב. איזה מספר מתחלק ב-9?</w:t>
      </w:r>
    </w:p>
    <w:p>
      <w:pPr>
        <w:bidi/>
        <w:spacing w:before="0" w:after="80"/>
        <w:jc w:val="both"/>
      </w:pPr>
      <w:r>
        <w:rPr>
          <w:rtl/>
        </w:rPr>
        <w:t xml:space="preserve">   ○ 1,234      ○ 4,321      ○ 3,564      ○ 2,000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מספר את המשפט המתאים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1. 405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מתחלק ב-6, לא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2. 408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 מתחלק ב-3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3. 410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מתחלק ב-6 וגם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4. 414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מתחלק ב-9, לא ב-6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אורי אומר: «המספר 2,226 מתחלק ב-6 כי הוא זוגי». הוא צודק בתשובה, אבל ההסבר שלו לא מספיק. הסבירו למה, והשלימו את ההסבר.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כתבו את כל המספרים הדו-ספרתיים בין 40 ל-80 שמתחלקים ב-9. בדקו בעזרת חילוק במשבצות.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יואב רוצה לסדר 117 כסאות ב-3 שורות שוות. האם זה אפשרי? כמה כסאות יהיו בכל שורה?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בסל יש 252 ביצים. האם אפשר לחלק אותן ל-9 תבניות שוות? כמה ביצים יהיו בכל תבנית?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המורה רוצה לחלק 186 מדבקות שווה בשווה בין 6 תלמידים. האם זה אפשרי? כמה מדבקות יקבל כל תלמיד?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בקיבוץ קטפו 2,034 אשכוליות. האם אפשר לארוז את כולן בארגזים של 9 אשכוליות, בלי שארית? כמה ארגזים יהיו?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בחנות יש 1,425 עפרונות. האם אפשר לארוז את כולם בחבילות של 9 בלי שארית? אם לא, כמה עפרונות לפחות צריך להוסיף כדי שאפשר יהיה?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נועם קנה 4 חבילות, ובכל חבילה 96 קלפים. הוא רוצה לחלק את כל הקלפים שווה בשווה בין 6 חברים. האם זה אפשרי? כמה קלפים יקבל כל חבר?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סימני התחלקות ב-3, 6 ו-9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את סכום הספרות וכתבו «כן» או «לא».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סכום הספרות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ב-3?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ב-9?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213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702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1,151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4,446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מיינו את המספרים: מתחלק ב-3 או לא מתחלק ב-3?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ב-3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מתחלק ב-3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42, 111, 312, 1,236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58, 205, 1,000, 2,021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ספרה אחת כך שהמספר יתחלק ב-9 (יש תשובה אחת בלבד).</w:t>
      </w:r>
    </w:p>
    <w:p>
      <w:pPr>
        <w:bidi/>
        <w:spacing w:before="0" w:after="40"/>
        <w:jc w:val="both"/>
      </w:pPr>
      <w:r>
        <w:rPr>
          <w:rtl/>
        </w:rPr>
        <w:t>א. 216</w:t>
      </w:r>
    </w:p>
    <w:p>
      <w:pPr>
        <w:bidi/>
        <w:spacing w:before="0" w:after="40"/>
        <w:jc w:val="both"/>
      </w:pPr>
      <w:r>
        <w:rPr>
          <w:rtl/>
        </w:rPr>
        <w:t>ב. 423</w:t>
      </w:r>
    </w:p>
    <w:p>
      <w:pPr>
        <w:bidi/>
        <w:spacing w:before="0" w:after="40"/>
        <w:jc w:val="both"/>
      </w:pPr>
      <w:r>
        <w:rPr>
          <w:rtl/>
        </w:rPr>
        <w:t>ג. 351</w:t>
      </w:r>
    </w:p>
    <w:p>
      <w:pPr>
        <w:bidi/>
        <w:spacing w:before="0" w:after="40"/>
        <w:jc w:val="both"/>
      </w:pPr>
      <w:r>
        <w:rPr>
          <w:rtl/>
        </w:rPr>
        <w:t>ד. 1,332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בדקו כל מספר: זוגי? מתחלק ב-3? מתחלק ב-6?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זוגי?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ב-3?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ב-6?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136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522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1,110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מיינו את המספרים לפי ההתחלקות.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ב-9 וגם ב-6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ב-9 ולא ב-6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ב-6 ולא ב-9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18, 72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27, 45, 81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30, 96, 120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כל מספר שמתחלק ב-9 מתחלק גם ב-3. – נכון</w:t>
      </w:r>
    </w:p>
    <w:p>
      <w:pPr>
        <w:bidi/>
        <w:spacing w:before="0" w:after="40"/>
        <w:jc w:val="both"/>
      </w:pPr>
      <w:r>
        <w:rPr>
          <w:rtl/>
        </w:rPr>
        <w:t>ב. כל מספר שמתחלק ב-3 מתחלק גם ב-9. – לא נכון – לא תמיד: 12 מתחלק ב-3 ולא ב-9</w:t>
      </w:r>
    </w:p>
    <w:p>
      <w:pPr>
        <w:bidi/>
        <w:spacing w:before="0" w:after="40"/>
        <w:jc w:val="both"/>
      </w:pPr>
      <w:r>
        <w:rPr>
          <w:rtl/>
        </w:rPr>
        <w:t>ג. המספר 735 מתחלק ב-6. – לא נכון – 735 אי-זוגי, ולכן אינו מתחלק ב-6</w:t>
      </w:r>
    </w:p>
    <w:p>
      <w:pPr>
        <w:bidi/>
        <w:spacing w:before="0" w:after="40"/>
        <w:jc w:val="both"/>
      </w:pPr>
      <w:r>
        <w:rPr>
          <w:rtl/>
        </w:rPr>
        <w:t>ד. המספר 3,456 מתחלק ב-9.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מספר מתחלק ב-6?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246</w:t>
      </w:r>
    </w:p>
    <w:p>
      <w:pPr>
        <w:bidi/>
        <w:spacing w:before="0" w:after="20"/>
        <w:jc w:val="both"/>
      </w:pPr>
      <w:r>
        <w:rPr>
          <w:rtl/>
        </w:rPr>
        <w:t>ב. איזה מספר מתחלק ב-9?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3,564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מספר את המשפט המתאים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1. 405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מתחלק ב-6, לא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2. 408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לא מתחלק ב-3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3. 410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מתחלק ב-6 וגם ב-9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4. 414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מתחלק ב-9, לא ב-6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אורי אומר: «המספר 2,226 מתחלק ב-6 כי הוא זוגי». הוא צודק בתשובה, אבל ההסבר שלו לא מספיק. הסבירו למה, והשלימו את ההסבר.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 כל מספר זוגי מתחלק ב-6 (למשל 8). צריך גם שיתחלק ב-‪3: 2 + 2 + 2 + 6 = 12‬, מתחלק ב-3. זוגי וגם מתחלק ב-3 – לכן מתחלק ב-6.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כתבו את כל המספרים הדו-ספרתיים בין 40 ל-80 שמתחלקים ב-9. בדקו בעזרת חילוק במשבצות.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45, 54, 63, 72 ‪(45 : 9 = 5‬, ‪54 : 9 = 6‬, ‪63 : 9 = 7‬, ‪72 : 9 = 8)‬.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יואב רוצה לסדר 117 כסאות ב-3 שורות שוות. האם זה אפשרי? כמה כסאות יהיו בכל שורה?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סכום הספרות: ‪1 + 1 + 7 = 9‬, מתחלק ב-3 ; ‪117 : 3 = 39‬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כן, בכל שורה יהיו 39 כסאות.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בסל יש 252 ביצים. האם אפשר לחלק אותן ל-9 תבניות שוות? כמה ביצים יהיו בכל תבנית?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סכום הספרות: ‪2 + 5 + 2 = 9‬, מתחלק ב-9 ; ‪252 : 9 = 28‬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כן, בכל תבנית יהיו 28 ביצים.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המורה רוצה לחלק 186 מדבקות שווה בשווה בין 6 תלמידים. האם זה אפשרי? כמה מדבקות יקבל כל תלמיד?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186 זוגי, וסכום הספרות ‪1 + 8 + 6 = 15‬ מתחלק ב-3, לכן 186 מתחלק ב-6 ; ‪186 : 6 = 31‬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כן, כל תלמיד יקבל 31 מדבקות.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בקיבוץ קטפו 2,034 אשכוליות. האם אפשר לארוז את כולן בארגזים של 9 אשכוליות, בלי שארית? כמה ארגזים יהיו?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סכום הספרות: ‪2 + 0 + 3 + 4 = 9‬, מתחלק ב-9 ; ‪2,034 : 9 = 226‬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כן, יהיו 226 ארגזים.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בחנות יש 1,425 עפרונות. האם אפשר לארוז את כולם בחבילות של 9 בלי שארית? אם לא, כמה עפרונות לפחות צריך להוסיף כדי שאפשר יהיה?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סכום הספרות: ‪1 + 4 + 2 + 5 = 12‬, לא מתחלק ב-9 ; המספר הבא שסכום ספרותיו 18 הוא 1,431 ; ‪1,431 − 1,425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 אפשר. צריך להוסיף לפחות 6 עפרונות (ואז יהיו 1,431).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נועם קנה 4 חבילות, ובכל חבילה 96 קלפים. הוא רוצה לחלק את כל הקלפים שווה בשווה בין 6 חברים. האם זה אפשרי? כמה קלפים יקבל כל חבר?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96 = 384‬ ; 384 זוגי, וסכום הספרות ‪3 + 8 + 4 = 15‬ מתחלק ב-3, לכן מתחלק ב-6 ; ‪384 : 6 = 64‬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כן, כל חבר יקבל 64 קלפים.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