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אומדן, סדר פעולות ובעיות כפל וחילוק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אומדן, סדר פעולות ותכונות 0 ו-1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4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סדר פעולות החשבון</w:t>
      </w:r>
    </w:p>
    <w:p>
      <w:pPr>
        <w:bidi/>
        <w:spacing w:before="0" w:after="20"/>
        <w:jc w:val="both"/>
      </w:pPr>
      <w:r>
        <w:rPr>
          <w:rtl/>
        </w:rPr>
        <w:t>1. 1. סוגריים.</w:t>
      </w:r>
    </w:p>
    <w:p>
      <w:pPr>
        <w:bidi/>
        <w:spacing w:before="0" w:after="20"/>
        <w:jc w:val="both"/>
      </w:pPr>
      <w:r>
        <w:rPr>
          <w:rtl/>
        </w:rPr>
        <w:t>2. 2. כפל וחילוק – משמאל לימין.</w:t>
      </w:r>
    </w:p>
    <w:p>
      <w:pPr>
        <w:bidi/>
        <w:spacing w:before="0" w:after="20"/>
        <w:jc w:val="both"/>
      </w:pPr>
      <w:r>
        <w:rPr>
          <w:rtl/>
        </w:rPr>
        <w:t>3. 3. חיבור וחיסור – משמאל לימין.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‪50 − 4 × 5 = 50 − 20 = 30 · (50 − 4) × 5 = 46 × 5 = 230‬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תכונות 0 ו-1</w:t>
      </w:r>
    </w:p>
    <w:p>
      <w:pPr>
        <w:bidi/>
        <w:spacing w:before="0" w:after="40"/>
        <w:jc w:val="both"/>
      </w:pPr>
      <w:r>
        <w:rPr>
          <w:rtl/>
        </w:rPr>
        <w:t>אי אפשר לחלק ב-0.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כלל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 × 1 = המספר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‪64 × 1 = 64‬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 : 1 = המספר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‪64 : 1 = 64‬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 × ‪0 = 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‪64 × 0 = 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 : מספר = 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 : 64 = 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אומדן</w:t>
      </w:r>
    </w:p>
    <w:p>
      <w:pPr>
        <w:bidi/>
        <w:spacing w:before="0" w:after="40"/>
        <w:jc w:val="both"/>
      </w:pPr>
      <w:r>
        <w:rPr>
          <w:rtl/>
        </w:rPr>
        <w:t>מעגלים למספרים נוחים ומחשבים בעל פה, כדי לבדוק שהתשובה סבירה.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‪396 × 7 ≈ 400 × 7 = 2,800‬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סדר הפעולות: קודם סוגריים, אחר כך כפל וחילוק, ובסוף חיבור וחיסור. ולפני כל חישוב ארוך – אומדן, כדי לדעת איזו תשובה מצפים לקבל.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‪40 − 24 : 4 × 3 = ___‬</w:t>
      </w:r>
    </w:p>
    <w:p>
      <w:pPr>
        <w:bidi/>
        <w:spacing w:before="0" w:after="20"/>
        <w:jc w:val="both"/>
      </w:pPr>
      <w:r>
        <w:rPr>
          <w:rtl/>
        </w:rPr>
        <w:t>1. אין סוגריים.</w:t>
      </w:r>
    </w:p>
    <w:p>
      <w:pPr>
        <w:bidi/>
        <w:spacing w:before="0" w:after="20"/>
        <w:jc w:val="both"/>
      </w:pPr>
      <w:r>
        <w:rPr>
          <w:rtl/>
        </w:rPr>
        <w:t>2. חילוק וכפל משמאל לימין: ‪24 : 4 = 6‬, ‪6 × 3 = 18‬.</w:t>
      </w:r>
    </w:p>
    <w:p>
      <w:pPr>
        <w:bidi/>
        <w:spacing w:before="0" w:after="20"/>
        <w:jc w:val="both"/>
      </w:pPr>
      <w:r>
        <w:rPr>
          <w:rtl/>
        </w:rPr>
        <w:t>3. חיסור: ‪40 − 18 = 22‬.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22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חשבו לפי סדר הפעולות:</w:t>
      </w:r>
    </w:p>
    <w:p>
      <w:pPr>
        <w:bidi/>
        <w:spacing w:before="0" w:after="60"/>
        <w:jc w:val="both"/>
      </w:pPr>
      <w:r>
        <w:rPr>
          <w:rtl/>
        </w:rPr>
        <w:t>א. ‪7 + 3 × 9 = __________‬</w:t>
      </w:r>
    </w:p>
    <w:p>
      <w:pPr>
        <w:bidi/>
        <w:spacing w:before="0" w:after="60"/>
        <w:jc w:val="both"/>
      </w:pPr>
      <w:r>
        <w:rPr>
          <w:rtl/>
        </w:rPr>
        <w:t>ב. ‪(7 + 3) × 9 = __________‬</w:t>
      </w:r>
    </w:p>
    <w:p>
      <w:pPr>
        <w:bidi/>
        <w:spacing w:before="0" w:after="60"/>
        <w:jc w:val="both"/>
      </w:pPr>
      <w:r>
        <w:rPr>
          <w:rtl/>
        </w:rPr>
        <w:t>ג. ‪60 : 6 − 4 = __________‬</w:t>
      </w:r>
    </w:p>
    <w:p>
      <w:pPr>
        <w:bidi/>
        <w:spacing w:before="0" w:after="60"/>
        <w:jc w:val="both"/>
      </w:pPr>
      <w:r>
        <w:rPr>
          <w:rtl/>
        </w:rPr>
        <w:t>ד. ‪60 : (6 − 4)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34 · ב. 90 · ג. 6 · ד. 30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