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אומדן, סדר פעולות ובעיות כפל וחילוק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קוראים את הבעיה, מסמנים את הנתונים ואת השאלה.</w:t>
      </w:r>
    </w:p>
    <w:p>
      <w:pPr>
        <w:bidi/>
        <w:spacing w:before="0" w:after="20"/>
        <w:jc w:val="both"/>
      </w:pPr>
      <w:r>
        <w:rPr>
          <w:rtl/>
        </w:rPr>
        <w:t>2. שלב 2: מחליטים מה מחשבים קודם, וכותבים תרגיל אחד – עם סוגריים כשצריך.</w:t>
      </w:r>
    </w:p>
    <w:p>
      <w:pPr>
        <w:bidi/>
        <w:spacing w:before="0" w:after="20"/>
        <w:jc w:val="both"/>
      </w:pPr>
      <w:r>
        <w:rPr>
          <w:rtl/>
        </w:rPr>
        <w:t>3. שלב 3: סדר פעולות: קודם סוגריים, אחר כך כפל וחילוק, ובסוף חיבור וחיסור. למשל: ‪200 − 12 × 5 = 200 − 60 = 140‬.</w:t>
      </w:r>
    </w:p>
    <w:p>
      <w:pPr>
        <w:bidi/>
        <w:spacing w:before="0" w:after="20"/>
        <w:jc w:val="both"/>
      </w:pPr>
      <w:r>
        <w:rPr>
          <w:rtl/>
        </w:rPr>
        <w:t>4. שלב 4: לפני החישוב עושים אומדן (מעגלים לעשרות או למאות), ואחרי החישוב בודקים שהתשובה קרובה לאומדן.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קנו 6 כרטיסים במחיר 48 ₪ כל אחד, ושילמו בשטרות של 300 ₪. כמה עודף קיבלו?</w:t>
      </w:r>
    </w:p>
    <w:p>
      <w:pPr>
        <w:bidi/>
        <w:spacing w:before="0" w:after="20"/>
        <w:jc w:val="both"/>
      </w:pPr>
      <w:r>
        <w:rPr>
          <w:rtl/>
        </w:rPr>
        <w:t>1. אומדן: ‪6 × 50 = 300‬, לכן העודף יהיה קטן.</w:t>
      </w:r>
    </w:p>
    <w:p>
      <w:pPr>
        <w:bidi/>
        <w:spacing w:before="0" w:after="20"/>
        <w:jc w:val="both"/>
      </w:pPr>
      <w:r>
        <w:rPr>
          <w:rtl/>
        </w:rPr>
        <w:t>2. תרגיל אחד: ‪300 − 6 × 48‬</w:t>
      </w:r>
    </w:p>
    <w:p>
      <w:pPr>
        <w:bidi/>
        <w:spacing w:before="0" w:after="20"/>
        <w:jc w:val="both"/>
      </w:pPr>
      <w:r>
        <w:rPr>
          <w:rtl/>
        </w:rPr>
        <w:t>3. קודם כפל: ‪6 × 48 = 288‬</w:t>
      </w:r>
    </w:p>
    <w:p>
      <w:pPr>
        <w:bidi/>
        <w:spacing w:before="0" w:after="20"/>
        <w:jc w:val="both"/>
      </w:pPr>
      <w:r>
        <w:rPr>
          <w:rtl/>
        </w:rPr>
        <w:t>4. אחר כך חיסור: ‪300 − 288 = 12‬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קיבלו 12 ₪ עודף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60"/>
        <w:jc w:val="both"/>
      </w:pPr>
      <w:r>
        <w:rPr>
          <w:rtl/>
        </w:rPr>
        <w:t>א. ‪5 + 4 × 6 = __________‬</w:t>
      </w:r>
    </w:p>
    <w:p>
      <w:pPr>
        <w:bidi/>
        <w:spacing w:before="0" w:after="60"/>
        <w:jc w:val="both"/>
      </w:pPr>
      <w:r>
        <w:rPr>
          <w:rtl/>
        </w:rPr>
        <w:t>ב. ‪30 − 12 : 3 = __________‬</w:t>
      </w:r>
    </w:p>
    <w:p>
      <w:pPr>
        <w:bidi/>
        <w:spacing w:before="0" w:after="60"/>
        <w:jc w:val="both"/>
      </w:pPr>
      <w:r>
        <w:rPr>
          <w:rtl/>
        </w:rPr>
        <w:t>ג. ‪8 × 5 − 15 = __________‬</w:t>
      </w:r>
    </w:p>
    <w:p>
      <w:pPr>
        <w:bidi/>
        <w:spacing w:before="0" w:after="60"/>
        <w:jc w:val="both"/>
      </w:pPr>
      <w:r>
        <w:rPr>
          <w:rtl/>
        </w:rPr>
        <w:t>ד. ‪45 : 9 + 11 = __________‬</w:t>
      </w:r>
    </w:p>
    <w:p>
      <w:pPr>
        <w:bidi/>
        <w:spacing w:before="0" w:after="60"/>
        <w:jc w:val="both"/>
      </w:pPr>
      <w:r>
        <w:rPr>
          <w:rtl/>
        </w:rPr>
        <w:t>ה. ‪100 − 6 × 7 = __________‬</w:t>
      </w:r>
    </w:p>
    <w:p>
      <w:pPr>
        <w:bidi/>
        <w:spacing w:before="0" w:after="60"/>
        <w:jc w:val="both"/>
      </w:pPr>
      <w:r>
        <w:rPr>
          <w:rtl/>
        </w:rPr>
        <w:t>ו. ‪72 : 8 ×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– שימו לב לסוגריים.</w:t>
      </w:r>
    </w:p>
    <w:p>
      <w:pPr>
        <w:bidi/>
        <w:spacing w:before="0" w:after="60"/>
        <w:jc w:val="both"/>
      </w:pPr>
      <w:r>
        <w:rPr>
          <w:rtl/>
        </w:rPr>
        <w:t>א. ‪(5 + 4) × 6 = __________‬</w:t>
      </w:r>
    </w:p>
    <w:p>
      <w:pPr>
        <w:bidi/>
        <w:spacing w:before="0" w:after="60"/>
        <w:jc w:val="both"/>
      </w:pPr>
      <w:r>
        <w:rPr>
          <w:rtl/>
        </w:rPr>
        <w:t>ב. ‪(30 − 12) : 3 = __________‬</w:t>
      </w:r>
    </w:p>
    <w:p>
      <w:pPr>
        <w:bidi/>
        <w:spacing w:before="0" w:after="60"/>
        <w:jc w:val="both"/>
      </w:pPr>
      <w:r>
        <w:rPr>
          <w:rtl/>
        </w:rPr>
        <w:t>ג. ‪8 × (15 − 9) = __________‬</w:t>
      </w:r>
    </w:p>
    <w:p>
      <w:pPr>
        <w:bidi/>
        <w:spacing w:before="0" w:after="60"/>
        <w:jc w:val="both"/>
      </w:pPr>
      <w:r>
        <w:rPr>
          <w:rtl/>
        </w:rPr>
        <w:t>ד. ‪64 : (4 + 4) = __________‬</w:t>
      </w:r>
    </w:p>
    <w:p>
      <w:pPr>
        <w:bidi/>
        <w:spacing w:before="0" w:after="60"/>
        <w:jc w:val="both"/>
      </w:pPr>
      <w:r>
        <w:rPr>
          <w:rtl/>
        </w:rPr>
        <w:t>ה. ‪(18 + 22) × (9 − 7)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(תכונות 0 ו-1).</w:t>
      </w:r>
    </w:p>
    <w:p>
      <w:pPr>
        <w:bidi/>
        <w:spacing w:before="0" w:after="60"/>
        <w:jc w:val="both"/>
      </w:pPr>
      <w:r>
        <w:rPr>
          <w:rtl/>
        </w:rPr>
        <w:t>א. ‪2,316 × 1 = __________‬</w:t>
      </w:r>
    </w:p>
    <w:p>
      <w:pPr>
        <w:bidi/>
        <w:spacing w:before="0" w:after="60"/>
        <w:jc w:val="both"/>
      </w:pPr>
      <w:r>
        <w:rPr>
          <w:rtl/>
        </w:rPr>
        <w:t>ב. ‪0 × 845 = __________‬</w:t>
      </w:r>
    </w:p>
    <w:p>
      <w:pPr>
        <w:bidi/>
        <w:spacing w:before="0" w:after="60"/>
        <w:jc w:val="both"/>
      </w:pPr>
      <w:r>
        <w:rPr>
          <w:rtl/>
        </w:rPr>
        <w:t>ג. ‪789 : __________ = 789‬</w:t>
      </w:r>
    </w:p>
    <w:p>
      <w:pPr>
        <w:bidi/>
        <w:spacing w:before="0" w:after="60"/>
        <w:jc w:val="both"/>
      </w:pPr>
      <w:r>
        <w:rPr>
          <w:rtl/>
        </w:rPr>
        <w:t>ד. ‪__________ : 52 = 0‬</w:t>
      </w:r>
    </w:p>
    <w:p>
      <w:pPr>
        <w:bidi/>
        <w:spacing w:before="0" w:after="60"/>
        <w:jc w:val="both"/>
      </w:pPr>
      <w:r>
        <w:rPr>
          <w:rtl/>
        </w:rPr>
        <w:t>ה. ‪1 × 47 × 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אומדן (עגלו לעשרת או למאה הקרובה) וחישוב מדויק.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מדויקת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 ×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‪298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× 19‬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‪812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הוסיפו סוגריים כך שהתרגיל יהיה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בלי סוגריים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 הרצויה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התרגיל עם סוגריים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+ 6 ×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‪20 − 8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7 + 3‬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 : 5 + 7‬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 + 4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‪(6 + 4)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: 4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‪24 : (4 + 2)‬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 × 0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‪12 + 8 × 2 = 40‬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‪0 : 9 = 0‬      נכון / לא נכון</w:t>
      </w:r>
    </w:p>
    <w:p>
      <w:pPr>
        <w:bidi/>
        <w:spacing w:before="0" w:after="60"/>
        <w:jc w:val="both"/>
      </w:pPr>
      <w:r>
        <w:rPr>
          <w:rtl/>
        </w:rPr>
        <w:t>ג. אפשר לחלק כל מספר ב-0.      נכון / לא נכון</w:t>
      </w:r>
    </w:p>
    <w:p>
      <w:pPr>
        <w:bidi/>
        <w:spacing w:before="0" w:after="60"/>
        <w:jc w:val="both"/>
      </w:pPr>
      <w:r>
        <w:rPr>
          <w:rtl/>
        </w:rPr>
        <w:t>ד. ‪(12 + 8) × 2 = 40‬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האומדן הקרוב ביותר.</w:t>
      </w:r>
    </w:p>
    <w:p>
      <w:pPr>
        <w:bidi/>
        <w:spacing w:before="0" w:after="20"/>
        <w:jc w:val="both"/>
      </w:pPr>
      <w:r>
        <w:rPr>
          <w:rtl/>
        </w:rPr>
        <w:t>א. מה האומדן הטוב ביותר ל-‪412 × 5‬?</w:t>
      </w:r>
    </w:p>
    <w:p>
      <w:pPr>
        <w:bidi/>
        <w:spacing w:before="0" w:after="80"/>
        <w:jc w:val="both"/>
      </w:pPr>
      <w:r>
        <w:rPr>
          <w:rtl/>
        </w:rPr>
        <w:t xml:space="preserve">   ○ 2,000      ○ 200      ○ 20,000      ○ 4,000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ל-‪2,790 : 7‬?</w:t>
      </w:r>
    </w:p>
    <w:p>
      <w:pPr>
        <w:bidi/>
        <w:spacing w:before="0" w:after="80"/>
        <w:jc w:val="both"/>
      </w:pPr>
      <w:r>
        <w:rPr>
          <w:rtl/>
        </w:rPr>
        <w:t xml:space="preserve">   ○ 40      ○ 4,000      ○ 400      ○ 300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דניאל חישב: ‪18 + 2 × 5 = 100‬. הסבירו את הטעות שלו וכתבו את התשובה הנכונה.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בשני שלבים במשבצות: בכיתה 32 תלמידים. כל תלמיד הביא 3 ספרים לספרייה הכיתתית. את הספרים סידרו על 4 מדפים במספר שווה. כמה ספרים על כל מדף?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דניאל קנה 3 מחברות במחיר 12 ₪ כל אחת, וספר במחיר 45 ₪. כמה שילם דניאל?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בתיאטרון יש 19 שורות, ובכל שורה 21 מושבים. עשו אומדן: בערך כמה מושבים יש? אחר כך חשבו בדיוק.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בחנות היו 1,200 בקבוקי מים, ארוזים בארגזים של 24 בקבוקים. במשך השבוע מכרו 18 ארגזים. כמה ארגזים נשארו?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סבא קנה לנכדים 4 משחקים במחיר 65 ₪ כל אחד, ו-3 ספרים במחיר 38 ₪ כל אחד. כמה שילם סבא?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לטיול נסעו 3 אוטובוסים ובכל אחד 52 תלמידים, ואיתם 14 מורים. כל אחד קיבל 2 בקבוקי מים. כמה בקבוקים צריך? בכל ארגז יש 12 בקבוקים – כמה ארגזים צריך להביא?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ועד הכיתה אסף 35 ₪ מכל אחד מ-32 התלמידים. בכסף קנו מתנה למורה ב-680 ₪, ואת מה שנשאר חילקו שווה בשווה ל-4 מסיבות כיתה. כמה כסף יש לכל מסיבה?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אומדן, סדר פעולות ובעיות כפל וחילוק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40"/>
        <w:jc w:val="both"/>
      </w:pPr>
      <w:r>
        <w:rPr>
          <w:rtl/>
        </w:rPr>
        <w:t>א. ‪5 + 4 × 6 = 29‬</w:t>
      </w:r>
    </w:p>
    <w:p>
      <w:pPr>
        <w:bidi/>
        <w:spacing w:before="0" w:after="40"/>
        <w:jc w:val="both"/>
      </w:pPr>
      <w:r>
        <w:rPr>
          <w:rtl/>
        </w:rPr>
        <w:t>ב. ‪30 − 12 : 3 = 26‬</w:t>
      </w:r>
    </w:p>
    <w:p>
      <w:pPr>
        <w:bidi/>
        <w:spacing w:before="0" w:after="40"/>
        <w:jc w:val="both"/>
      </w:pPr>
      <w:r>
        <w:rPr>
          <w:rtl/>
        </w:rPr>
        <w:t>ג. ‪8 × 5 − 15 = 25‬</w:t>
      </w:r>
    </w:p>
    <w:p>
      <w:pPr>
        <w:bidi/>
        <w:spacing w:before="0" w:after="40"/>
        <w:jc w:val="both"/>
      </w:pPr>
      <w:r>
        <w:rPr>
          <w:rtl/>
        </w:rPr>
        <w:t>ד. ‪45 : 9 + 11 = 16‬</w:t>
      </w:r>
    </w:p>
    <w:p>
      <w:pPr>
        <w:bidi/>
        <w:spacing w:before="0" w:after="40"/>
        <w:jc w:val="both"/>
      </w:pPr>
      <w:r>
        <w:rPr>
          <w:rtl/>
        </w:rPr>
        <w:t>ה. ‪100 − 6 × 7 = 58‬</w:t>
      </w:r>
    </w:p>
    <w:p>
      <w:pPr>
        <w:bidi/>
        <w:spacing w:before="0" w:after="40"/>
        <w:jc w:val="both"/>
      </w:pPr>
      <w:r>
        <w:rPr>
          <w:rtl/>
        </w:rPr>
        <w:t>ו. ‪72 : 8 × 3 = 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– שימו לב לסוגריים.</w:t>
      </w:r>
    </w:p>
    <w:p>
      <w:pPr>
        <w:bidi/>
        <w:spacing w:before="0" w:after="40"/>
        <w:jc w:val="both"/>
      </w:pPr>
      <w:r>
        <w:rPr>
          <w:rtl/>
        </w:rPr>
        <w:t>א. ‪(5 + 4) × 6 = 54‬</w:t>
      </w:r>
    </w:p>
    <w:p>
      <w:pPr>
        <w:bidi/>
        <w:spacing w:before="0" w:after="40"/>
        <w:jc w:val="both"/>
      </w:pPr>
      <w:r>
        <w:rPr>
          <w:rtl/>
        </w:rPr>
        <w:t>ב. ‪(30 − 12) : 3 = 6‬</w:t>
      </w:r>
    </w:p>
    <w:p>
      <w:pPr>
        <w:bidi/>
        <w:spacing w:before="0" w:after="40"/>
        <w:jc w:val="both"/>
      </w:pPr>
      <w:r>
        <w:rPr>
          <w:rtl/>
        </w:rPr>
        <w:t>ג. ‪8 × (15 − 9) = 48‬</w:t>
      </w:r>
    </w:p>
    <w:p>
      <w:pPr>
        <w:bidi/>
        <w:spacing w:before="0" w:after="40"/>
        <w:jc w:val="both"/>
      </w:pPr>
      <w:r>
        <w:rPr>
          <w:rtl/>
        </w:rPr>
        <w:t>ד. ‪64 : (4 + 4) = 8‬</w:t>
      </w:r>
    </w:p>
    <w:p>
      <w:pPr>
        <w:bidi/>
        <w:spacing w:before="0" w:after="40"/>
        <w:jc w:val="both"/>
      </w:pPr>
      <w:r>
        <w:rPr>
          <w:rtl/>
        </w:rPr>
        <w:t>ה. ‪(18 + 22) × (9 − 7)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(תכונות 0 ו-1).</w:t>
      </w:r>
    </w:p>
    <w:p>
      <w:pPr>
        <w:bidi/>
        <w:spacing w:before="0" w:after="40"/>
        <w:jc w:val="both"/>
      </w:pPr>
      <w:r>
        <w:rPr>
          <w:rtl/>
        </w:rPr>
        <w:t>א. ‪2,316 × 1 = 2,316‬</w:t>
      </w:r>
    </w:p>
    <w:p>
      <w:pPr>
        <w:bidi/>
        <w:spacing w:before="0" w:after="40"/>
        <w:jc w:val="both"/>
      </w:pPr>
      <w:r>
        <w:rPr>
          <w:rtl/>
        </w:rPr>
        <w:t>ב. ‪0 × 845 = 0‬</w:t>
      </w:r>
    </w:p>
    <w:p>
      <w:pPr>
        <w:bidi/>
        <w:spacing w:before="0" w:after="40"/>
        <w:jc w:val="both"/>
      </w:pPr>
      <w:r>
        <w:rPr>
          <w:rtl/>
        </w:rPr>
        <w:t>ג. ‪789 : 1 = 789‬</w:t>
      </w:r>
    </w:p>
    <w:p>
      <w:pPr>
        <w:bidi/>
        <w:spacing w:before="0" w:after="40"/>
        <w:jc w:val="both"/>
      </w:pPr>
      <w:r>
        <w:rPr>
          <w:rtl/>
        </w:rPr>
        <w:t>ד. ‪0 : 52 = 0‬</w:t>
      </w:r>
    </w:p>
    <w:p>
      <w:pPr>
        <w:bidi/>
        <w:spacing w:before="0" w:after="40"/>
        <w:jc w:val="both"/>
      </w:pPr>
      <w:r>
        <w:rPr>
          <w:rtl/>
        </w:rPr>
        <w:t>ה. ‪1 × 47 × 0 =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אומדן (עגלו לעשרת או למאה הקרובה) וחישוב מדויק.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מדויקת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 ×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‪50 × 6 = 300‬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294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‪298 ×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‪300 × 4 = 1,200‬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1,192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× 19‬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‪30 × 20 = 600‬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589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‪812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‪800 : 4 = 200‬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הוסיפו סוגריים כך שהתרגיל יהיה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בלי סוגריים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התוצאה הרצויה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התרגיל עם סוגריים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+ 6 ×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‪(4 + 6) × 5‬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‪20 − 8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‪(20 − 8) : 4‬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7 + 3‬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 × (7 + 3)‬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 : 5 + 7‬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‪60 : (5 + 7)‬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‪6 + 4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‪(6 + 4)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‪24 : 4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‪24 : (4 + 2)‬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‪9 × 0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‪12 + 8 × 2 = 40‬ – לא נכון – ‪12 + 8 × 2 = 28‬</w:t>
      </w:r>
    </w:p>
    <w:p>
      <w:pPr>
        <w:bidi/>
        <w:spacing w:before="0" w:after="40"/>
        <w:jc w:val="both"/>
      </w:pPr>
      <w:r>
        <w:rPr>
          <w:rtl/>
        </w:rPr>
        <w:t>ב. ‪0 : 9 = 0‬ – נכון</w:t>
      </w:r>
    </w:p>
    <w:p>
      <w:pPr>
        <w:bidi/>
        <w:spacing w:before="0" w:after="40"/>
        <w:jc w:val="both"/>
      </w:pPr>
      <w:r>
        <w:rPr>
          <w:rtl/>
        </w:rPr>
        <w:t>ג. אפשר לחלק כל מספר ב-0. – לא נכון – אי אפשר לחלק ב-0</w:t>
      </w:r>
    </w:p>
    <w:p>
      <w:pPr>
        <w:bidi/>
        <w:spacing w:before="0" w:after="40"/>
        <w:jc w:val="both"/>
      </w:pPr>
      <w:r>
        <w:rPr>
          <w:rtl/>
        </w:rPr>
        <w:t>ד. ‪(12 + 8) × 2 = 40‬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בחרו את האומדן הקרוב ביותר.</w:t>
      </w:r>
    </w:p>
    <w:p>
      <w:pPr>
        <w:bidi/>
        <w:spacing w:before="0" w:after="20"/>
        <w:jc w:val="both"/>
      </w:pPr>
      <w:r>
        <w:rPr>
          <w:rtl/>
        </w:rPr>
        <w:t>א. מה האומדן הטוב ביותר ל-‪412 × 5‬?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2,000</w:t>
      </w:r>
    </w:p>
    <w:p>
      <w:pPr>
        <w:bidi/>
        <w:spacing w:before="0" w:after="20"/>
        <w:jc w:val="both"/>
      </w:pPr>
      <w:r>
        <w:rPr>
          <w:rtl/>
        </w:rPr>
        <w:t>ב. מה האומדן הטוב ביותר ל-‪2,790 : 7‬?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דניאל חישב: ‪18 + 2 × 5 = 100‬. הסבירו את הטעות שלו וכתבו את התשובה הנכונה.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דניאל חיבר קודם ‪(18 + 2 = 20)‬ ואחר כך כפל. לפי סדר הפעולות כופלים קודם: ‪2 × 5 = 10‬, ‪18 + 10 = 28‬.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בשני שלבים במשבצות: בכיתה 32 תלמידים. כל תלמיד הביא 3 ספרים לספרייה הכיתתית. את הספרים סידרו על 4 מדפים במספר שווה. כמה ספרים על כל מדף?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 × 3 = 96‬ ספרים; ‪96 : 4 = 24‬. תשובה: 24 ספרים על כל מדף.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דניאל קנה 3 מחברות במחיר 12 ₪ כל אחת, וספר במחיר 45 ₪. כמה שילם דניאל?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12 = 36‬ ; ‪36 + 45 = 81‬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דניאל שילם 81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בתיאטרון יש 19 שורות, ובכל שורה 21 מושבים. עשו אומדן: בערך כמה מושבים יש? אחר כך חשבו בדיוק.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‪20 × 20 = 400‬ ; בדיוק: ‪19 × 21 = 399‬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400 מושבים, ובדיוק 399 מושבים.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בחנות היו 1,200 בקבוקי מים, ארוזים בארגזים של 24 בקבוקים. במשך השבוע מכרו 18 ארגזים. כמה ארגזים נשארו?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‪1,200 : 24 = 50‬ ; ‪50 − 18 = 32‬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32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סבא קנה לנכדים 4 משחקים במחיר 65 ₪ כל אחד, ו-3 ספרים במחיר 38 ₪ כל אחד. כמה שילם סבא?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65 = 260‬ ; ‪3 × 38 = 114‬ ; ‪260 + 114 = 374‬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סבא שילם 374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לטיול נסעו 3 אוטובוסים ובכל אחד 52 תלמידים, ואיתם 14 מורים. כל אחד קיבל 2 בקבוקי מים. כמה בקבוקים צריך? בכל ארגז יש 12 בקבוקים – כמה ארגזים צריך להביא?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52 = 156‬ ; ‪156 + 14 = 170‬ ; ‪170 × 2 = 340‬ ; ‪340 : 12 = 28‬ ושארית 4, לכן צריך עוד ארגז: ‪28 + 1 = 29‬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340 בקבוקים, ולכן צריך להביא 29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ועד הכיתה אסף 35 ₪ מכל אחד מ-32 התלמידים. בכסף קנו מתנה למורה ב-680 ₪, ואת מה שנשאר חילקו שווה בשווה ל-4 מסיבות כיתה. כמה כסף יש לכל מסיבה?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‪35 × 32 = 1,120‬ ; ‪1,120 − 680 = 440‬ ; ‪440 : 4 = 110‬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לכל מסיבה יש 110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