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240" w:after="80"/>
        <w:jc w:val="center"/>
      </w:pPr>
      <w:r>
        <w:rPr>
          <w:rFonts w:ascii="Arial" w:hAnsi="Arial" w:cs="Arial"/>
          <w:color w:val="4338CA"/>
          <w:sz w:val="36"/>
          <w:szCs w:val="36"/>
          <w:rtl/>
        </w:rPr>
        <w:t>חוברת עבודה</w:t>
      </w:r>
    </w:p>
    <w:p>
      <w:pPr>
        <w:bidi/>
        <w:spacing w:before="0" w:after="80"/>
        <w:jc w:val="center"/>
      </w:pPr>
      <w:r>
        <w:rPr>
          <w:rFonts w:ascii="Tahoma" w:hAnsi="Tahoma" w:cs="Tahoma"/>
          <w:b/>
          <w:bCs/>
          <w:color w:val="4338CA"/>
          <w:sz w:val="88"/>
          <w:szCs w:val="88"/>
          <w:rtl/>
        </w:rPr>
        <w:t>מתמטיקה</w:t>
      </w:r>
    </w:p>
    <w:p>
      <w:pPr>
        <w:bidi/>
        <w:spacing w:before="0" w:after="80"/>
        <w:jc w:val="center"/>
      </w:pPr>
      <w:r>
        <w:rPr>
          <w:sz w:val="44"/>
          <w:szCs w:val="44"/>
          <w:rtl/>
        </w:rPr>
        <w:t>כפל וחילוק · כיתה ד'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8"/>
          <w:szCs w:val="48"/>
          <w:rtl/>
        </w:rPr>
        <w:t>תוכן העניינים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978"/>
      </w:tblGrid>
      <w:tr>
        <w:tc>
          <w:tcPr>
            <w:tcW w:type="dxa" w:w="9978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מבוא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1: כפל וחילוק בעל פה בעשרות ובמאות שלמות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2: כפל דו-ספרתי בדו-ספרתי בדרכים שונות (חוק הפילוג)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3: כפל במאונך בגורם רב-ספרתי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4: חילוק בעל פה: פילוג וחיסור חוזר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5: חילוק ארוך: המחלק חד-ספרתי או עשרת שלמה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6: סימני התחלקות ב-3, 6 ו-9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7: אומדן, סדר פעולות ובעיות כפל וחילוק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חזרה – מה למדנו?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תשובות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8"/>
          <w:szCs w:val="48"/>
          <w:rtl/>
        </w:rPr>
        <w:t>מבוא</w:t>
      </w:r>
    </w:p>
    <w:p>
      <w:pPr>
        <w:bidi/>
        <w:spacing w:before="0" w:after="120"/>
        <w:jc w:val="both"/>
      </w:pPr>
      <w:r>
        <w:rPr>
          <w:rtl/>
        </w:rPr>
        <w:t>שלום לתלמידות ולתלמידי כיתה ד'!</w:t>
      </w:r>
    </w:p>
    <w:p>
      <w:pPr>
        <w:bidi/>
        <w:spacing w:before="0" w:after="120"/>
        <w:jc w:val="both"/>
      </w:pPr>
      <w:r>
        <w:rPr>
          <w:rtl/>
        </w:rPr>
        <w:t>בחוברת הזאת נלמד לכפול ולחלק מספרים גדולים: כפל וחילוק בעל פה בעשרות ובמאות, כפל בחוק הפילוג ובמאונך, חילוק ארוך, סימני התחלקות, אומדן וסדר פעולות.</w:t>
      </w:r>
    </w:p>
    <w:p>
      <w:pPr>
        <w:bidi/>
        <w:spacing w:before="0" w:after="120"/>
        <w:jc w:val="both"/>
      </w:pPr>
      <w:r>
        <w:rPr>
          <w:rtl/>
        </w:rPr>
        <w:t>בכל פרק תמצאו הסבר עם דוגמה פתורה, כלל «זכרו!», תרגול מהקל אל הקשה ובעיות מהחיים. פתרו, הסבירו איך חשבתם, ובדקו את עצמכם באומדן. בהצלחה!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פרק 1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1: כפל וחילוק בעל פה בעשרות ובמאות שלמות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כפל בעשרות ובמאות</w:t>
      </w:r>
    </w:p>
    <w:p>
      <w:pPr>
        <w:bidi/>
        <w:spacing w:before="0" w:after="40"/>
        <w:jc w:val="both"/>
      </w:pPr>
      <w:r>
        <w:rPr>
          <w:rtl/>
        </w:rPr>
        <w:t>כופלים את הספרות שאינן אפס, ומוסיפים את האפסים של שני הגורמים.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עובדת כפל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בעשרות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במאות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3 = 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‪40 × 3 = 120‬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‪400 × 3 = 1,200‬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× 8 = 56‬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‪70 × 8 = 560‬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‪700 × 8 = 5,600‬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5 = 30‬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‪60 × 50 = 3,000‬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‪600 × 5 = 3,000‬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חילוק בעשרות ובמאות</w:t>
      </w:r>
    </w:p>
    <w:p>
      <w:pPr>
        <w:bidi/>
        <w:spacing w:before="0" w:after="20"/>
        <w:jc w:val="both"/>
      </w:pPr>
      <w:r>
        <w:rPr>
          <w:rtl/>
        </w:rPr>
        <w:t>1. מחשבים בעזרת עובדת כפל: 4,200 הן 42 מאות.</w:t>
      </w:r>
    </w:p>
    <w:p>
      <w:pPr>
        <w:bidi/>
        <w:spacing w:before="0" w:after="20"/>
        <w:jc w:val="both"/>
      </w:pPr>
      <w:r>
        <w:rPr>
          <w:rtl/>
        </w:rPr>
        <w:t>2. 42 מאות : ‪7 = 6‬ מאות, כלומר 600.</w:t>
      </w:r>
    </w:p>
    <w:p>
      <w:pPr>
        <w:bidi/>
        <w:spacing w:before="0" w:after="20"/>
        <w:jc w:val="both"/>
      </w:pPr>
      <w:r>
        <w:rPr>
          <w:rtl/>
        </w:rPr>
        <w:t>3. בודקים: המנה × המחלק = המחולק.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‪4,200 : 7 = 600 · 4,200 : 70 = 60‬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שימו לב</w:t>
      </w:r>
    </w:p>
    <w:p>
      <w:pPr>
        <w:bidi/>
        <w:spacing w:before="0" w:after="20"/>
        <w:jc w:val="both"/>
      </w:pPr>
      <w:r>
        <w:rPr>
          <w:rtl/>
        </w:rPr>
        <w:t>1. אם במכפלה של עובדת הכפל יש אפס – הוא נשאר: ‪50 × 8 = 400‬.</w:t>
      </w:r>
    </w:p>
    <w:p>
      <w:pPr>
        <w:bidi/>
        <w:spacing w:before="0" w:after="20"/>
        <w:jc w:val="both"/>
      </w:pPr>
      <w:r>
        <w:rPr>
          <w:rtl/>
        </w:rPr>
        <w:t>2. כפל ב-10 מוסיף אפס אחד, כפל ב-100 מוסיף שני אפסים.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מסתירים את האפסים ומחשבים את התרגיל הבסיסי מלוח הכפל. למשל ב-‪40 × 70‬ מחשבים ‪4 × 7 = 28‬.</w:t>
      </w:r>
    </w:p>
    <w:p>
      <w:pPr>
        <w:bidi/>
        <w:spacing w:before="0" w:after="20"/>
        <w:jc w:val="both"/>
      </w:pPr>
      <w:r>
        <w:rPr>
          <w:rtl/>
        </w:rPr>
        <w:t>2. שלב 2: בכפל מוסיפים לתוצאה את כל האפסים של שני הגורמים: ‪40 × 70 = 2,800‬.</w:t>
      </w:r>
    </w:p>
    <w:p>
      <w:pPr>
        <w:bidi/>
        <w:spacing w:before="0" w:after="20"/>
        <w:jc w:val="both"/>
      </w:pPr>
      <w:r>
        <w:rPr>
          <w:rtl/>
        </w:rPr>
        <w:t>3. שלב 3: בחילוק מורידים אותו מספר של אפסים מהמחולק ומהמחלק: ‪3,600 : 60 = 360 : 6 = 60‬.</w:t>
      </w:r>
    </w:p>
    <w:p>
      <w:pPr>
        <w:bidi/>
        <w:spacing w:before="0" w:after="20"/>
        <w:jc w:val="both"/>
      </w:pPr>
      <w:r>
        <w:rPr>
          <w:rtl/>
        </w:rPr>
        <w:t>4. שלב 4: בודקים בכפל: ‪60 × 60 = 3,600‬.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חשבו בעל פה: ‪4,200 : 70‬</w:t>
      </w:r>
    </w:p>
    <w:p>
      <w:pPr>
        <w:bidi/>
        <w:spacing w:before="0" w:after="20"/>
        <w:jc w:val="both"/>
      </w:pPr>
      <w:r>
        <w:rPr>
          <w:rtl/>
        </w:rPr>
        <w:t>1. מורידים אפס אחד מהמחולק ומהמחלק, ומקבלים ‪420 : 7‬</w:t>
      </w:r>
    </w:p>
    <w:p>
      <w:pPr>
        <w:bidi/>
        <w:spacing w:before="0" w:after="20"/>
        <w:jc w:val="both"/>
      </w:pPr>
      <w:r>
        <w:rPr>
          <w:rtl/>
        </w:rPr>
        <w:t>2. ‪42 : 7 = 6‬, ולכן ‪420 : 7 = 60‬</w:t>
      </w:r>
    </w:p>
    <w:p>
      <w:pPr>
        <w:bidi/>
        <w:spacing w:before="0" w:after="20"/>
        <w:jc w:val="both"/>
      </w:pPr>
      <w:r>
        <w:rPr>
          <w:rtl/>
        </w:rPr>
        <w:t>3. בדיקה: ‪60 × 70 = 4,200‬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60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60"/>
        <w:jc w:val="both"/>
      </w:pPr>
      <w:r>
        <w:rPr>
          <w:rtl/>
        </w:rPr>
        <w:t>א. ‪7 × 9 = __________‬</w:t>
      </w:r>
    </w:p>
    <w:p>
      <w:pPr>
        <w:bidi/>
        <w:spacing w:before="0" w:after="60"/>
        <w:jc w:val="both"/>
      </w:pPr>
      <w:r>
        <w:rPr>
          <w:rtl/>
        </w:rPr>
        <w:t>ב. ‪70 × 9 = __________‬</w:t>
      </w:r>
    </w:p>
    <w:p>
      <w:pPr>
        <w:bidi/>
        <w:spacing w:before="0" w:after="60"/>
        <w:jc w:val="both"/>
      </w:pPr>
      <w:r>
        <w:rPr>
          <w:rtl/>
        </w:rPr>
        <w:t>ג. ‪700 × 9 = __________‬</w:t>
      </w:r>
    </w:p>
    <w:p>
      <w:pPr>
        <w:bidi/>
        <w:spacing w:before="0" w:after="60"/>
        <w:jc w:val="both"/>
      </w:pPr>
      <w:r>
        <w:rPr>
          <w:rtl/>
        </w:rPr>
        <w:t>ד. ‪4 × 6 = __________‬</w:t>
      </w:r>
    </w:p>
    <w:p>
      <w:pPr>
        <w:bidi/>
        <w:spacing w:before="0" w:after="60"/>
        <w:jc w:val="both"/>
      </w:pPr>
      <w:r>
        <w:rPr>
          <w:rtl/>
        </w:rPr>
        <w:t>ה. ‪40 × 60 = __________‬</w:t>
      </w:r>
    </w:p>
    <w:p>
      <w:pPr>
        <w:bidi/>
        <w:spacing w:before="0" w:after="60"/>
        <w:jc w:val="both"/>
      </w:pPr>
      <w:r>
        <w:rPr>
          <w:rtl/>
        </w:rPr>
        <w:t>ו. ‪400 × 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60"/>
        <w:jc w:val="both"/>
      </w:pPr>
      <w:r>
        <w:rPr>
          <w:rtl/>
        </w:rPr>
        <w:t>א. ‪30 × 50 = __________‬</w:t>
      </w:r>
    </w:p>
    <w:p>
      <w:pPr>
        <w:bidi/>
        <w:spacing w:before="0" w:after="60"/>
        <w:jc w:val="both"/>
      </w:pPr>
      <w:r>
        <w:rPr>
          <w:rtl/>
        </w:rPr>
        <w:t>ב. ‪80 × 70 = __________‬</w:t>
      </w:r>
    </w:p>
    <w:p>
      <w:pPr>
        <w:bidi/>
        <w:spacing w:before="0" w:after="60"/>
        <w:jc w:val="both"/>
      </w:pPr>
      <w:r>
        <w:rPr>
          <w:rtl/>
        </w:rPr>
        <w:t>ג. ‪20 × 500 = __________‬</w:t>
      </w:r>
    </w:p>
    <w:p>
      <w:pPr>
        <w:bidi/>
        <w:spacing w:before="0" w:after="60"/>
        <w:jc w:val="both"/>
      </w:pPr>
      <w:r>
        <w:rPr>
          <w:rtl/>
        </w:rPr>
        <w:t>ד. ‪400 × 20 = __________‬</w:t>
      </w:r>
    </w:p>
    <w:p>
      <w:pPr>
        <w:bidi/>
        <w:spacing w:before="0" w:after="60"/>
        <w:jc w:val="both"/>
      </w:pPr>
      <w:r>
        <w:rPr>
          <w:rtl/>
        </w:rPr>
        <w:t>ה. ‪50 × 60 = __________‬</w:t>
      </w:r>
    </w:p>
    <w:p>
      <w:pPr>
        <w:bidi/>
        <w:spacing w:before="0" w:after="60"/>
        <w:jc w:val="both"/>
      </w:pPr>
      <w:r>
        <w:rPr>
          <w:rtl/>
        </w:rPr>
        <w:t>ו. ‪90 × 30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חלקו.</w:t>
      </w:r>
    </w:p>
    <w:p>
      <w:pPr>
        <w:bidi/>
        <w:spacing w:before="0" w:after="60"/>
        <w:jc w:val="both"/>
      </w:pPr>
      <w:r>
        <w:rPr>
          <w:rtl/>
        </w:rPr>
        <w:t>א. ‪420 : 7 = __________‬</w:t>
      </w:r>
    </w:p>
    <w:p>
      <w:pPr>
        <w:bidi/>
        <w:spacing w:before="0" w:after="60"/>
        <w:jc w:val="both"/>
      </w:pPr>
      <w:r>
        <w:rPr>
          <w:rtl/>
        </w:rPr>
        <w:t>ב. ‪5,600 : 8 = __________‬</w:t>
      </w:r>
    </w:p>
    <w:p>
      <w:pPr>
        <w:bidi/>
        <w:spacing w:before="0" w:after="60"/>
        <w:jc w:val="both"/>
      </w:pPr>
      <w:r>
        <w:rPr>
          <w:rtl/>
        </w:rPr>
        <w:t>ג. ‪2,700 : 9 = __________‬</w:t>
      </w:r>
    </w:p>
    <w:p>
      <w:pPr>
        <w:bidi/>
        <w:spacing w:before="0" w:after="60"/>
        <w:jc w:val="both"/>
      </w:pPr>
      <w:r>
        <w:rPr>
          <w:rtl/>
        </w:rPr>
        <w:t>ד. ‪3,000 : 6 = __________‬</w:t>
      </w:r>
    </w:p>
    <w:p>
      <w:pPr>
        <w:bidi/>
        <w:spacing w:before="0" w:after="60"/>
        <w:jc w:val="both"/>
      </w:pPr>
      <w:r>
        <w:rPr>
          <w:rtl/>
        </w:rPr>
        <w:t>ה. ‪6,400 : 80 = __________‬</w:t>
      </w:r>
    </w:p>
    <w:p>
      <w:pPr>
        <w:bidi/>
        <w:spacing w:before="0" w:after="60"/>
        <w:jc w:val="both"/>
      </w:pPr>
      <w:r>
        <w:rPr>
          <w:rtl/>
        </w:rPr>
        <w:t>ו. ‪4,900 : 70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9,400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טבלת החילוק.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3,200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3,200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5,400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‪__________ × 80 = 4,000‬</w:t>
      </w:r>
    </w:p>
    <w:p>
      <w:pPr>
        <w:bidi/>
        <w:spacing w:before="0" w:after="60"/>
        <w:jc w:val="both"/>
      </w:pPr>
      <w:r>
        <w:rPr>
          <w:rtl/>
        </w:rPr>
        <w:t>ב. ‪70 × __________ = 6,300‬</w:t>
      </w:r>
    </w:p>
    <w:p>
      <w:pPr>
        <w:bidi/>
        <w:spacing w:before="0" w:after="60"/>
        <w:jc w:val="both"/>
      </w:pPr>
      <w:r>
        <w:rPr>
          <w:rtl/>
        </w:rPr>
        <w:t>ג. ‪__________ : 9 = 800‬</w:t>
      </w:r>
    </w:p>
    <w:p>
      <w:pPr>
        <w:bidi/>
        <w:spacing w:before="0" w:after="60"/>
        <w:jc w:val="both"/>
      </w:pPr>
      <w:r>
        <w:rPr>
          <w:rtl/>
        </w:rPr>
        <w:t>ד. ‪7,200 : __________ = 900‬</w:t>
      </w:r>
    </w:p>
    <w:p>
      <w:pPr>
        <w:bidi/>
        <w:spacing w:before="0" w:after="60"/>
        <w:jc w:val="both"/>
      </w:pPr>
      <w:r>
        <w:rPr>
          <w:rtl/>
        </w:rPr>
        <w:t>ה. ‪30 × __________ = 9,000‬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כל תרגיל כפל לתרגיל החילוק הקשור אליו.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‪60 × 7 = 420‬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‪420 : 7 = 60‬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‪80 × 50 = 4,000‬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‪2,700 : 9 = 300‬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‪300 × 9 = 2,700‬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‪3,000 : 6 = 500‬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‪40 × 40 = 1,600‬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‪4,000 : 50 = 80‬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‪500 × 6 = 3,000‬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‪1,600 : 40 = 40‬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‪800 × 5 = 4,000‬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‪70 × 70 = 490‬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‪6,000 : 30 = 200‬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‪8,100 : 90 = 900‬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‪400 × 50 = ?‬</w:t>
      </w:r>
    </w:p>
    <w:p>
      <w:pPr>
        <w:bidi/>
        <w:spacing w:before="0" w:after="80"/>
        <w:jc w:val="both"/>
      </w:pPr>
      <w:r>
        <w:rPr>
          <w:rtl/>
        </w:rPr>
        <w:t xml:space="preserve">   ○ 2,000      ○ 200,000      ○ 20,000      ○ 2,050</w:t>
      </w:r>
    </w:p>
    <w:p>
      <w:pPr>
        <w:bidi/>
        <w:spacing w:before="0" w:after="20"/>
        <w:jc w:val="both"/>
      </w:pPr>
      <w:r>
        <w:rPr>
          <w:rtl/>
        </w:rPr>
        <w:t>ב. ‪3,500 : 50 = ?‬</w:t>
      </w:r>
    </w:p>
    <w:p>
      <w:pPr>
        <w:bidi/>
        <w:spacing w:before="0" w:after="80"/>
        <w:jc w:val="both"/>
      </w:pPr>
      <w:r>
        <w:rPr>
          <w:rtl/>
        </w:rPr>
        <w:t xml:space="preserve">   ○ 70      ○ 700      ○ 7      ○ 75</w:t>
      </w:r>
    </w:p>
    <w:p>
      <w:pPr>
        <w:bidi/>
        <w:spacing w:before="0" w:after="20"/>
        <w:jc w:val="both"/>
      </w:pPr>
      <w:r>
        <w:rPr>
          <w:rtl/>
        </w:rPr>
        <w:t>ג. איזה תרגיל שווה ל-‪80 × 30‬?</w:t>
      </w:r>
    </w:p>
    <w:p>
      <w:pPr>
        <w:bidi/>
        <w:spacing w:before="0" w:after="80"/>
        <w:jc w:val="both"/>
      </w:pPr>
      <w:r>
        <w:rPr>
          <w:rtl/>
        </w:rPr>
        <w:t xml:space="preserve">   ○ ‪80 × 3‬      ○ ‪8 × 300‬      ○ ‪800 × 30‬      ○ ‪8 × 30‬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מיינו: האם התוצאה קטנה מ-1,000 או גדולה מ-1,000?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המילים: ‪20 × 40‬  |  ‪30 × 50‬  |  ‪90 × 10‬  |  ‪600 × 3‬  |  ‪8,000 : 4‬  |  ‪5,600 : 8‬  |  ‪200 × 4‬  |  ‪40 × 30‬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מ-1,000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מ-1,000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הסבירו במילים איך אפשר לחשב בעל פה את ‪4,200 : 60‬. כתבו גם תרגיל בדיקה.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במאפייה אופים בכל שעה 300 לחמניות. כמה לחמניות אופים ב-8 שעות?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בספרייה 4,500 ספרים. מסדרים אותם על מדפים, 50 ספרים בכל מדף. כמה מדפים צריך?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לטיול השנתי יצאו 6 אוטובוסים, ובכל אחד 50 נוסעים. כל נוסע שילם 30 ₪. כמה כסף שילמו כל הנוסעים יחד? פתרו במשבצות.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אתגר: מכפלה של שני מספרים עגולים (מסתיימים באפס) היא 4,000. ההפרש ביניהם הוא 30. מהם המספרים?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בכל חבילת דפים יש 500 דפים. כמה דפים יש ב-7 חבילות?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ברפת בקיבוץ חילקו 2,700 ליטרים של חלב שווה בשווה ל-9 מכלים. כמה ליטרים יש בכל מכל?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בשכונה חדשה יש 80 בניינים, ובכל בניין 30 דירות. כמה דירות יש בשכונה?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בחוות שתילים שתלו 4,800 שתילים ב-60 שורות שוות. כמה שתילים יש בכל שורה?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עומר חסך 60 ₪ בכל חודש, במשך 20 חודשים. אחר כך קנה אופניים ב-800 ₪. כמה כסף נשאר לו?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בספרייה העירונית יש 9 ארונות, ובכל ארון 200 ספרים. הוסיפו עוד 600 ספרים, ואת כל הספרים סידרו שווה בשווה על 40 מדפים. כמה ספרים יש על כל מדף?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פרק 2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2: כפל דו-ספרתי בדו-ספרתי בדרכים שונות (חוק הפילוג)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חוק הפילוג</w:t>
      </w:r>
    </w:p>
    <w:p>
      <w:pPr>
        <w:bidi/>
        <w:spacing w:before="0" w:after="40"/>
        <w:jc w:val="both"/>
      </w:pPr>
      <w:r>
        <w:rPr>
          <w:rtl/>
        </w:rPr>
        <w:t>מפרקים גורם לעשרות ויחידות, כופלים כל חלק בגורם השני, ומחברים את המכפלות.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‪27 × 14 = 20 × 14 + 7 × 14 · 27 × 14 = 280 + 98 = 378‬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מודל המלבן: ‪27 × 14‬</w:t>
      </w:r>
    </w:p>
    <w:p>
      <w:pPr>
        <w:bidi/>
        <w:spacing w:before="0" w:after="40"/>
        <w:jc w:val="both"/>
      </w:pPr>
      <w:r>
        <w:rPr>
          <w:rtl/>
        </w:rPr>
        <w:t>מחברים את ארבעת החלקים: ‪200 + 70 + 80 + 28 = 378‬.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20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פילוג בעזרת חיסור</w:t>
      </w:r>
    </w:p>
    <w:p>
      <w:pPr>
        <w:bidi/>
        <w:spacing w:before="0" w:after="20"/>
        <w:jc w:val="both"/>
      </w:pPr>
      <w:r>
        <w:rPr>
          <w:rtl/>
        </w:rPr>
        <w:t>1. גורם קרוב לעשרת שלמה: ‪39 = 40 − 1‬.</w:t>
      </w:r>
    </w:p>
    <w:p>
      <w:pPr>
        <w:bidi/>
        <w:spacing w:before="0" w:after="20"/>
        <w:jc w:val="both"/>
      </w:pPr>
      <w:r>
        <w:rPr>
          <w:rtl/>
        </w:rPr>
        <w:t>2. ‪39 × 12 = 40 × 12 − 12 = 480 − 12 = 468‬.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מפרקים את אחד הגורמים לעשרות ולאחדות. למשל ב-‪23 × 14‬ מפרקים את 23 ל-20 ועוד 3.</w:t>
      </w:r>
    </w:p>
    <w:p>
      <w:pPr>
        <w:bidi/>
        <w:spacing w:before="0" w:after="20"/>
        <w:jc w:val="both"/>
      </w:pPr>
      <w:r>
        <w:rPr>
          <w:rtl/>
        </w:rPr>
        <w:t>2. שלב 2: כופלים כל חלק בגורם השני: ‪20 × 14 = 280‬ וגם ‪3 × 14 = 42‬.</w:t>
      </w:r>
    </w:p>
    <w:p>
      <w:pPr>
        <w:bidi/>
        <w:spacing w:before="0" w:after="20"/>
        <w:jc w:val="both"/>
      </w:pPr>
      <w:r>
        <w:rPr>
          <w:rtl/>
        </w:rPr>
        <w:t>3. שלב 3: מחברים את המכפלות: ‪280 + 42 = 322‬.</w:t>
      </w:r>
    </w:p>
    <w:p>
      <w:pPr>
        <w:bidi/>
        <w:spacing w:before="0" w:after="20"/>
        <w:jc w:val="both"/>
      </w:pPr>
      <w:r>
        <w:rPr>
          <w:rtl/>
        </w:rPr>
        <w:t>4. שלב 4: אפשר לצייר מלבן ולחלק אותו לחלקים, ולבדוק באומדן: ‪20 × 15 = 300‬, והתוצאה קרובה.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חשבו בעזרת מלבן: ‪27 × 13‬</w:t>
      </w:r>
    </w:p>
    <w:p>
      <w:pPr>
        <w:bidi/>
        <w:spacing w:before="0" w:after="20"/>
        <w:jc w:val="both"/>
      </w:pPr>
      <w:r>
        <w:rPr>
          <w:rtl/>
        </w:rPr>
        <w:t>1. מפרקים את 27 ל-20 ו-7, ואת 13 ל-10 ו-3, ומחלקים את המלבן ל-4 חלקים.</w:t>
      </w:r>
    </w:p>
    <w:p>
      <w:pPr>
        <w:bidi/>
        <w:spacing w:before="0" w:after="20"/>
        <w:jc w:val="both"/>
      </w:pPr>
      <w:r>
        <w:rPr>
          <w:rtl/>
        </w:rPr>
        <w:t>2. ‪20 × 10 = 200‬, ‪20 × 3 = 60‬, ‪7 × 10 = 70‬, ‪7 × 3 = 21‬</w:t>
      </w:r>
    </w:p>
    <w:p>
      <w:pPr>
        <w:bidi/>
        <w:spacing w:before="0" w:after="20"/>
        <w:jc w:val="both"/>
      </w:pPr>
      <w:r>
        <w:rPr>
          <w:rtl/>
        </w:rPr>
        <w:t>3. ‪200 + 60 + 70 + 21 = 351‬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‪27 × 13 = 351‬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השלימו לפי חוק הפילוג.</w:t>
      </w:r>
    </w:p>
    <w:p>
      <w:pPr>
        <w:bidi/>
        <w:spacing w:before="0" w:after="60"/>
        <w:jc w:val="both"/>
      </w:pPr>
      <w:r>
        <w:rPr>
          <w:rtl/>
        </w:rPr>
        <w:t>א. ‪13 × 6 = 10 × 6 + 3 × 6 = __________‬</w:t>
      </w:r>
    </w:p>
    <w:p>
      <w:pPr>
        <w:bidi/>
        <w:spacing w:before="0" w:after="60"/>
        <w:jc w:val="both"/>
      </w:pPr>
      <w:r>
        <w:rPr>
          <w:rtl/>
        </w:rPr>
        <w:t>ב. ‪24 × 7 = 20 × 7 + 4 × 7 = __________‬</w:t>
      </w:r>
    </w:p>
    <w:p>
      <w:pPr>
        <w:bidi/>
        <w:spacing w:before="0" w:after="60"/>
        <w:jc w:val="both"/>
      </w:pPr>
      <w:r>
        <w:rPr>
          <w:rtl/>
        </w:rPr>
        <w:t>ג. ‪56 × 3 = 50 × 3 + 6 × 3 = __________‬</w:t>
      </w:r>
    </w:p>
    <w:p>
      <w:pPr>
        <w:bidi/>
        <w:spacing w:before="0" w:after="60"/>
        <w:jc w:val="both"/>
      </w:pPr>
      <w:r>
        <w:rPr>
          <w:rtl/>
        </w:rPr>
        <w:t>ד. ‪69 × 4 = 60 × 4 + 9 ×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הפירוק.</w:t>
      </w:r>
    </w:p>
    <w:p>
      <w:pPr>
        <w:bidi/>
        <w:spacing w:before="0" w:after="60"/>
        <w:jc w:val="both"/>
      </w:pPr>
      <w:r>
        <w:rPr>
          <w:rtl/>
        </w:rPr>
        <w:t>א. ‪34 × 21 = 34 × 20 + 34 × __________‬</w:t>
      </w:r>
    </w:p>
    <w:p>
      <w:pPr>
        <w:bidi/>
        <w:spacing w:before="0" w:after="60"/>
        <w:jc w:val="both"/>
      </w:pPr>
      <w:r>
        <w:rPr>
          <w:rtl/>
        </w:rPr>
        <w:t>ב. ‪27 × 16 = __________ × 16 + 7 × 16‬</w:t>
      </w:r>
    </w:p>
    <w:p>
      <w:pPr>
        <w:bidi/>
        <w:spacing w:before="0" w:after="60"/>
        <w:jc w:val="both"/>
      </w:pPr>
      <w:r>
        <w:rPr>
          <w:rtl/>
        </w:rPr>
        <w:t>ג. ‪45 × 19 = 45 × 20 − 45 × __________‬</w:t>
      </w:r>
    </w:p>
    <w:p>
      <w:pPr>
        <w:bidi/>
        <w:spacing w:before="0" w:after="60"/>
        <w:jc w:val="both"/>
      </w:pPr>
      <w:r>
        <w:rPr>
          <w:rtl/>
        </w:rPr>
        <w:t>ד. ‪38 × 12 = 30 × 12 + __________ × 12‬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מודל המלבן של ‪43 × 25‬.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40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השתמשו במלבן מהתרגיל הקודם.</w:t>
      </w:r>
    </w:p>
    <w:p>
      <w:pPr>
        <w:bidi/>
        <w:spacing w:before="0" w:after="60"/>
        <w:jc w:val="both"/>
      </w:pPr>
      <w:r>
        <w:rPr>
          <w:rtl/>
        </w:rPr>
        <w:t>א. ‪43 × 25 = 800 + 60 + 200 + 15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חשבו בעזרת חוק הפילוג.</w:t>
      </w:r>
    </w:p>
    <w:p>
      <w:pPr>
        <w:bidi/>
        <w:spacing w:before="0" w:after="60"/>
        <w:jc w:val="both"/>
      </w:pPr>
      <w:r>
        <w:rPr>
          <w:rtl/>
        </w:rPr>
        <w:t>א. ‪14 × 12 = __________‬</w:t>
      </w:r>
    </w:p>
    <w:p>
      <w:pPr>
        <w:bidi/>
        <w:spacing w:before="0" w:after="60"/>
        <w:jc w:val="both"/>
      </w:pPr>
      <w:r>
        <w:rPr>
          <w:rtl/>
        </w:rPr>
        <w:t>ב. ‪22 × 23 = __________‬</w:t>
      </w:r>
    </w:p>
    <w:p>
      <w:pPr>
        <w:bidi/>
        <w:spacing w:before="0" w:after="60"/>
        <w:jc w:val="both"/>
      </w:pPr>
      <w:r>
        <w:rPr>
          <w:rtl/>
        </w:rPr>
        <w:t>ג. ‪35 × 14 = __________‬</w:t>
      </w:r>
    </w:p>
    <w:p>
      <w:pPr>
        <w:bidi/>
        <w:spacing w:before="0" w:after="60"/>
        <w:jc w:val="both"/>
      </w:pPr>
      <w:r>
        <w:rPr>
          <w:rtl/>
        </w:rPr>
        <w:t>ד. ‪18 × 31 = __________‬</w:t>
      </w:r>
    </w:p>
    <w:p>
      <w:pPr>
        <w:bidi/>
        <w:spacing w:before="0" w:after="60"/>
        <w:jc w:val="both"/>
      </w:pPr>
      <w:r>
        <w:rPr>
          <w:rtl/>
        </w:rPr>
        <w:t>ה. ‪44 × 21 = __________‬</w:t>
      </w:r>
    </w:p>
    <w:p>
      <w:pPr>
        <w:bidi/>
        <w:spacing w:before="0" w:after="60"/>
        <w:jc w:val="both"/>
      </w:pPr>
      <w:r>
        <w:rPr>
          <w:rtl/>
        </w:rPr>
        <w:t>ו. ‪53 × 12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חשבו בעזרת פילוג בחיסור.</w:t>
      </w:r>
    </w:p>
    <w:p>
      <w:pPr>
        <w:bidi/>
        <w:spacing w:before="0" w:after="60"/>
        <w:jc w:val="both"/>
      </w:pPr>
      <w:r>
        <w:rPr>
          <w:rtl/>
        </w:rPr>
        <w:t>א. ‪19 × 23 = __________‬</w:t>
      </w:r>
    </w:p>
    <w:p>
      <w:pPr>
        <w:bidi/>
        <w:spacing w:before="0" w:after="60"/>
        <w:jc w:val="both"/>
      </w:pPr>
      <w:r>
        <w:rPr>
          <w:rtl/>
        </w:rPr>
        <w:t>ב. ‪49 × 11 = __________‬</w:t>
      </w:r>
    </w:p>
    <w:p>
      <w:pPr>
        <w:bidi/>
        <w:spacing w:before="0" w:after="60"/>
        <w:jc w:val="both"/>
      </w:pPr>
      <w:r>
        <w:rPr>
          <w:rtl/>
        </w:rPr>
        <w:t>ג. ‪28 × 25 = __________‬</w:t>
      </w:r>
    </w:p>
    <w:p>
      <w:pPr>
        <w:bidi/>
        <w:spacing w:before="0" w:after="60"/>
        <w:jc w:val="both"/>
      </w:pPr>
      <w:r>
        <w:rPr>
          <w:rtl/>
        </w:rPr>
        <w:t>ד. ‪59 × 12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‪12 × 12‬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682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‪15 × 15‬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361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‪24 × 11‬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144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‪31 × 22‬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‪25 × 16‬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264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‪19 × 19‬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225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‪35 × 12 = 30 × 12 + 5 × 12‬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‪16 × 15 = 230‬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‪29 × 11 = 30 × 11 − 11‬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‪42 × 13 = 40 × 10 + 2 × 3‬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מיינו את התרגילים לפי התוצאה.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המילים: ‪12 × 25‬  |  ‪15 × 20‬  |  ‪10 × 30‬  |  ‪24 × 15‬  |  ‪18 × 20‬  |  ‪12 × 30‬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300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360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כמה חלקים יש במודל המלבן של ‪26 × 34‬?</w:t>
      </w:r>
    </w:p>
    <w:p>
      <w:pPr>
        <w:bidi/>
        <w:spacing w:before="0" w:after="80"/>
        <w:jc w:val="both"/>
      </w:pPr>
      <w:r>
        <w:rPr>
          <w:rtl/>
        </w:rPr>
        <w:t xml:space="preserve">   ○ 2      ○ 3      ○ 4      ○ 6</w:t>
      </w:r>
    </w:p>
    <w:p>
      <w:pPr>
        <w:bidi/>
        <w:spacing w:before="0" w:after="20"/>
        <w:jc w:val="both"/>
      </w:pPr>
      <w:r>
        <w:rPr>
          <w:rtl/>
        </w:rPr>
        <w:t>ב. ‪39 × 25 = ?‬</w:t>
      </w:r>
    </w:p>
    <w:p>
      <w:pPr>
        <w:bidi/>
        <w:spacing w:before="0" w:after="80"/>
        <w:jc w:val="both"/>
      </w:pPr>
      <w:r>
        <w:rPr>
          <w:rtl/>
        </w:rPr>
        <w:t xml:space="preserve">   ○ 965      ○ 1,000      ○ 875      ○ 975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מיכל אומרת שקל יותר לחשב ‪99 × 14‬ מאשר ‪87 × 14‬. הסבירו למה, וחשבו את ‪99 × 14‬.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בחנות ספורט 24 מדפים, ועל כל מדף 18 כדורים. כמה כדורים בחנות?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באולם 32 שורות של כיסאות, ובכל שורה 26 כיסאות. כמה כיסאות באולם? פתרו במשבצות בדרך שתבחרו.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עומר קרא 35 עמודים בכל יום במשך 21 ימים. נועה קראה 28 עמודים בכל יום במשך 25 ימים. מי קרא יותר עמודים, ובכמה?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אתגר: מצאו שני מספרים דו-ספרתיים שמכפלתם 391. רמז: שניהם קרובים ל-20.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בכל קופסה יש 16 טושים. כמה טושים יש ב-21 קופסאות?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יואב רוכב על אופניים 13 קילומטרים בכל יום. כמה קילומטרים ירכב ב-24 ימים?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באולם הכנסים יש 36 שורות, ובכל שורה 27 כסאות. כמה כסאות יש באולם?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ספר לימוד עולה 48 ₪. בית הספר קנה 19 ספרים. כמה שילם? רמז: 19 קרוב ל-20.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בחנות יש 25 ארגזים, ובכל ארגז 18 תפוחים. 37 תפוחים נרקבו וזרקו אותם. כמה תפוחים טובים נשארו?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משה חסך 15 ₪ בכל שבוע במשך 26 שבועות. נועם חסך 22 ₪ בכל שבוע במשך 18 שבועות. מי חסך יותר, ובכמה?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פרק 3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3: כפל במאונך בגורם רב-ספרתי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שלבי הכפל במאונך</w:t>
      </w:r>
    </w:p>
    <w:p>
      <w:pPr>
        <w:bidi/>
        <w:spacing w:before="0" w:after="20"/>
        <w:jc w:val="both"/>
      </w:pPr>
      <w:r>
        <w:rPr>
          <w:rtl/>
        </w:rPr>
        <w:t>1. כותבים יחידות מתחת ליחידות, עשרות מתחת לעשרות.</w:t>
      </w:r>
    </w:p>
    <w:p>
      <w:pPr>
        <w:bidi/>
        <w:spacing w:before="0" w:after="20"/>
        <w:jc w:val="both"/>
      </w:pPr>
      <w:r>
        <w:rPr>
          <w:rtl/>
        </w:rPr>
        <w:t>2. כופלים מימין לשמאל: יחידות, עשרות, מאות.</w:t>
      </w:r>
    </w:p>
    <w:p>
      <w:pPr>
        <w:bidi/>
        <w:spacing w:before="0" w:after="20"/>
        <w:jc w:val="both"/>
      </w:pPr>
      <w:r>
        <w:rPr>
          <w:rtl/>
        </w:rPr>
        <w:t>3. מכפלה גדולה מ-9: כותבים את היחידות ומעבירים את העשרות לטור הבא.</w:t>
      </w:r>
    </w:p>
    <w:p>
      <w:pPr>
        <w:bidi/>
        <w:spacing w:before="0" w:after="20"/>
        <w:jc w:val="both"/>
      </w:pPr>
      <w:r>
        <w:rPr>
          <w:rtl/>
        </w:rPr>
        <w:t>4. מוסיפים את המספר המועבר אחרי הכפל בטור הבא.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גורם דו-ספרתי: ‪235 × 14‬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חישוב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ביחידות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‪235 ×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940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בעשרות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‪235 × 10‬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2,350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חיבור השורות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‪940 + 2,350‬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3,290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בדיקה באומדן</w:t>
      </w:r>
    </w:p>
    <w:p>
      <w:pPr>
        <w:bidi/>
        <w:spacing w:before="0" w:after="40"/>
        <w:jc w:val="both"/>
      </w:pPr>
      <w:r>
        <w:rPr>
          <w:rtl/>
        </w:rPr>
        <w:t>מעגלים: ‪235 × 14 ≈ 200 × 10 = 2,000‬ או ‪240 × 15 = 3,600‬. התשובה 3,290 סבירה.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כותבים את המספרים זה מתחת לזה, אחדות מתחת לאחדות.</w:t>
      </w:r>
    </w:p>
    <w:p>
      <w:pPr>
        <w:bidi/>
        <w:spacing w:before="0" w:after="20"/>
        <w:jc w:val="both"/>
      </w:pPr>
      <w:r>
        <w:rPr>
          <w:rtl/>
        </w:rPr>
        <w:t>2. שלב 2: כופלים את המספר העליון בספרת האחדות של הגורם התחתון, וכותבים את השורה הראשונה.</w:t>
      </w:r>
    </w:p>
    <w:p>
      <w:pPr>
        <w:bidi/>
        <w:spacing w:before="0" w:after="20"/>
        <w:jc w:val="both"/>
      </w:pPr>
      <w:r>
        <w:rPr>
          <w:rtl/>
        </w:rPr>
        <w:t>3. שלב 3: כופלים בספרת העשרות. מכיוון שזו עשרת, כותבים 0 בעמודת האחדות ומתחילים מתחת לעשרות.</w:t>
      </w:r>
    </w:p>
    <w:p>
      <w:pPr>
        <w:bidi/>
        <w:spacing w:before="0" w:after="20"/>
        <w:jc w:val="both"/>
      </w:pPr>
      <w:r>
        <w:rPr>
          <w:rtl/>
        </w:rPr>
        <w:t>4. שלב 4: מחברים את השורות ובודקים באומדן.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פתרו במאונך: ‪235 × 14‬</w:t>
      </w:r>
    </w:p>
    <w:p>
      <w:pPr>
        <w:bidi/>
        <w:spacing w:before="0" w:after="20"/>
        <w:jc w:val="both"/>
      </w:pPr>
      <w:r>
        <w:rPr>
          <w:rtl/>
        </w:rPr>
        <w:t>1. שורה ראשונה: ‪235 × 4 = 940‬</w:t>
      </w:r>
    </w:p>
    <w:p>
      <w:pPr>
        <w:bidi/>
        <w:spacing w:before="0" w:after="20"/>
        <w:jc w:val="both"/>
      </w:pPr>
      <w:r>
        <w:rPr>
          <w:rtl/>
        </w:rPr>
        <w:t>2. שורה שנייה: ‪235 × 10 = 2,350‬</w:t>
      </w:r>
    </w:p>
    <w:p>
      <w:pPr>
        <w:bidi/>
        <w:spacing w:before="0" w:after="20"/>
        <w:jc w:val="both"/>
      </w:pPr>
      <w:r>
        <w:rPr>
          <w:rtl/>
        </w:rPr>
        <w:t>3. מחברים: ‪940 + 2,350 = 3,290‬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‪235 × 14 = 3,290‬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פתרו במאונך.</w:t>
      </w:r>
    </w:p>
    <w:p>
      <w:pPr>
        <w:bidi/>
        <w:spacing w:before="0" w:after="60"/>
        <w:jc w:val="both"/>
      </w:pPr>
      <w:r>
        <w:rPr>
          <w:rtl/>
        </w:rPr>
        <w:t>א. ‪312 × 3 = __________‬</w:t>
      </w:r>
    </w:p>
    <w:p>
      <w:pPr>
        <w:bidi/>
        <w:spacing w:before="0" w:after="60"/>
        <w:jc w:val="both"/>
      </w:pPr>
      <w:r>
        <w:rPr>
          <w:rtl/>
        </w:rPr>
        <w:t>ב. ‪221 × 4 = __________‬</w:t>
      </w:r>
    </w:p>
    <w:p>
      <w:pPr>
        <w:bidi/>
        <w:spacing w:before="0" w:after="60"/>
        <w:jc w:val="both"/>
      </w:pPr>
      <w:r>
        <w:rPr>
          <w:rtl/>
        </w:rPr>
        <w:t>ג. ‪1,103 × 3 = __________‬</w:t>
      </w:r>
    </w:p>
    <w:p>
      <w:pPr>
        <w:bidi/>
        <w:spacing w:before="0" w:after="60"/>
        <w:jc w:val="both"/>
      </w:pPr>
      <w:r>
        <w:rPr>
          <w:rtl/>
        </w:rPr>
        <w:t>ד. ‪2,012 ×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פתרו במאונך – עם העברה.</w:t>
      </w:r>
    </w:p>
    <w:p>
      <w:pPr>
        <w:bidi/>
        <w:spacing w:before="0" w:after="60"/>
        <w:jc w:val="both"/>
      </w:pPr>
      <w:r>
        <w:rPr>
          <w:rtl/>
        </w:rPr>
        <w:t>א. ‪138 × 4 = __________‬</w:t>
      </w:r>
    </w:p>
    <w:p>
      <w:pPr>
        <w:bidi/>
        <w:spacing w:before="0" w:after="60"/>
        <w:jc w:val="both"/>
      </w:pPr>
      <w:r>
        <w:rPr>
          <w:rtl/>
        </w:rPr>
        <w:t>ב. ‪259 × 3 = __________‬</w:t>
      </w:r>
    </w:p>
    <w:p>
      <w:pPr>
        <w:bidi/>
        <w:spacing w:before="0" w:after="60"/>
        <w:jc w:val="both"/>
      </w:pPr>
      <w:r>
        <w:rPr>
          <w:rtl/>
        </w:rPr>
        <w:t>ג. ‪467 × 5 = __________‬</w:t>
      </w:r>
    </w:p>
    <w:p>
      <w:pPr>
        <w:bidi/>
        <w:spacing w:before="0" w:after="60"/>
        <w:jc w:val="both"/>
      </w:pPr>
      <w:r>
        <w:rPr>
          <w:rtl/>
        </w:rPr>
        <w:t>ד. ‪685 × 9 = __________‬</w:t>
      </w:r>
    </w:p>
    <w:p>
      <w:pPr>
        <w:bidi/>
        <w:spacing w:before="0" w:after="60"/>
        <w:jc w:val="both"/>
      </w:pPr>
      <w:r>
        <w:rPr>
          <w:rtl/>
        </w:rPr>
        <w:t>ה. ‪1,324 × 6 = __________‬</w:t>
      </w:r>
    </w:p>
    <w:p>
      <w:pPr>
        <w:bidi/>
        <w:spacing w:before="0" w:after="60"/>
        <w:jc w:val="both"/>
      </w:pPr>
      <w:r>
        <w:rPr>
          <w:rtl/>
        </w:rPr>
        <w:t>ו. ‪1,789 × 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 – שימו לב לאפס.</w:t>
      </w:r>
    </w:p>
    <w:p>
      <w:pPr>
        <w:bidi/>
        <w:spacing w:before="0" w:after="60"/>
        <w:jc w:val="both"/>
      </w:pPr>
      <w:r>
        <w:rPr>
          <w:rtl/>
        </w:rPr>
        <w:t>א. ‪602 × 4 = __________‬</w:t>
      </w:r>
    </w:p>
    <w:p>
      <w:pPr>
        <w:bidi/>
        <w:spacing w:before="0" w:after="60"/>
        <w:jc w:val="both"/>
      </w:pPr>
      <w:r>
        <w:rPr>
          <w:rtl/>
        </w:rPr>
        <w:t>ב. ‪1,009 × 7 = __________‬</w:t>
      </w:r>
    </w:p>
    <w:p>
      <w:pPr>
        <w:bidi/>
        <w:spacing w:before="0" w:after="60"/>
        <w:jc w:val="both"/>
      </w:pPr>
      <w:r>
        <w:rPr>
          <w:rtl/>
        </w:rPr>
        <w:t>ג. ‪380 × 6 = __________‬</w:t>
      </w:r>
    </w:p>
    <w:p>
      <w:pPr>
        <w:bidi/>
        <w:spacing w:before="0" w:after="60"/>
        <w:jc w:val="both"/>
      </w:pPr>
      <w:r>
        <w:rPr>
          <w:rtl/>
        </w:rPr>
        <w:t>ד. ‪2,040 × 3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פתרו במאונך – גורם דו-ספרתי.</w:t>
      </w:r>
    </w:p>
    <w:p>
      <w:pPr>
        <w:bidi/>
        <w:spacing w:before="0" w:after="60"/>
        <w:jc w:val="both"/>
      </w:pPr>
      <w:r>
        <w:rPr>
          <w:rtl/>
        </w:rPr>
        <w:t>א. ‪34 × 13 = __________‬</w:t>
      </w:r>
    </w:p>
    <w:p>
      <w:pPr>
        <w:bidi/>
        <w:spacing w:before="0" w:after="60"/>
        <w:jc w:val="both"/>
      </w:pPr>
      <w:r>
        <w:rPr>
          <w:rtl/>
        </w:rPr>
        <w:t>ב. ‪56 × 27 = __________‬</w:t>
      </w:r>
    </w:p>
    <w:p>
      <w:pPr>
        <w:bidi/>
        <w:spacing w:before="0" w:after="60"/>
        <w:jc w:val="both"/>
      </w:pPr>
      <w:r>
        <w:rPr>
          <w:rtl/>
        </w:rPr>
        <w:t>ג. ‪213 × 32 = __________‬</w:t>
      </w:r>
    </w:p>
    <w:p>
      <w:pPr>
        <w:bidi/>
        <w:spacing w:before="0" w:after="60"/>
        <w:jc w:val="both"/>
      </w:pPr>
      <w:r>
        <w:rPr>
          <w:rtl/>
        </w:rPr>
        <w:t>ד. ‪145 × 24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פתרו במאונך: ‪836 × 9‬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השלימו את שלבי הכפל של ‪427 × 18‬.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חישוב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ביחידות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‪427 ×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בעשרות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‪427 × 10‬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חיבור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השלימו את הספרה החסרה במכפלה.</w:t>
      </w:r>
    </w:p>
    <w:p>
      <w:pPr>
        <w:bidi/>
        <w:spacing w:before="0" w:after="60"/>
        <w:jc w:val="both"/>
      </w:pPr>
      <w:r>
        <w:rPr>
          <w:rtl/>
        </w:rPr>
        <w:t>א. ‪123 × 4 = 4__________2‬</w:t>
      </w:r>
    </w:p>
    <w:p>
      <w:pPr>
        <w:bidi/>
        <w:spacing w:before="0" w:after="60"/>
        <w:jc w:val="both"/>
      </w:pPr>
      <w:r>
        <w:rPr>
          <w:rtl/>
        </w:rPr>
        <w:t>ב. ‪215 × 3 = 6__________5‬</w:t>
      </w:r>
    </w:p>
    <w:p>
      <w:pPr>
        <w:bidi/>
        <w:spacing w:before="0" w:after="60"/>
        <w:jc w:val="both"/>
      </w:pPr>
      <w:r>
        <w:rPr>
          <w:rtl/>
        </w:rPr>
        <w:t>ג. ‪342 × 2 = 6__________4‬</w:t>
      </w:r>
    </w:p>
    <w:p>
      <w:pPr>
        <w:bidi/>
        <w:spacing w:before="0" w:after="60"/>
        <w:jc w:val="both"/>
      </w:pPr>
      <w:r>
        <w:rPr>
          <w:rtl/>
        </w:rPr>
        <w:t>ד. ‪1,111 × 6 = 6,6__________6‬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‪405 ×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3,488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‪318 ×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2,430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‪752 ×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2,862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‪63 × 47‬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3,008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‪109 × 32‬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2,961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‪507 × 8 = 4,056‬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‪129 × 6 = 714‬      נכון / לא נכון</w:t>
      </w:r>
    </w:p>
    <w:p>
      <w:pPr>
        <w:bidi/>
        <w:spacing w:before="0" w:after="60"/>
        <w:jc w:val="both"/>
      </w:pPr>
      <w:r>
        <w:rPr>
          <w:rtl/>
        </w:rPr>
        <w:t>ג. בכפל בגורם דו-ספרתי מחברים בסוף שתי שורות.      נכון / לא נכון</w:t>
      </w:r>
    </w:p>
    <w:p>
      <w:pPr>
        <w:bidi/>
        <w:spacing w:before="0" w:after="60"/>
        <w:jc w:val="both"/>
      </w:pPr>
      <w:r>
        <w:rPr>
          <w:rtl/>
        </w:rPr>
        <w:t>ד. ‪35 × 42 = 1,370‬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‪1,234 × 5 = ?‬</w:t>
      </w:r>
    </w:p>
    <w:p>
      <w:pPr>
        <w:bidi/>
        <w:spacing w:before="0" w:after="80"/>
        <w:jc w:val="both"/>
      </w:pPr>
      <w:r>
        <w:rPr>
          <w:rtl/>
        </w:rPr>
        <w:t xml:space="preserve">   ○ 5,170      ○ 6,070      ○ 6,170      ○ 61,700</w:t>
      </w:r>
    </w:p>
    <w:p>
      <w:pPr>
        <w:bidi/>
        <w:spacing w:before="0" w:after="20"/>
        <w:jc w:val="both"/>
      </w:pPr>
      <w:r>
        <w:rPr>
          <w:rtl/>
        </w:rPr>
        <w:t>ב. מה האומדן הטוב ביותר ל-‪298 × 31‬?</w:t>
      </w:r>
    </w:p>
    <w:p>
      <w:pPr>
        <w:bidi/>
        <w:spacing w:before="0" w:after="80"/>
        <w:jc w:val="both"/>
      </w:pPr>
      <w:r>
        <w:rPr>
          <w:rtl/>
        </w:rPr>
        <w:t xml:space="preserve">   ○ ‪300 × 30 = 9,000‬      ○ ‪200 × 30 = 6,000‬      ○ ‪300 × 40 = 12,000‬      ○ ‪30 × 30 = 900‬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דניאל אומר: «כדי לחשב ‪26 × 45‬ במאונך, כופלים ‪26 × 5‬ ואז ‪26 × 4‬ ומחברים». הסבירו את הטעות.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מטוס טס 845 ק"מ בכל שעה. כמה ק"מ יטוס ב-7 שעות?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בבית ספר 28 כיתות, ובכל כיתה 34 תלמידים. כל תלמיד קיבל 3 מחברות. כמה מחברות חילקו? פתרו במשבצות.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אריאל קנה 12 כרטיסים להופעה, כל כרטיס ב-145 ₪. הוא שילם ב-2,000 ₪. כמה עודף קיבל?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אתגר: השלימו את הספרות החסרות: ‪3_7 × 6 = 2,262‬. הסבירו איך מצאתם.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בכל קופסה יש 64 עפרונות. כמה עפרונות יש ב-15 קופסאות?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בכל שורה בחלקה החקלאית שתלו 128 שתילים. כמה שתילים שתלו ב-23 שורות?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סוחר בשוק מחנה יהודה מוכר 236 קילוגרם עגבניות בכל יום. כמה קילוגרם ימכור ב-28 ימים?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לכל תלמיד בשכבה מכינים 17 דפי עבודה. בשכבה יש 154 תלמידים. כמה דפים צריך להדפיס?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עידו חסך 125 ₪ בכל חודש במשך 12 חודשים. אחר כך קנה מחשב ב-1,290 ₪. כמה כסף נשאר לו?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במחסן יש 36 משטחים, ובכל משטח 75 ארגזים. היום שלחו לחנויות 1,180 ארגזים. כמה ארגזים נשארו במחסן?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פרק 4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4: חילוק בעל פה: פילוג וחיסור חוזר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חילוק בפילוג</w:t>
      </w:r>
    </w:p>
    <w:p>
      <w:pPr>
        <w:bidi/>
        <w:spacing w:before="0" w:after="40"/>
        <w:jc w:val="both"/>
      </w:pPr>
      <w:r>
        <w:rPr>
          <w:rtl/>
        </w:rPr>
        <w:t>מפרקים את המחולק לחלקים שמתחלקים במחלק, מחלקים כל חלק ומחברים.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‪128 : 8 = 80 : 8 + 48 : 8 = 10 + 6 = 16‬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חיסור חוזר: ‪91 : 7‬</w:t>
      </w:r>
    </w:p>
    <w:p>
      <w:pPr>
        <w:bidi/>
        <w:spacing w:before="0" w:after="40"/>
        <w:jc w:val="both"/>
      </w:pPr>
      <w:r>
        <w:rPr>
          <w:rtl/>
        </w:rPr>
        <w:t>סך הכול ‪10 + 3 = 13‬, ולכן ‪91 : 7 = 13‬.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מחסרים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נשאר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כמה פעמים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שארית</w:t>
      </w:r>
    </w:p>
    <w:p>
      <w:pPr>
        <w:bidi/>
        <w:spacing w:before="0" w:after="20"/>
        <w:jc w:val="both"/>
      </w:pPr>
      <w:r>
        <w:rPr>
          <w:rtl/>
        </w:rPr>
        <w:t>1. השארית תמיד קטנה מהמחלק.</w:t>
      </w:r>
    </w:p>
    <w:p>
      <w:pPr>
        <w:bidi/>
        <w:spacing w:before="0" w:after="20"/>
        <w:jc w:val="both"/>
      </w:pPr>
      <w:r>
        <w:rPr>
          <w:rtl/>
        </w:rPr>
        <w:t>2. בדיקה: מנה × מחלק + שארית = מחולק.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‪38 : 5 = 7‬ (שארית 3), כי ‪7 × 5 + 3 = 38‬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מפרקים את המחולק לשני חלקים שקל לחלק במחלק – בדרך כלל עשרות שלמות ועוד חלק. למשל את 84 מפרקים ל-80 ועוד 4.</w:t>
      </w:r>
    </w:p>
    <w:p>
      <w:pPr>
        <w:bidi/>
        <w:spacing w:before="0" w:after="20"/>
        <w:jc w:val="both"/>
      </w:pPr>
      <w:r>
        <w:rPr>
          <w:rtl/>
        </w:rPr>
        <w:t>2. שלב 2: מחלקים כל חלק במחלק: ‪80 : 4 = 20‬ וגם ‪4 : 4 = 1‬.</w:t>
      </w:r>
    </w:p>
    <w:p>
      <w:pPr>
        <w:bidi/>
        <w:spacing w:before="0" w:after="20"/>
        <w:jc w:val="both"/>
      </w:pPr>
      <w:r>
        <w:rPr>
          <w:rtl/>
        </w:rPr>
        <w:t>3. שלב 3: מחברים את שתי המנות: ‪20 + 1 = 21‬.</w:t>
      </w:r>
    </w:p>
    <w:p>
      <w:pPr>
        <w:bidi/>
        <w:spacing w:before="0" w:after="20"/>
        <w:jc w:val="both"/>
      </w:pPr>
      <w:r>
        <w:rPr>
          <w:rtl/>
        </w:rPr>
        <w:t>4. שלב 4: דרך אחרת היא חיסור חוזר: מחסירים קבוצות של המחלק (למשל 10 קבוצות בכל פעם) וסופרים כמה קבוצות הוחסרו.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חשבו בחיסור חוזר: ‪112 : 8‬</w:t>
      </w:r>
    </w:p>
    <w:p>
      <w:pPr>
        <w:bidi/>
        <w:spacing w:before="0" w:after="20"/>
        <w:jc w:val="both"/>
      </w:pPr>
      <w:r>
        <w:rPr>
          <w:rtl/>
        </w:rPr>
        <w:t>1. מחסירים 10 קבוצות של 8, כלומר ‪80: 112 − 80 = 32‬</w:t>
      </w:r>
    </w:p>
    <w:p>
      <w:pPr>
        <w:bidi/>
        <w:spacing w:before="0" w:after="20"/>
        <w:jc w:val="both"/>
      </w:pPr>
      <w:r>
        <w:rPr>
          <w:rtl/>
        </w:rPr>
        <w:t>2. מחסירים עוד 4 קבוצות של ‪8: 32 − 32 = 0‬</w:t>
      </w:r>
    </w:p>
    <w:p>
      <w:pPr>
        <w:bidi/>
        <w:spacing w:before="0" w:after="20"/>
        <w:jc w:val="both"/>
      </w:pPr>
      <w:r>
        <w:rPr>
          <w:rtl/>
        </w:rPr>
        <w:t>3. סופרים את הקבוצות: ‪10 + 4 = 14‬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‪112 : 8 = 14‬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חלקו בפילוג.</w:t>
      </w:r>
    </w:p>
    <w:p>
      <w:pPr>
        <w:bidi/>
        <w:spacing w:before="0" w:after="60"/>
        <w:jc w:val="both"/>
      </w:pPr>
      <w:r>
        <w:rPr>
          <w:rtl/>
        </w:rPr>
        <w:t>א. ‪39 : 3 = 30 : 3 + 9 : 3 = __________‬</w:t>
      </w:r>
    </w:p>
    <w:p>
      <w:pPr>
        <w:bidi/>
        <w:spacing w:before="0" w:after="60"/>
        <w:jc w:val="both"/>
      </w:pPr>
      <w:r>
        <w:rPr>
          <w:rtl/>
        </w:rPr>
        <w:t>ב. ‪56 : 4 = 40 : 4 + 16 : 4 = __________‬</w:t>
      </w:r>
    </w:p>
    <w:p>
      <w:pPr>
        <w:bidi/>
        <w:spacing w:before="0" w:after="60"/>
        <w:jc w:val="both"/>
      </w:pPr>
      <w:r>
        <w:rPr>
          <w:rtl/>
        </w:rPr>
        <w:t>ג. ‪78 : 6 = 60 : 6 + 18 : 6 = __________‬</w:t>
      </w:r>
    </w:p>
    <w:p>
      <w:pPr>
        <w:bidi/>
        <w:spacing w:before="0" w:after="60"/>
        <w:jc w:val="both"/>
      </w:pPr>
      <w:r>
        <w:rPr>
          <w:rtl/>
        </w:rPr>
        <w:t>ד. ‪135 : 5 = 100 : 5 + 35 : 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החלק החסר.</w:t>
      </w:r>
    </w:p>
    <w:p>
      <w:pPr>
        <w:bidi/>
        <w:spacing w:before="0" w:after="60"/>
        <w:jc w:val="both"/>
      </w:pPr>
      <w:r>
        <w:rPr>
          <w:rtl/>
        </w:rPr>
        <w:t>א. ‪68 : 4 = 40 : 4 + __________ : 4‬</w:t>
      </w:r>
    </w:p>
    <w:p>
      <w:pPr>
        <w:bidi/>
        <w:spacing w:before="0" w:after="60"/>
        <w:jc w:val="both"/>
      </w:pPr>
      <w:r>
        <w:rPr>
          <w:rtl/>
        </w:rPr>
        <w:t>ב. ‪114 : 6 = 60 : 6 + __________ : 6‬</w:t>
      </w:r>
    </w:p>
    <w:p>
      <w:pPr>
        <w:bidi/>
        <w:spacing w:before="0" w:after="60"/>
        <w:jc w:val="both"/>
      </w:pPr>
      <w:r>
        <w:rPr>
          <w:rtl/>
        </w:rPr>
        <w:t>ג. ‪161 : 7 = 140 : 7 + __________ : 7‬</w:t>
      </w:r>
    </w:p>
    <w:p>
      <w:pPr>
        <w:bidi/>
        <w:spacing w:before="0" w:after="60"/>
        <w:jc w:val="both"/>
      </w:pPr>
      <w:r>
        <w:rPr>
          <w:rtl/>
        </w:rPr>
        <w:t>ד. ‪216 : 8 = __________ : 8 + 56 :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 בעל פה.</w:t>
      </w:r>
    </w:p>
    <w:p>
      <w:pPr>
        <w:bidi/>
        <w:spacing w:before="0" w:after="60"/>
        <w:jc w:val="both"/>
      </w:pPr>
      <w:r>
        <w:rPr>
          <w:rtl/>
        </w:rPr>
        <w:t>א. ‪54 : 3 = __________‬</w:t>
      </w:r>
    </w:p>
    <w:p>
      <w:pPr>
        <w:bidi/>
        <w:spacing w:before="0" w:after="60"/>
        <w:jc w:val="both"/>
      </w:pPr>
      <w:r>
        <w:rPr>
          <w:rtl/>
        </w:rPr>
        <w:t>ב. ‪72 : 4 = __________‬</w:t>
      </w:r>
    </w:p>
    <w:p>
      <w:pPr>
        <w:bidi/>
        <w:spacing w:before="0" w:after="60"/>
        <w:jc w:val="both"/>
      </w:pPr>
      <w:r>
        <w:rPr>
          <w:rtl/>
        </w:rPr>
        <w:t>ג. ‪90 : 6 = __________‬</w:t>
      </w:r>
    </w:p>
    <w:p>
      <w:pPr>
        <w:bidi/>
        <w:spacing w:before="0" w:after="60"/>
        <w:jc w:val="both"/>
      </w:pPr>
      <w:r>
        <w:rPr>
          <w:rtl/>
        </w:rPr>
        <w:t>ד. ‪117 : 9 = __________‬</w:t>
      </w:r>
    </w:p>
    <w:p>
      <w:pPr>
        <w:bidi/>
        <w:spacing w:before="0" w:after="60"/>
        <w:jc w:val="both"/>
      </w:pPr>
      <w:r>
        <w:rPr>
          <w:rtl/>
        </w:rPr>
        <w:t>ה. ‪152 : 8 = __________‬</w:t>
      </w:r>
    </w:p>
    <w:p>
      <w:pPr>
        <w:bidi/>
        <w:spacing w:before="0" w:after="60"/>
        <w:jc w:val="both"/>
      </w:pPr>
      <w:r>
        <w:rPr>
          <w:rtl/>
        </w:rPr>
        <w:t>ו. ‪175 : 7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חשבו ‪112 : 4‬ בחיסור חוזר.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מחסרים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נשאר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כמה פעמים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לפי הטבלה:</w:t>
      </w:r>
    </w:p>
    <w:p>
      <w:pPr>
        <w:bidi/>
        <w:spacing w:before="0" w:after="60"/>
        <w:jc w:val="both"/>
      </w:pPr>
      <w:r>
        <w:rPr>
          <w:rtl/>
        </w:rPr>
        <w:t>א. ‪112 :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חלקו עם שארית והשלימו.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‪31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‪53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‪44 :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‪70 :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‪58 :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‪51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‪88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‪162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‪120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‪133 :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מיינו: חילוק בלי שארית או חילוק עם שארית?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המילים: ‪48 : 6‬  |  ‪50 : 6‬  |  ‪63 : 7‬  |  ‪65 : 7‬  |  ‪81 : 9‬  |  ‪82 : 9‬  |  ‪36 : 4‬  |  ‪39 : 4‬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בלי שארית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שארית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‪105 : 7 = 15‬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‪92 : 4 = 32‬      נכון / לא נכון</w:t>
      </w:r>
    </w:p>
    <w:p>
      <w:pPr>
        <w:bidi/>
        <w:spacing w:before="0" w:after="60"/>
        <w:jc w:val="both"/>
      </w:pPr>
      <w:r>
        <w:rPr>
          <w:rtl/>
        </w:rPr>
        <w:t>ג. בחילוק ‪61 : 8‬ המנה 7 והשארית 5.      נכון / לא נכון</w:t>
      </w:r>
    </w:p>
    <w:p>
      <w:pPr>
        <w:bidi/>
        <w:spacing w:before="0" w:after="60"/>
        <w:jc w:val="both"/>
      </w:pPr>
      <w:r>
        <w:rPr>
          <w:rtl/>
        </w:rPr>
        <w:t>ד. בחילוק במחלק 5 השארית יכולה להיות 6.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פירוק מתאים לחישוב ‪132 : 6‬?</w:t>
      </w:r>
    </w:p>
    <w:p>
      <w:pPr>
        <w:bidi/>
        <w:spacing w:before="0" w:after="80"/>
        <w:jc w:val="both"/>
      </w:pPr>
      <w:r>
        <w:rPr>
          <w:rtl/>
        </w:rPr>
        <w:t xml:space="preserve">   ○ ‪100 : 6 + 32 : 6‬      ○ ‪120 : 6 + 12 : 6‬      ○ ‪130 : 6 + 2 : 6‬      ○ ‪66 : 6 + 60 : 6‬</w:t>
      </w:r>
    </w:p>
    <w:p>
      <w:pPr>
        <w:bidi/>
        <w:spacing w:before="0" w:after="20"/>
        <w:jc w:val="both"/>
      </w:pPr>
      <w:r>
        <w:rPr>
          <w:rtl/>
        </w:rPr>
        <w:t>ב. מהי השארית בחילוק ‪75 : 8‬?</w:t>
      </w:r>
    </w:p>
    <w:p>
      <w:pPr>
        <w:bidi/>
        <w:spacing w:before="0" w:after="80"/>
        <w:jc w:val="both"/>
      </w:pPr>
      <w:r>
        <w:rPr>
          <w:rtl/>
        </w:rPr>
        <w:t xml:space="preserve">   ○ 5      ○ 1      ○ 3      ○ 7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הסבירו איך אפשר לבדוק בכפל שהתשובה ‪47 : 5 = 9‬ (שארית 2) נכונה.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במאפייה אפו 126 עוגיות וארזו אותן בקופסאות של 6. כמה קופסאות מילאו?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לספרייה הגיעו 75 ספרים חדשים. הספרנית מסדרת אותם על 4 מדפים, מספר שווה בכל מדף, ואת מה שנשאר היא שמה בתצוגה. כמה ספרים יהיו על כל מדף, וכמה בתצוגה?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איתי חסך 168 ₪ ב-8 שבועות, אותו סכום בכל שבוע. כמה חסך בשבוע? פתרו בחיסור חוזר במשבצות.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אתגר: מצאו מספר בין 40 ל-60 שבחילוק ב-5 נשארת שארית 3, ובחילוק ב-4 אין שארית.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סבא חילק 78 ₪ שווה בשווה בין 3 נכדים. כמה כסף קיבל כל נכד?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באולם סידרו 128 כסאות ב-8 שורות שוות. כמה כסאות יש בכל שורה?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קבוצת צופים הלכה 115 קילומטרים במשך 5 ימים, אותו מרחק בכל יום. כמה קילומטרים הלכה בכל יום?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למכולת הגיעו 252 ביצים, ומסדרים אותן בתבניות של 6 ביצים. כמה תבניות ימלאו?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בספריית הכיתה יש 3 מדפים, ועל כל מדף 56 ספרים. מעבירים את כל הספרים ל-8 מדפים חדשים, מספר שווה בכל מדף. כמה ספרים יהיו על כל מדף חדש?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לטורניר השחמט הגיעו 7 קבוצות, ובכל קבוצה 16 ילדים. השופט חילק את כל הילדים לבתים של 4 ילדים. כמה בתים היו?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פרק 5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5: חילוק ארוך: המחלק חד-ספרתי או עשרת שלמה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ארבעה שלבים שחוזרים</w:t>
      </w:r>
    </w:p>
    <w:p>
      <w:pPr>
        <w:bidi/>
        <w:spacing w:before="0" w:after="20"/>
        <w:jc w:val="both"/>
      </w:pPr>
      <w:r>
        <w:rPr>
          <w:rtl/>
        </w:rPr>
        <w:t>1. מחלקים – מתחילים מהספרה השמאלית.</w:t>
      </w:r>
    </w:p>
    <w:p>
      <w:pPr>
        <w:bidi/>
        <w:spacing w:before="0" w:after="20"/>
        <w:jc w:val="both"/>
      </w:pPr>
      <w:r>
        <w:rPr>
          <w:rtl/>
        </w:rPr>
        <w:t>2. כופלים – המנה החלקית כפול המחלק.</w:t>
      </w:r>
    </w:p>
    <w:p>
      <w:pPr>
        <w:bidi/>
        <w:spacing w:before="0" w:after="20"/>
        <w:jc w:val="both"/>
      </w:pPr>
      <w:r>
        <w:rPr>
          <w:rtl/>
        </w:rPr>
        <w:t>3. מחסרים – מה שנשאר קטן מהמחלק.</w:t>
      </w:r>
    </w:p>
    <w:p>
      <w:pPr>
        <w:bidi/>
        <w:spacing w:before="0" w:after="20"/>
        <w:jc w:val="both"/>
      </w:pPr>
      <w:r>
        <w:rPr>
          <w:rtl/>
        </w:rPr>
        <w:t>4. מורידים – את הספרה הבאה, וחוזר חלילה.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דוגמה: ‪738 : 3‬</w:t>
      </w:r>
    </w:p>
    <w:p>
      <w:pPr>
        <w:bidi/>
        <w:spacing w:before="0" w:after="40"/>
        <w:jc w:val="both"/>
      </w:pPr>
      <w:r>
        <w:rPr>
          <w:rtl/>
        </w:rPr>
        <w:t>‪738 : 3 = 246‬. בדיקה: ‪246 × 3 = 738‬.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חישוב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: 3 = 2‬, נשאר 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‪13 : 3 = 4‬, נשאר 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יחידות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‪18 : 3 = 6‬, נשאר 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הקשר בין המספרים</w:t>
      </w:r>
    </w:p>
    <w:p>
      <w:pPr>
        <w:bidi/>
        <w:spacing w:before="0" w:after="40"/>
        <w:jc w:val="both"/>
      </w:pPr>
      <w:r>
        <w:rPr>
          <w:rtl/>
        </w:rPr>
        <w:t>מחולק = מנה × מחלק + שארית. השארית קטנה מהמחלק.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‪1,357 : 6 = 226‬ (שארית 1)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מתחילים מהספרה השמאלית של המחולק ובודקים כמה פעמים נכנס בה המחלק. כותבים את הספרה במנה.</w:t>
      </w:r>
    </w:p>
    <w:p>
      <w:pPr>
        <w:bidi/>
        <w:spacing w:before="0" w:after="20"/>
        <w:jc w:val="both"/>
      </w:pPr>
      <w:r>
        <w:rPr>
          <w:rtl/>
        </w:rPr>
        <w:t>2. שלב 2: כופלים את הספרה שכתבנו במחלק, ומחסירים.</w:t>
      </w:r>
    </w:p>
    <w:p>
      <w:pPr>
        <w:bidi/>
        <w:spacing w:before="0" w:after="20"/>
        <w:jc w:val="both"/>
      </w:pPr>
      <w:r>
        <w:rPr>
          <w:rtl/>
        </w:rPr>
        <w:t>3. שלב 3: מורידים את הספרה הבאה וחוזרים על השלבים עד הסוף. אם המחלק לא נכנס – כותבים 0 במנה וממשיכים.</w:t>
      </w:r>
    </w:p>
    <w:p>
      <w:pPr>
        <w:bidi/>
        <w:spacing w:before="0" w:after="20"/>
        <w:jc w:val="both"/>
      </w:pPr>
      <w:r>
        <w:rPr>
          <w:rtl/>
        </w:rPr>
        <w:t>4. שלב 4: בודקים: מנה × מחלק + שארית = מחולק. כשהמחלק הוא עשרת שלמה (למשל 30) – אפשר להוריד אפס מהמחולק ומהמחלק.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פתרו: ‪1,560 : 30‬</w:t>
      </w:r>
    </w:p>
    <w:p>
      <w:pPr>
        <w:bidi/>
        <w:spacing w:before="0" w:after="20"/>
        <w:jc w:val="both"/>
      </w:pPr>
      <w:r>
        <w:rPr>
          <w:rtl/>
        </w:rPr>
        <w:t>1. מורידים אפס מהמחולק ומהמחלק, ומקבלים ‪156 : 3‬</w:t>
      </w:r>
    </w:p>
    <w:p>
      <w:pPr>
        <w:bidi/>
        <w:spacing w:before="0" w:after="20"/>
        <w:jc w:val="both"/>
      </w:pPr>
      <w:r>
        <w:rPr>
          <w:rtl/>
        </w:rPr>
        <w:t>2. ‪15 : 3 = 5‬, מורידים את 6, ו-‪6 : 3 = 2‬</w:t>
      </w:r>
    </w:p>
    <w:p>
      <w:pPr>
        <w:bidi/>
        <w:spacing w:before="0" w:after="20"/>
        <w:jc w:val="both"/>
      </w:pPr>
      <w:r>
        <w:rPr>
          <w:rtl/>
        </w:rPr>
        <w:t>3. ‪156 : 3 = 52‬</w:t>
      </w:r>
    </w:p>
    <w:p>
      <w:pPr>
        <w:bidi/>
        <w:spacing w:before="0" w:after="20"/>
        <w:jc w:val="both"/>
      </w:pPr>
      <w:r>
        <w:rPr>
          <w:rtl/>
        </w:rPr>
        <w:t>4. בדיקה: ‪52 × 30 = 1,560‬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‪1,560 : 30 = 52‬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פתרו בחילוק ארוך.</w:t>
      </w:r>
    </w:p>
    <w:p>
      <w:pPr>
        <w:bidi/>
        <w:spacing w:before="0" w:after="60"/>
        <w:jc w:val="both"/>
      </w:pPr>
      <w:r>
        <w:rPr>
          <w:rtl/>
        </w:rPr>
        <w:t>א. ‪936 : 3 = __________‬</w:t>
      </w:r>
    </w:p>
    <w:p>
      <w:pPr>
        <w:bidi/>
        <w:spacing w:before="0" w:after="60"/>
        <w:jc w:val="both"/>
      </w:pPr>
      <w:r>
        <w:rPr>
          <w:rtl/>
        </w:rPr>
        <w:t>ב. ‪488 : 4 = __________‬</w:t>
      </w:r>
    </w:p>
    <w:p>
      <w:pPr>
        <w:bidi/>
        <w:spacing w:before="0" w:after="60"/>
        <w:jc w:val="both"/>
      </w:pPr>
      <w:r>
        <w:rPr>
          <w:rtl/>
        </w:rPr>
        <w:t>ג. ‪682 : 2 = __________‬</w:t>
      </w:r>
    </w:p>
    <w:p>
      <w:pPr>
        <w:bidi/>
        <w:spacing w:before="0" w:after="60"/>
        <w:jc w:val="both"/>
      </w:pPr>
      <w:r>
        <w:rPr>
          <w:rtl/>
        </w:rPr>
        <w:t>ד. ‪999 : 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פתרו בחילוק ארוך.</w:t>
      </w:r>
    </w:p>
    <w:p>
      <w:pPr>
        <w:bidi/>
        <w:spacing w:before="0" w:after="60"/>
        <w:jc w:val="both"/>
      </w:pPr>
      <w:r>
        <w:rPr>
          <w:rtl/>
        </w:rPr>
        <w:t>א. ‪516 : 4 = __________‬</w:t>
      </w:r>
    </w:p>
    <w:p>
      <w:pPr>
        <w:bidi/>
        <w:spacing w:before="0" w:after="60"/>
        <w:jc w:val="both"/>
      </w:pPr>
      <w:r>
        <w:rPr>
          <w:rtl/>
        </w:rPr>
        <w:t>ב. ‪795 : 5 = __________‬</w:t>
      </w:r>
    </w:p>
    <w:p>
      <w:pPr>
        <w:bidi/>
        <w:spacing w:before="0" w:after="60"/>
        <w:jc w:val="both"/>
      </w:pPr>
      <w:r>
        <w:rPr>
          <w:rtl/>
        </w:rPr>
        <w:t>ג. ‪882 : 7 = __________‬</w:t>
      </w:r>
    </w:p>
    <w:p>
      <w:pPr>
        <w:bidi/>
        <w:spacing w:before="0" w:after="60"/>
        <w:jc w:val="both"/>
      </w:pPr>
      <w:r>
        <w:rPr>
          <w:rtl/>
        </w:rPr>
        <w:t>ד. ‪954 : 9 = __________‬</w:t>
      </w:r>
    </w:p>
    <w:p>
      <w:pPr>
        <w:bidi/>
        <w:spacing w:before="0" w:after="60"/>
        <w:jc w:val="both"/>
      </w:pPr>
      <w:r>
        <w:rPr>
          <w:rtl/>
        </w:rPr>
        <w:t>ה. ‪1,734 : 6 = __________‬</w:t>
      </w:r>
    </w:p>
    <w:p>
      <w:pPr>
        <w:bidi/>
        <w:spacing w:before="0" w:after="60"/>
        <w:jc w:val="both"/>
      </w:pPr>
      <w:r>
        <w:rPr>
          <w:rtl/>
        </w:rPr>
        <w:t>ו. ‪2,688 :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 – שימו לב ל-0 במנה.</w:t>
      </w:r>
    </w:p>
    <w:p>
      <w:pPr>
        <w:bidi/>
        <w:spacing w:before="0" w:after="60"/>
        <w:jc w:val="both"/>
      </w:pPr>
      <w:r>
        <w:rPr>
          <w:rtl/>
        </w:rPr>
        <w:t>א. ‪927 : 9 = __________‬</w:t>
      </w:r>
    </w:p>
    <w:p>
      <w:pPr>
        <w:bidi/>
        <w:spacing w:before="0" w:after="60"/>
        <w:jc w:val="both"/>
      </w:pPr>
      <w:r>
        <w:rPr>
          <w:rtl/>
        </w:rPr>
        <w:t>ב. ‪1,620 : 4 = __________‬</w:t>
      </w:r>
    </w:p>
    <w:p>
      <w:pPr>
        <w:bidi/>
        <w:spacing w:before="0" w:after="60"/>
        <w:jc w:val="both"/>
      </w:pPr>
      <w:r>
        <w:rPr>
          <w:rtl/>
        </w:rPr>
        <w:t>ג. ‪4,248 : 8 = __________‬</w:t>
      </w:r>
    </w:p>
    <w:p>
      <w:pPr>
        <w:bidi/>
        <w:spacing w:before="0" w:after="60"/>
        <w:jc w:val="both"/>
      </w:pPr>
      <w:r>
        <w:rPr>
          <w:rtl/>
        </w:rPr>
        <w:t>ד. ‪3,612 : 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פתרו בחילוק ארוך וכתבו בדיקה: ‪2,345 : 7‬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חלקו עם 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‪538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‪763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‪1,109 : 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‪3,000 :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חלקו בעשרת שלמה.</w:t>
      </w:r>
    </w:p>
    <w:p>
      <w:pPr>
        <w:bidi/>
        <w:spacing w:before="0" w:after="60"/>
        <w:jc w:val="both"/>
      </w:pPr>
      <w:r>
        <w:rPr>
          <w:rtl/>
        </w:rPr>
        <w:t>א. ‪360 : 20 = __________‬</w:t>
      </w:r>
    </w:p>
    <w:p>
      <w:pPr>
        <w:bidi/>
        <w:spacing w:before="0" w:after="60"/>
        <w:jc w:val="both"/>
      </w:pPr>
      <w:r>
        <w:rPr>
          <w:rtl/>
        </w:rPr>
        <w:t>ב. ‪920 : 40 = __________‬</w:t>
      </w:r>
    </w:p>
    <w:p>
      <w:pPr>
        <w:bidi/>
        <w:spacing w:before="0" w:after="60"/>
        <w:jc w:val="both"/>
      </w:pPr>
      <w:r>
        <w:rPr>
          <w:rtl/>
        </w:rPr>
        <w:t>ג. ‪1,500 : 60 = __________‬</w:t>
      </w:r>
    </w:p>
    <w:p>
      <w:pPr>
        <w:bidi/>
        <w:spacing w:before="0" w:after="60"/>
        <w:jc w:val="both"/>
      </w:pPr>
      <w:r>
        <w:rPr>
          <w:rtl/>
        </w:rPr>
        <w:t>ד. ‪2,100 : 70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777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‪456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‪835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133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‪1,064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‪2,100 :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152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‪960 : 60‬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167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‪714 : 7 = 102‬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‪828 : 4 = 27‬      נכון / לא נכון</w:t>
      </w:r>
    </w:p>
    <w:p>
      <w:pPr>
        <w:bidi/>
        <w:spacing w:before="0" w:after="60"/>
        <w:jc w:val="both"/>
      </w:pPr>
      <w:r>
        <w:rPr>
          <w:rtl/>
        </w:rPr>
        <w:t>ג. אם המחלק 9 והמנה 50, המחולק יכול להיות 455.      נכון / לא נכון</w:t>
      </w:r>
    </w:p>
    <w:p>
      <w:pPr>
        <w:bidi/>
        <w:spacing w:before="0" w:after="60"/>
        <w:jc w:val="both"/>
      </w:pPr>
      <w:r>
        <w:rPr>
          <w:rtl/>
        </w:rPr>
        <w:t>ד. בחילוק ‪50 : 8‬ המנה 6 והשארית 4.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הספרה הראשונה (משמאל) במנה של ‪2,856 : 4‬?</w:t>
      </w:r>
    </w:p>
    <w:p>
      <w:pPr>
        <w:bidi/>
        <w:spacing w:before="0" w:after="80"/>
        <w:jc w:val="both"/>
      </w:pPr>
      <w:r>
        <w:rPr>
          <w:rtl/>
        </w:rPr>
        <w:t xml:space="preserve">   ○ 2      ○ 7      ○ 8      ○ 4</w:t>
      </w:r>
    </w:p>
    <w:p>
      <w:pPr>
        <w:bidi/>
        <w:spacing w:before="0" w:after="20"/>
        <w:jc w:val="both"/>
      </w:pPr>
      <w:r>
        <w:rPr>
          <w:rtl/>
        </w:rPr>
        <w:t>ב. מחולק 400, מחלק 9. מה השארית?</w:t>
      </w:r>
    </w:p>
    <w:p>
      <w:pPr>
        <w:bidi/>
        <w:spacing w:before="0" w:after="80"/>
        <w:jc w:val="both"/>
      </w:pPr>
      <w:r>
        <w:rPr>
          <w:rtl/>
        </w:rPr>
        <w:t xml:space="preserve">   ○ 4      ○ 5      ○ 1      ○ 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הסבירו למה במנה של ‪1,624 : 8‬ יש רק שלוש ספרות, אף שבמחולק יש ארבע ספרות.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תמר קראה ספר של 432 עמודים ב-6 ימים, אותו מספר עמודים בכל יום. כמה עמודים קראה ביום?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מכונה ממלאת 1,935 בקבוקי מיץ. אורזים אותם בארגזים של 9. כמה ארגזים ממלאים? פתרו במשבצות.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לחוג רובוטיקה נרשמו 125 תלמידים. בכל קבוצה 6 תלמידים, ומי שנשאר מצטרף לקבוצות קיימות. כמה קבוצות יהיו, וכמה תלמידים יצטרפו לקבוצות קיימות?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אתגר: השלימו את הספרה החסרה במחולק כך שהחילוק יהיה בלי שארית: ‪4_2 : 6‬. מצאו את כל האפשרויות.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לחנות הגיעו 495 עפרונות, והם נארזים בחבילות של 5. כמה חבילות יהיו?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ועד ההורים חילק 2,436 ₪ שווה בשווה בין 4 כיתות לטיול. כמה כסף קיבלה כל כיתה?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בבית הדפוס חילקו 3,480 דפים ל-40 חבילות שוות. כמה דפים יש בכל חבילה?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לחג אפו 365 עוגיות ושמו אותן בקופסאות של 8 עוגיות. כמה קופסאות מלאות יש, וכמה עוגיות נשארו?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יהונתן ואביו נסעו 1,248 קילומטרים ב-6 ימים, ובכל יום נסעו אותו מרחק. כמה קילומטרים נסעו בכל יום? כמה קילומטרים נסעו ב-4 הימים הראשונים?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במפעל ארזו 2,750 בקבוקים בארגזים של 6 בקבוקים. כמה ארגזים מלאים יש? כמה בקבוקים חסרים כדי למלא עוד ארגז אחד?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פרק 6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6: סימני התחלקות ב-3, 6 ו-9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שלושה סימנים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הסימן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סכום הספרות מתחלק ב-3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‪123: 1 + 2 + 3 = 6‬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סכום הספרות מתחלק ב-9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‪819: 8 + 1 + 9 = 18‬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זוגי וגם מתחלק ב-3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522: זוגי, ‪5 + 2 + 2 = 9‬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קשרים</w:t>
      </w:r>
    </w:p>
    <w:p>
      <w:pPr>
        <w:bidi/>
        <w:spacing w:before="0" w:after="20"/>
        <w:jc w:val="both"/>
      </w:pPr>
      <w:r>
        <w:rPr>
          <w:rtl/>
        </w:rPr>
        <w:t>1. מתחלק ב-9 – מתחלק גם ב-3.</w:t>
      </w:r>
    </w:p>
    <w:p>
      <w:pPr>
        <w:bidi/>
        <w:spacing w:before="0" w:after="20"/>
        <w:jc w:val="both"/>
      </w:pPr>
      <w:r>
        <w:rPr>
          <w:rtl/>
        </w:rPr>
        <w:t>2. מתחלק ב-6 – מתחלק גם ב-2 וגם ב-3.</w:t>
      </w:r>
    </w:p>
    <w:p>
      <w:pPr>
        <w:bidi/>
        <w:spacing w:before="0" w:after="20"/>
        <w:jc w:val="both"/>
      </w:pPr>
      <w:r>
        <w:rPr>
          <w:rtl/>
        </w:rPr>
        <w:t>3. מתחלק ב-3 – לא תמיד מתחלק ב-9 או ב-6.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בדיקה מהירה</w:t>
      </w:r>
    </w:p>
    <w:p>
      <w:pPr>
        <w:bidi/>
        <w:spacing w:before="0" w:after="40"/>
        <w:jc w:val="both"/>
      </w:pPr>
      <w:r>
        <w:rPr>
          <w:rtl/>
        </w:rPr>
        <w:t>אם סכום הספרות גדול, מחברים שוב את הספרות שלו.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‪9,876: 9 + 8 + 7 + 6 = 30‬, ‪3 + 0 = 3‬ – מתחלק ב-3, לא ב-9.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מחברים את כל הספרות של המספר (סכום הספרות).</w:t>
      </w:r>
    </w:p>
    <w:p>
      <w:pPr>
        <w:bidi/>
        <w:spacing w:before="0" w:after="20"/>
        <w:jc w:val="both"/>
      </w:pPr>
      <w:r>
        <w:rPr>
          <w:rtl/>
        </w:rPr>
        <w:t>2. שלב 2: אם סכום הספרות מתחלק ב-3 – המספר מתחלק ב-3. אם סכום הספרות מתחלק ב-9 – המספר מתחלק ב-9.</w:t>
      </w:r>
    </w:p>
    <w:p>
      <w:pPr>
        <w:bidi/>
        <w:spacing w:before="0" w:after="20"/>
        <w:jc w:val="both"/>
      </w:pPr>
      <w:r>
        <w:rPr>
          <w:rtl/>
        </w:rPr>
        <w:t>3. שלב 3: מספר מתחלק ב-6 אם הוא זוגי וגם מתחלק ב-3.</w:t>
      </w:r>
    </w:p>
    <w:p>
      <w:pPr>
        <w:bidi/>
        <w:spacing w:before="0" w:after="20"/>
        <w:jc w:val="both"/>
      </w:pPr>
      <w:r>
        <w:rPr>
          <w:rtl/>
        </w:rPr>
        <w:t>4. שלב 4: בבעיה מילולית «האם אפשר לחלק שווה בשווה?» – בודקים את סימן ההתחלקות, ואם התשובה כן, מחשבים את המנה.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האם 1,374 מתחלק ב-6?</w:t>
      </w:r>
    </w:p>
    <w:p>
      <w:pPr>
        <w:bidi/>
        <w:spacing w:before="0" w:after="20"/>
        <w:jc w:val="both"/>
      </w:pPr>
      <w:r>
        <w:rPr>
          <w:rtl/>
        </w:rPr>
        <w:t>1. 1,374 הוא מספר זוגי (ספרת האחדות 4).</w:t>
      </w:r>
    </w:p>
    <w:p>
      <w:pPr>
        <w:bidi/>
        <w:spacing w:before="0" w:after="20"/>
        <w:jc w:val="both"/>
      </w:pPr>
      <w:r>
        <w:rPr>
          <w:rtl/>
        </w:rPr>
        <w:t>2. סכום הספרות: ‪1 + 3 + 7 + 4 = 15‬, ו-15 מתחלק ב-3.</w:t>
      </w:r>
    </w:p>
    <w:p>
      <w:pPr>
        <w:bidi/>
        <w:spacing w:before="0" w:after="20"/>
        <w:jc w:val="both"/>
      </w:pPr>
      <w:r>
        <w:rPr>
          <w:rtl/>
        </w:rPr>
        <w:t>3. המספר זוגי ומתחלק ב-3, ולכן מתחלק ב-‪6: 1,374 : 6 = 229‬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כן. ‪1,374 : 6 = 229‬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את סכום הספרות וכתבו «כן» או «לא».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סכום הספרות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ב-3?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ב-9?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345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2,007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5,814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זוגי? מתחלק ב-3? מתחלק ב-6?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זוגי?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ב-3?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ב-6?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244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618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3,030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מיינו: מתחלק ב-9 או לא מתחלק ב-9?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המילים: 99  |  108  |  119  |  252  |  361  |  1,170  |  2,000  |  4,509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ב-9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מתחלק ב-9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כתבו את כל הספרות שאפשר להשלים כך שהמספר יתחלק ב-3 ולא ב-9.</w:t>
      </w:r>
    </w:p>
    <w:p>
      <w:pPr>
        <w:bidi/>
        <w:spacing w:before="0" w:after="60"/>
        <w:jc w:val="both"/>
      </w:pPr>
      <w:r>
        <w:rPr>
          <w:rtl/>
        </w:rPr>
        <w:t>א. 5__________</w:t>
      </w:r>
    </w:p>
    <w:p>
      <w:pPr>
        <w:bidi/>
        <w:spacing w:before="0" w:after="60"/>
        <w:jc w:val="both"/>
      </w:pPr>
      <w:r>
        <w:rPr>
          <w:rtl/>
        </w:rPr>
        <w:t>ב. 8__________</w:t>
      </w:r>
    </w:p>
    <w:p>
      <w:pPr>
        <w:bidi/>
        <w:spacing w:before="0" w:after="60"/>
        <w:jc w:val="both"/>
      </w:pPr>
      <w:r>
        <w:rPr>
          <w:rtl/>
        </w:rPr>
        <w:t>ג. 2__________1</w:t>
      </w:r>
    </w:p>
    <w:p>
      <w:pPr>
        <w:bidi/>
        <w:spacing w:before="0" w:after="60"/>
        <w:jc w:val="both"/>
      </w:pPr>
      <w:r>
        <w:rPr>
          <w:rtl/>
        </w:rPr>
        <w:t>ד. 1,5__________0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השלימו: כתבו את המספר הקטן ביותר שגדול מהמספר הנתון ומתחלק ב-6.</w:t>
      </w:r>
    </w:p>
    <w:p>
      <w:pPr>
        <w:bidi/>
        <w:spacing w:before="0" w:after="60"/>
        <w:jc w:val="both"/>
      </w:pPr>
      <w:r>
        <w:rPr>
          <w:rtl/>
        </w:rPr>
        <w:t>א. אחרי ‪50: __________‬</w:t>
      </w:r>
    </w:p>
    <w:p>
      <w:pPr>
        <w:bidi/>
        <w:spacing w:before="0" w:after="60"/>
        <w:jc w:val="both"/>
      </w:pPr>
      <w:r>
        <w:rPr>
          <w:rtl/>
        </w:rPr>
        <w:t>ב. אחרי ‪100: __________‬</w:t>
      </w:r>
    </w:p>
    <w:p>
      <w:pPr>
        <w:bidi/>
        <w:spacing w:before="0" w:after="60"/>
        <w:jc w:val="both"/>
      </w:pPr>
      <w:r>
        <w:rPr>
          <w:rtl/>
        </w:rPr>
        <w:t>ג. אחרי ‪245: __________‬</w:t>
      </w:r>
    </w:p>
    <w:p>
      <w:pPr>
        <w:bidi/>
        <w:spacing w:before="0" w:after="60"/>
        <w:jc w:val="both"/>
      </w:pPr>
      <w:r>
        <w:rPr>
          <w:rtl/>
        </w:rPr>
        <w:t>ד. אחרי ‪1,000: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מספר את המשפט המתאים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1. 243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מתחלק ב-6, לא ב-9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2. 246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מתחלק ב-3, לא ב-6 ולא ב-9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3. 250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מתחלק ב-9, לא ב-6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4. 252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מתחלק ב-6 וגם ב-9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5. 255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לא מתחלק ב-3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כל מספר שמתחלק ב-6 הוא מספר זוגי.      נכון / לא נכון</w:t>
      </w:r>
    </w:p>
    <w:p>
      <w:pPr>
        <w:bidi/>
        <w:spacing w:before="0" w:after="60"/>
        <w:jc w:val="both"/>
      </w:pPr>
      <w:r>
        <w:rPr>
          <w:rtl/>
        </w:rPr>
        <w:t>ב. המספר 1,233 מתחלק ב-9.      נכון / לא נכון</w:t>
      </w:r>
    </w:p>
    <w:p>
      <w:pPr>
        <w:bidi/>
        <w:spacing w:before="0" w:after="60"/>
        <w:jc w:val="both"/>
      </w:pPr>
      <w:r>
        <w:rPr>
          <w:rtl/>
        </w:rPr>
        <w:t>ג. אם סכום הספרות הוא 15, המספר מתחלק ב-9.      נכון / לא נכון</w:t>
      </w:r>
    </w:p>
    <w:p>
      <w:pPr>
        <w:bidi/>
        <w:spacing w:before="0" w:after="60"/>
        <w:jc w:val="both"/>
      </w:pPr>
      <w:r>
        <w:rPr>
          <w:rtl/>
        </w:rPr>
        <w:t>ד. המספר 4,002 מתחלק ב-6.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מספר אינו מתחלק ב-3?</w:t>
      </w:r>
    </w:p>
    <w:p>
      <w:pPr>
        <w:bidi/>
        <w:spacing w:before="0" w:after="80"/>
        <w:jc w:val="both"/>
      </w:pPr>
      <w:r>
        <w:rPr>
          <w:rtl/>
        </w:rPr>
        <w:t xml:space="preserve">   ○ 111      ○ 222      ○ 332      ○ 441</w:t>
      </w:r>
    </w:p>
    <w:p>
      <w:pPr>
        <w:bidi/>
        <w:spacing w:before="0" w:after="20"/>
        <w:jc w:val="both"/>
      </w:pPr>
      <w:r>
        <w:rPr>
          <w:rtl/>
        </w:rPr>
        <w:t>ב. סכום הספרות של מספר זוגי הוא 27. המספר מתחלק ב-:</w:t>
      </w:r>
    </w:p>
    <w:p>
      <w:pPr>
        <w:bidi/>
        <w:spacing w:before="0" w:after="80"/>
        <w:jc w:val="both"/>
      </w:pPr>
      <w:r>
        <w:rPr>
          <w:rtl/>
        </w:rPr>
        <w:t xml:space="preserve">   ○ 3 בלבד      ○ 9 בלבד      ○ 3, 6 ו-9      ○ 6 בלבד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נועם טוען: «המספר 3,333 מתחלק ב-9 כי כל הספרות שלו מתחלקות ב-3». האם הוא צודק? הסבירו בעזרת סכום הספרות.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כתבו מספר תלת-ספרתי שמתחלק ב-6 וגם ב-9, ובדקו אותו בחילוק במשבצות.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במאפייה אפו 2,124 עוגיות. האם אפשר לארוז את כולן בקופסאות של 9 בלי שתישאר עוגייה? אם כן – כמה קופסאות?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לטורניר כדורגל הגיעו 138 ילדים. האם אפשר לחלק אותם לקבוצות של 6 בלי שיישאר ילד? כמה קבוצות יהיו?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אתגר: מצאו את המספר הגדול ביותר שקטן מ-1,000 ומתחלק ב-6 וגם ב-9.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171 תלמידים התחלקו ל-9 קבוצות שוות ביום הספורט. כמה תלמידים היו בכל קבוצה?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בגינה יש 138 שתילים, ושותלים אותם ב-3 שורות שוות. כמה שתילים יהיו בכל שורה?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באולם יש 312 מושבים. האם אפשר לסדר אותם ב-6 שורות שוות? כמה מושבים יהיו בכל שורה?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סוחר בשוק בחיפה ארז 4,518 תפוזים בשקיות של 9. האם נשארו תפוזים? כמה שקיות מילא?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בשכבה ד' יש שלוש כיתות: 34, 35 ו-33 תלמידים. האם אפשר לחלק את כל תלמידי השכבה לקבוצות של 6? כמה קבוצות יהיו?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לאריאל יש 245 בולים, והוא מכניס אותם לדפי אלבום של 9 בולים. האם כל הדפים יהיו מלאים? כמה דפים מלאים יהיו, וכמה בולים יישארו?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פרק 7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פרק 7: אומדן, סדר פעולות ובעיות כפל וחילוק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7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סדר פעולות החשבון</w:t>
      </w:r>
    </w:p>
    <w:p>
      <w:pPr>
        <w:bidi/>
        <w:spacing w:before="0" w:after="20"/>
        <w:jc w:val="both"/>
      </w:pPr>
      <w:r>
        <w:rPr>
          <w:rtl/>
        </w:rPr>
        <w:t>1. 1. סוגריים.</w:t>
      </w:r>
    </w:p>
    <w:p>
      <w:pPr>
        <w:bidi/>
        <w:spacing w:before="0" w:after="20"/>
        <w:jc w:val="both"/>
      </w:pPr>
      <w:r>
        <w:rPr>
          <w:rtl/>
        </w:rPr>
        <w:t>2. 2. כפל וחילוק – משמאל לימין.</w:t>
      </w:r>
    </w:p>
    <w:p>
      <w:pPr>
        <w:bidi/>
        <w:spacing w:before="0" w:after="20"/>
        <w:jc w:val="both"/>
      </w:pPr>
      <w:r>
        <w:rPr>
          <w:rtl/>
        </w:rPr>
        <w:t>3. 3. חיבור וחיסור – משמאל לימין.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‪50 − 4 × 5 = 50 − 20 = 30 · (50 − 4) × 5 = 46 × 5 = 230‬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תכונות 0 ו-1</w:t>
      </w:r>
    </w:p>
    <w:p>
      <w:pPr>
        <w:bidi/>
        <w:spacing w:before="0" w:after="40"/>
        <w:jc w:val="both"/>
      </w:pPr>
      <w:r>
        <w:rPr>
          <w:rtl/>
        </w:rPr>
        <w:t>אי אפשר לחלק ב-0.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כלל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 × 1 = המספר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‪64 × 1 = 64‬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 : 1 = המספר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‪64 : 1 = 64‬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 × ‪0 = 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‪64 × 0 = 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 : מספר = 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 : 64 = 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8"/>
          <w:szCs w:val="28"/>
          <w:rtl/>
        </w:rPr>
        <w:t>◆ אומדן</w:t>
      </w:r>
    </w:p>
    <w:p>
      <w:pPr>
        <w:bidi/>
        <w:spacing w:before="0" w:after="40"/>
        <w:jc w:val="both"/>
      </w:pPr>
      <w:r>
        <w:rPr>
          <w:rtl/>
        </w:rPr>
        <w:t>מעגלים למספרים נוחים ומחשבים בעל פה, כדי לבדוק שהתשובה סבירה.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‪396 × 7 ≈ 400 × 7 = 2,800‬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4338C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קוראים את הבעיה, מסמנים את הנתונים ואת השאלה.</w:t>
      </w:r>
    </w:p>
    <w:p>
      <w:pPr>
        <w:bidi/>
        <w:spacing w:before="0" w:after="20"/>
        <w:jc w:val="both"/>
      </w:pPr>
      <w:r>
        <w:rPr>
          <w:rtl/>
        </w:rPr>
        <w:t>2. שלב 2: מחליטים מה מחשבים קודם, וכותבים תרגיל אחד – עם סוגריים כשצריך.</w:t>
      </w:r>
    </w:p>
    <w:p>
      <w:pPr>
        <w:bidi/>
        <w:spacing w:before="0" w:after="20"/>
        <w:jc w:val="both"/>
      </w:pPr>
      <w:r>
        <w:rPr>
          <w:rtl/>
        </w:rPr>
        <w:t>3. שלב 3: סדר פעולות: קודם סוגריים, אחר כך כפל וחילוק, ובסוף חיבור וחיסור. למשל: ‪200 − 12 × 5 = 200 − 60 = 140‬.</w:t>
      </w:r>
    </w:p>
    <w:p>
      <w:pPr>
        <w:bidi/>
        <w:spacing w:before="0" w:after="20"/>
        <w:jc w:val="both"/>
      </w:pPr>
      <w:r>
        <w:rPr>
          <w:rtl/>
        </w:rPr>
        <w:t>4. שלב 4: לפני החישוב עושים אומדן (מעגלים לעשרות או למאות), ואחרי החישוב בודקים שהתשובה קרובה לאומדן.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חשבו: ‪(125 + 75) × 4 − 600 : 3‬</w:t>
      </w:r>
    </w:p>
    <w:p>
      <w:pPr>
        <w:bidi/>
        <w:spacing w:before="0" w:after="20"/>
        <w:jc w:val="both"/>
      </w:pPr>
      <w:r>
        <w:rPr>
          <w:rtl/>
        </w:rPr>
        <w:t>1. קודם סוגריים: ‪125 + 75 = 200‬</w:t>
      </w:r>
    </w:p>
    <w:p>
      <w:pPr>
        <w:bidi/>
        <w:spacing w:before="0" w:after="20"/>
        <w:jc w:val="both"/>
      </w:pPr>
      <w:r>
        <w:rPr>
          <w:rtl/>
        </w:rPr>
        <w:t>2. כפל: ‪200 × 4 = 800‬</w:t>
      </w:r>
    </w:p>
    <w:p>
      <w:pPr>
        <w:bidi/>
        <w:spacing w:before="0" w:after="20"/>
        <w:jc w:val="both"/>
      </w:pPr>
      <w:r>
        <w:rPr>
          <w:rtl/>
        </w:rPr>
        <w:t>3. חילוק: ‪600 : 3 = 200‬</w:t>
      </w:r>
    </w:p>
    <w:p>
      <w:pPr>
        <w:bidi/>
        <w:spacing w:before="0" w:after="20"/>
        <w:jc w:val="both"/>
      </w:pPr>
      <w:r>
        <w:rPr>
          <w:rtl/>
        </w:rPr>
        <w:t>4. ובסוף חיסור: ‪800 − 200 = 600‬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600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לפי סדר הפעולות.</w:t>
      </w:r>
    </w:p>
    <w:p>
      <w:pPr>
        <w:bidi/>
        <w:spacing w:before="0" w:after="60"/>
        <w:jc w:val="both"/>
      </w:pPr>
      <w:r>
        <w:rPr>
          <w:rtl/>
        </w:rPr>
        <w:t>א. ‪9 + 3 × 7 = __________‬</w:t>
      </w:r>
    </w:p>
    <w:p>
      <w:pPr>
        <w:bidi/>
        <w:spacing w:before="0" w:after="60"/>
        <w:jc w:val="both"/>
      </w:pPr>
      <w:r>
        <w:rPr>
          <w:rtl/>
        </w:rPr>
        <w:t>ב. ‪50 − 30 : 5 = __________‬</w:t>
      </w:r>
    </w:p>
    <w:p>
      <w:pPr>
        <w:bidi/>
        <w:spacing w:before="0" w:after="60"/>
        <w:jc w:val="both"/>
      </w:pPr>
      <w:r>
        <w:rPr>
          <w:rtl/>
        </w:rPr>
        <w:t>ג. ‪6 × 8 − 20 = __________‬</w:t>
      </w:r>
    </w:p>
    <w:p>
      <w:pPr>
        <w:bidi/>
        <w:spacing w:before="0" w:after="60"/>
        <w:jc w:val="both"/>
      </w:pPr>
      <w:r>
        <w:rPr>
          <w:rtl/>
        </w:rPr>
        <w:t>ד. ‪56 : 7 + 13 = __________‬</w:t>
      </w:r>
    </w:p>
    <w:p>
      <w:pPr>
        <w:bidi/>
        <w:spacing w:before="0" w:after="60"/>
        <w:jc w:val="both"/>
      </w:pPr>
      <w:r>
        <w:rPr>
          <w:rtl/>
        </w:rPr>
        <w:t>ה. ‪80 − 9 × 8 = __________‬</w:t>
      </w:r>
    </w:p>
    <w:p>
      <w:pPr>
        <w:bidi/>
        <w:spacing w:before="0" w:after="60"/>
        <w:jc w:val="both"/>
      </w:pPr>
      <w:r>
        <w:rPr>
          <w:rtl/>
        </w:rPr>
        <w:t>ו. ‪90 : 9 ×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– שימו לב לסוגריים.</w:t>
      </w:r>
    </w:p>
    <w:p>
      <w:pPr>
        <w:bidi/>
        <w:spacing w:before="0" w:after="60"/>
        <w:jc w:val="both"/>
      </w:pPr>
      <w:r>
        <w:rPr>
          <w:rtl/>
        </w:rPr>
        <w:t>א. ‪(9 + 3) × 7 = __________‬</w:t>
      </w:r>
    </w:p>
    <w:p>
      <w:pPr>
        <w:bidi/>
        <w:spacing w:before="0" w:after="60"/>
        <w:jc w:val="both"/>
      </w:pPr>
      <w:r>
        <w:rPr>
          <w:rtl/>
        </w:rPr>
        <w:t>ב. ‪(50 − 30) : 5 = __________‬</w:t>
      </w:r>
    </w:p>
    <w:p>
      <w:pPr>
        <w:bidi/>
        <w:spacing w:before="0" w:after="60"/>
        <w:jc w:val="both"/>
      </w:pPr>
      <w:r>
        <w:rPr>
          <w:rtl/>
        </w:rPr>
        <w:t>ג. ‪6 × (20 − 8) = __________‬</w:t>
      </w:r>
    </w:p>
    <w:p>
      <w:pPr>
        <w:bidi/>
        <w:spacing w:before="0" w:after="60"/>
        <w:jc w:val="both"/>
      </w:pPr>
      <w:r>
        <w:rPr>
          <w:rtl/>
        </w:rPr>
        <w:t>ד. ‪81 : (12 − 3) = __________‬</w:t>
      </w:r>
    </w:p>
    <w:p>
      <w:pPr>
        <w:bidi/>
        <w:spacing w:before="0" w:after="60"/>
        <w:jc w:val="both"/>
      </w:pPr>
      <w:r>
        <w:rPr>
          <w:rtl/>
        </w:rPr>
        <w:t>ה. ‪(25 + 15) : (6 + 2)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‪5,602 × __________ = 5,602‬</w:t>
      </w:r>
    </w:p>
    <w:p>
      <w:pPr>
        <w:bidi/>
        <w:spacing w:before="0" w:after="60"/>
        <w:jc w:val="both"/>
      </w:pPr>
      <w:r>
        <w:rPr>
          <w:rtl/>
        </w:rPr>
        <w:t>ב. ‪__________ × 1,999 = 0‬</w:t>
      </w:r>
    </w:p>
    <w:p>
      <w:pPr>
        <w:bidi/>
        <w:spacing w:before="0" w:after="60"/>
        <w:jc w:val="both"/>
      </w:pPr>
      <w:r>
        <w:rPr>
          <w:rtl/>
        </w:rPr>
        <w:t>ג. ‪0 : 8 = __________‬</w:t>
      </w:r>
    </w:p>
    <w:p>
      <w:pPr>
        <w:bidi/>
        <w:spacing w:before="0" w:after="60"/>
        <w:jc w:val="both"/>
      </w:pPr>
      <w:r>
        <w:rPr>
          <w:rtl/>
        </w:rPr>
        <w:t>ד. ‪4,321 : 1 = __________‬</w:t>
      </w:r>
    </w:p>
    <w:p>
      <w:pPr>
        <w:bidi/>
        <w:spacing w:before="0" w:after="60"/>
        <w:jc w:val="both"/>
      </w:pPr>
      <w:r>
        <w:rPr>
          <w:rtl/>
        </w:rPr>
        <w:t>ה. ‪15 × 1 × 1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אומדן וחישוב מדויק.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אומדן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 מדויקת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‪58 ×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‪21 × 39‬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‪603 ×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‪1,188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הוסיפו סוגריים כך שהתרגיל יהיה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בלי סוגריים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התוצאה הרצויה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התרגיל עם סוגריים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+ 8 ×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‪36 − 6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 × 9 − 4‬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‪48 : 2 + 6‬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‪10 − 2 ×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‪(10 − 2) ×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‪40 : 4 + 4‬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‪40 : (4 + 4)‬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‪7 × 1 + 0 ×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מיינו לפי התוצאה.</w:t>
      </w:r>
    </w:p>
    <w:p>
      <w:pPr>
        <w:bidi/>
        <w:spacing w:before="0" w:after="80"/>
        <w:jc w:val="both"/>
      </w:pPr>
      <w:r>
        <w:rPr>
          <w:color w:val="4338CA"/>
          <w:sz w:val="24"/>
          <w:szCs w:val="24"/>
          <w:rtl/>
        </w:rPr>
        <w:t>המילים: ‪0 × 25‬  |  ‪25 × 1‬  |  ‪25 : 1‬  |  ‪0 : 25‬  |  ‪25 − 25‬  |  ‪25 × 1 × 1‬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0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‪30 − 10 : 2 = 10‬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‪653 × 0 = 653‬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‪(30 − 10) : 2 = 10‬      נכון / לא נכון</w:t>
      </w:r>
    </w:p>
    <w:p>
      <w:pPr>
        <w:bidi/>
        <w:spacing w:before="0" w:after="60"/>
        <w:jc w:val="both"/>
      </w:pPr>
      <w:r>
        <w:rPr>
          <w:rtl/>
        </w:rPr>
        <w:t>ד. בתרגיל בלי סוגריים כופלים ומחלקים לפני שמחברים ומחסרים.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תרגיל שווה ל-40?</w:t>
      </w:r>
    </w:p>
    <w:p>
      <w:pPr>
        <w:bidi/>
        <w:spacing w:before="0" w:after="80"/>
        <w:jc w:val="both"/>
      </w:pPr>
      <w:r>
        <w:rPr>
          <w:rtl/>
        </w:rPr>
        <w:t xml:space="preserve">   ○ ‪4 + 6 × 4‬      ○ ‪(4 + 6) × 4‬      ○ ‪4 × 6 + 4‬      ○ ‪4 + 6 + 4‬</w:t>
      </w:r>
    </w:p>
    <w:p>
      <w:pPr>
        <w:bidi/>
        <w:spacing w:before="0" w:after="20"/>
        <w:jc w:val="both"/>
      </w:pPr>
      <w:r>
        <w:rPr>
          <w:rtl/>
        </w:rPr>
        <w:t>ב. מה האומדן הטוב ביותר ל-‪79 × 41‬?</w:t>
      </w:r>
    </w:p>
    <w:p>
      <w:pPr>
        <w:bidi/>
        <w:spacing w:before="0" w:after="80"/>
        <w:jc w:val="both"/>
      </w:pPr>
      <w:r>
        <w:rPr>
          <w:rtl/>
        </w:rPr>
        <w:t xml:space="preserve">   ○ 320      ○ 2,800      ○ 4,000      ○ 3,200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מיכל אומרת: «התוצאה של ‪487 × 6‬ היא 2,322». בלי לחשב במדויק – הסבירו בעזרת אומדן למה התשובה לא סבירה.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יואב קנה 4 חבילות מדבקות, 12 ₪ כל חבילה, ומחברת ב-17 ₪. כתבו תרגיל אחד וחשבו כמה שילם.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לחוג שחמט הגיעו 3 קבוצות של 14 ילדים ועוד 6 ילדים. המדריך מחלק את כולם לזוגות. כמה זוגות יהיו? כתבו תרגיל עם סוגריים.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עגלה של רכבת קלה מסיעה 165 נוסעים. ברכבת 4 עגלות, והיא נוסעת 8 פעמים ביום. כמה נוסעים לכל היותר יכולה הרכבת להסיע ביום? פתרו במשבצות ובדקו באומדן.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תמר קנתה 3 חולצות ב-45 ₪ כל אחת ו-2 זוגות מכנסיים ב-80 ₪ כל זוג. היא שילמה ב-300 ₪. כמה עודף קיבלה?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אתגר: השתמשו בכל המספרים 2, 3, 4, 5 (כל אחד פעם אחת) ובסימני פעולה וסוגריים כדי לקבל 30. מצאו לפחות שתי דרכים.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אליה קרא 3 ספרים, ובכל ספר 128 עמודים. אחר כך קרא עוד 45 עמודים בספר רביעי. כמה עמודים קרא אליה?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מורה הספורט קנה 8 כדורים במחיר 49 ₪ כל אחד. עשו אומדן: בערך כמה שילם? אחר כך חשבו בדיוק.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בחוות הסוסים יש 4 אורוות, ובכל אורווה 18 סוסים. כל סוס אוכל 6 קילוגרם מזון ביום. כמה קילוגרם מזון צריך בחווה ליום אחד?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תמר חסכה 240 ₪. מיכל חסכה פי 3 מתמר. כמה כסף חסכו שתיהן יחד?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באולם יש 25 שורות, ובכל שורה 32 כסאות. לטקס הגיעו 4 כיתות של 36 תלמידים ו-450 הורים. כמה כסאות נשארו פנויים?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מכונה ממלאת 840 בקבוקים בכל שעה. היא עבדה 6 שעות, ואת כל הבקבוקים ארזו בארגזים של 9. כמה ארגזים מילאו?</w:t>
      </w:r>
    </w:p>
    <w:p>
      <w:pPr>
        <w:bidi/>
        <w:spacing w:before="0" w:after="20"/>
        <w:jc w:val="both"/>
      </w:pPr>
      <w:r>
        <w:rPr>
          <w:b/>
          <w:bCs/>
          <w:color w:val="4338C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4338CA"/>
          <w:sz w:val="44"/>
          <w:szCs w:val="44"/>
          <w:rtl/>
        </w:rPr>
        <w:t>חזרה – מה למדנו?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 בעל פה.</w:t>
      </w:r>
    </w:p>
    <w:p>
      <w:pPr>
        <w:bidi/>
        <w:spacing w:before="0" w:after="60"/>
        <w:jc w:val="both"/>
      </w:pPr>
      <w:r>
        <w:rPr>
          <w:rtl/>
        </w:rPr>
        <w:t>א. ‪70 × 40 = __________‬</w:t>
      </w:r>
    </w:p>
    <w:p>
      <w:pPr>
        <w:bidi/>
        <w:spacing w:before="0" w:after="60"/>
        <w:jc w:val="both"/>
      </w:pPr>
      <w:r>
        <w:rPr>
          <w:rtl/>
        </w:rPr>
        <w:t>ב. ‪600 × 9 = __________‬</w:t>
      </w:r>
    </w:p>
    <w:p>
      <w:pPr>
        <w:bidi/>
        <w:spacing w:before="0" w:after="60"/>
        <w:jc w:val="both"/>
      </w:pPr>
      <w:r>
        <w:rPr>
          <w:rtl/>
        </w:rPr>
        <w:t>ג. ‪5,600 : 80 = __________‬</w:t>
      </w:r>
    </w:p>
    <w:p>
      <w:pPr>
        <w:bidi/>
        <w:spacing w:before="0" w:after="60"/>
        <w:jc w:val="both"/>
      </w:pPr>
      <w:r>
        <w:rPr>
          <w:rtl/>
        </w:rPr>
        <w:t>ד. ‪4,500 : 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 בדרך שנוחה לכם.</w:t>
      </w:r>
    </w:p>
    <w:p>
      <w:pPr>
        <w:bidi/>
        <w:spacing w:before="0" w:after="60"/>
        <w:jc w:val="both"/>
      </w:pPr>
      <w:r>
        <w:rPr>
          <w:rtl/>
        </w:rPr>
        <w:t>א. ‪23 × 14 = __________‬</w:t>
      </w:r>
    </w:p>
    <w:p>
      <w:pPr>
        <w:bidi/>
        <w:spacing w:before="0" w:after="60"/>
        <w:jc w:val="both"/>
      </w:pPr>
      <w:r>
        <w:rPr>
          <w:rtl/>
        </w:rPr>
        <w:t>ב. ‪39 × 15 = __________‬</w:t>
      </w:r>
    </w:p>
    <w:p>
      <w:pPr>
        <w:bidi/>
        <w:spacing w:before="0" w:after="60"/>
        <w:jc w:val="both"/>
      </w:pPr>
      <w:r>
        <w:rPr>
          <w:rtl/>
        </w:rPr>
        <w:t>ג. ‪96 : 6 = __________‬</w:t>
      </w:r>
    </w:p>
    <w:p>
      <w:pPr>
        <w:bidi/>
        <w:spacing w:before="0" w:after="60"/>
        <w:jc w:val="both"/>
      </w:pPr>
      <w:r>
        <w:rPr>
          <w:rtl/>
        </w:rPr>
        <w:t>ד. ‪135 : 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פתרו במאונך: ‪384 × 26‬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פתרו בחילוק ארוך: ‪3,215 : 5‬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השלימו: מתחלק? כתבו «כן» או «לא».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ב-3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ב-6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ב-9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1,002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4,020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‪36 − 4 × 5 = ?‬</w:t>
      </w:r>
    </w:p>
    <w:p>
      <w:pPr>
        <w:bidi/>
        <w:spacing w:before="0" w:after="80"/>
        <w:jc w:val="both"/>
      </w:pPr>
      <w:r>
        <w:rPr>
          <w:rtl/>
        </w:rPr>
        <w:t xml:space="preserve">   ○ 160      ○ 16      ○ 20      ○ 56</w:t>
      </w:r>
    </w:p>
    <w:p>
      <w:pPr>
        <w:bidi/>
        <w:spacing w:before="0" w:after="20"/>
        <w:jc w:val="both"/>
      </w:pPr>
      <w:r>
        <w:rPr>
          <w:rtl/>
        </w:rPr>
        <w:t>ב. מה האומדן הטוב ביותר ל-‪612 × 9‬?</w:t>
      </w:r>
    </w:p>
    <w:p>
      <w:pPr>
        <w:bidi/>
        <w:spacing w:before="0" w:after="80"/>
        <w:jc w:val="both"/>
      </w:pPr>
      <w:r>
        <w:rPr>
          <w:rtl/>
        </w:rPr>
        <w:t xml:space="preserve">   ○ 5,400      ○ 540      ○ 6,000      ○ 54,000</w:t>
      </w:r>
    </w:p>
    <w:p>
      <w:pPr>
        <w:bidi/>
        <w:spacing w:before="0" w:after="20"/>
        <w:jc w:val="both"/>
      </w:pPr>
      <w:r>
        <w:rPr>
          <w:rtl/>
        </w:rPr>
        <w:t>ג. בחילוק ‪59 : 7‬ השארית היא:</w:t>
      </w:r>
    </w:p>
    <w:p>
      <w:pPr>
        <w:bidi/>
        <w:spacing w:before="0" w:after="80"/>
        <w:jc w:val="both"/>
      </w:pPr>
      <w:r>
        <w:rPr>
          <w:rtl/>
        </w:rPr>
        <w:t xml:space="preserve">   ○ 2      ○ 4      ○ 3      ○ 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‪0 : 15 = 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‪48 × 25 = 1,000‬      נכון / לא נכון</w:t>
      </w:r>
    </w:p>
    <w:p>
      <w:pPr>
        <w:bidi/>
        <w:spacing w:before="0" w:after="60"/>
        <w:jc w:val="both"/>
      </w:pPr>
      <w:r>
        <w:rPr>
          <w:rtl/>
        </w:rPr>
        <w:t>ג. כל מספר שמתחלק ב-6 מתחלק גם ב-3.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בחנות 18 ארגזים של בקבוקי מים, ובכל ארגז 24 בקבוקים. בעל החנות מסדר את הבקבוקים על 6 מדפים במספר שווה. כמה בקבוקים על כל מדף?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480" w:after="80"/>
        <w:jc w:val="center"/>
      </w:pPr>
      <w:r>
        <w:rPr>
          <w:rFonts w:ascii="Tahoma" w:hAnsi="Tahoma" w:cs="Tahoma"/>
          <w:b/>
          <w:bCs/>
          <w:color w:val="4338CA"/>
          <w:sz w:val="60"/>
          <w:szCs w:val="60"/>
          <w:rtl/>
        </w:rPr>
        <w:t>כל הכבוד!</w:t>
      </w:r>
    </w:p>
    <w:p>
      <w:pPr>
        <w:bidi/>
        <w:spacing w:before="0" w:after="80"/>
        <w:jc w:val="center"/>
      </w:pPr>
      <w:r>
        <w:rPr>
          <w:sz w:val="32"/>
          <w:szCs w:val="32"/>
          <w:rtl/>
        </w:rPr>
        <w:t>סיימתי את חוברת העבודה במתמטיקה לכיתה ד'.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44"/>
          <w:szCs w:val="44"/>
          <w:rtl/>
        </w:rPr>
        <w:t>תשובות לחוברת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1: כפל וחילוק בעל פה בעשרות ובמאות שלמות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40"/>
        <w:jc w:val="both"/>
      </w:pPr>
      <w:r>
        <w:rPr>
          <w:rtl/>
        </w:rPr>
        <w:t>א. ‪7 × 9 = 63‬</w:t>
      </w:r>
    </w:p>
    <w:p>
      <w:pPr>
        <w:bidi/>
        <w:spacing w:before="0" w:after="40"/>
        <w:jc w:val="both"/>
      </w:pPr>
      <w:r>
        <w:rPr>
          <w:rtl/>
        </w:rPr>
        <w:t>ב. ‪70 × 9 = 630‬</w:t>
      </w:r>
    </w:p>
    <w:p>
      <w:pPr>
        <w:bidi/>
        <w:spacing w:before="0" w:after="40"/>
        <w:jc w:val="both"/>
      </w:pPr>
      <w:r>
        <w:rPr>
          <w:rtl/>
        </w:rPr>
        <w:t>ג. ‪700 × 9 = 6,300‬</w:t>
      </w:r>
    </w:p>
    <w:p>
      <w:pPr>
        <w:bidi/>
        <w:spacing w:before="0" w:after="40"/>
        <w:jc w:val="both"/>
      </w:pPr>
      <w:r>
        <w:rPr>
          <w:rtl/>
        </w:rPr>
        <w:t>ד. ‪4 × 6 = 24‬</w:t>
      </w:r>
    </w:p>
    <w:p>
      <w:pPr>
        <w:bidi/>
        <w:spacing w:before="0" w:after="40"/>
        <w:jc w:val="both"/>
      </w:pPr>
      <w:r>
        <w:rPr>
          <w:rtl/>
        </w:rPr>
        <w:t>ה. ‪40 × 60 = 2,400‬</w:t>
      </w:r>
    </w:p>
    <w:p>
      <w:pPr>
        <w:bidi/>
        <w:spacing w:before="0" w:after="40"/>
        <w:jc w:val="both"/>
      </w:pPr>
      <w:r>
        <w:rPr>
          <w:rtl/>
        </w:rPr>
        <w:t>ו. ‪400 × 6 = 2,400‬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40"/>
        <w:jc w:val="both"/>
      </w:pPr>
      <w:r>
        <w:rPr>
          <w:rtl/>
        </w:rPr>
        <w:t>א. ‪30 × 50 = 1,500‬</w:t>
      </w:r>
    </w:p>
    <w:p>
      <w:pPr>
        <w:bidi/>
        <w:spacing w:before="0" w:after="40"/>
        <w:jc w:val="both"/>
      </w:pPr>
      <w:r>
        <w:rPr>
          <w:rtl/>
        </w:rPr>
        <w:t>ב. ‪80 × 70 = 5,600‬</w:t>
      </w:r>
    </w:p>
    <w:p>
      <w:pPr>
        <w:bidi/>
        <w:spacing w:before="0" w:after="40"/>
        <w:jc w:val="both"/>
      </w:pPr>
      <w:r>
        <w:rPr>
          <w:rtl/>
        </w:rPr>
        <w:t>ג. ‪20 × 500 = 10,000‬</w:t>
      </w:r>
    </w:p>
    <w:p>
      <w:pPr>
        <w:bidi/>
        <w:spacing w:before="0" w:after="40"/>
        <w:jc w:val="both"/>
      </w:pPr>
      <w:r>
        <w:rPr>
          <w:rtl/>
        </w:rPr>
        <w:t>ד. ‪400 × 20 = 8,000‬</w:t>
      </w:r>
    </w:p>
    <w:p>
      <w:pPr>
        <w:bidi/>
        <w:spacing w:before="0" w:after="40"/>
        <w:jc w:val="both"/>
      </w:pPr>
      <w:r>
        <w:rPr>
          <w:rtl/>
        </w:rPr>
        <w:t>ה. ‪50 × 60 = 3,000‬</w:t>
      </w:r>
    </w:p>
    <w:p>
      <w:pPr>
        <w:bidi/>
        <w:spacing w:before="0" w:after="40"/>
        <w:jc w:val="both"/>
      </w:pPr>
      <w:r>
        <w:rPr>
          <w:rtl/>
        </w:rPr>
        <w:t>ו. ‪90 × 30 = 2,700‬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חלקו.</w:t>
      </w:r>
    </w:p>
    <w:p>
      <w:pPr>
        <w:bidi/>
        <w:spacing w:before="0" w:after="40"/>
        <w:jc w:val="both"/>
      </w:pPr>
      <w:r>
        <w:rPr>
          <w:rtl/>
        </w:rPr>
        <w:t>א. ‪420 : 7 = 60‬</w:t>
      </w:r>
    </w:p>
    <w:p>
      <w:pPr>
        <w:bidi/>
        <w:spacing w:before="0" w:after="40"/>
        <w:jc w:val="both"/>
      </w:pPr>
      <w:r>
        <w:rPr>
          <w:rtl/>
        </w:rPr>
        <w:t>ב. ‪5,600 : 8 = 700‬</w:t>
      </w:r>
    </w:p>
    <w:p>
      <w:pPr>
        <w:bidi/>
        <w:spacing w:before="0" w:after="40"/>
        <w:jc w:val="both"/>
      </w:pPr>
      <w:r>
        <w:rPr>
          <w:rtl/>
        </w:rPr>
        <w:t>ג. ‪2,700 : 9 = 300‬</w:t>
      </w:r>
    </w:p>
    <w:p>
      <w:pPr>
        <w:bidi/>
        <w:spacing w:before="0" w:after="40"/>
        <w:jc w:val="both"/>
      </w:pPr>
      <w:r>
        <w:rPr>
          <w:rtl/>
        </w:rPr>
        <w:t>ד. ‪3,000 : 6 = 500‬</w:t>
      </w:r>
    </w:p>
    <w:p>
      <w:pPr>
        <w:bidi/>
        <w:spacing w:before="0" w:after="40"/>
        <w:jc w:val="both"/>
      </w:pPr>
      <w:r>
        <w:rPr>
          <w:rtl/>
        </w:rPr>
        <w:t>ה. ‪6,400 : 80 = 80‬</w:t>
      </w:r>
    </w:p>
    <w:p>
      <w:pPr>
        <w:bidi/>
        <w:spacing w:before="0" w:after="40"/>
        <w:jc w:val="both"/>
      </w:pPr>
      <w:r>
        <w:rPr>
          <w:rtl/>
        </w:rPr>
        <w:t>ו. ‪4,900 : 70 = 70‬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360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3,600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580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5,800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7,200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9,400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טבלת החילוק.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3,200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3,200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4,200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5,400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‪50 × 80 = 4,000‬</w:t>
      </w:r>
    </w:p>
    <w:p>
      <w:pPr>
        <w:bidi/>
        <w:spacing w:before="0" w:after="40"/>
        <w:jc w:val="both"/>
      </w:pPr>
      <w:r>
        <w:rPr>
          <w:rtl/>
        </w:rPr>
        <w:t>ב. ‪70 × 90 = 6,300‬</w:t>
      </w:r>
    </w:p>
    <w:p>
      <w:pPr>
        <w:bidi/>
        <w:spacing w:before="0" w:after="40"/>
        <w:jc w:val="both"/>
      </w:pPr>
      <w:r>
        <w:rPr>
          <w:rtl/>
        </w:rPr>
        <w:t>ג. ‪7,200 : 9 = 800‬</w:t>
      </w:r>
    </w:p>
    <w:p>
      <w:pPr>
        <w:bidi/>
        <w:spacing w:before="0" w:after="40"/>
        <w:jc w:val="both"/>
      </w:pPr>
      <w:r>
        <w:rPr>
          <w:rtl/>
        </w:rPr>
        <w:t>ד. ‪7,200 : 8 = 900‬</w:t>
      </w:r>
    </w:p>
    <w:p>
      <w:pPr>
        <w:bidi/>
        <w:spacing w:before="0" w:after="40"/>
        <w:jc w:val="both"/>
      </w:pPr>
      <w:r>
        <w:rPr>
          <w:rtl/>
        </w:rPr>
        <w:t>ה. ‪30 × 300 = 9,000‬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כל תרגיל כפל לתרגיל החילוק הקשור אליו.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‪60 × 7 = 420‬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‪420 : 7 = 60‬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‪80 × 50 = 4,000‬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‪2,700 : 9 = 300‬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‪300 × 9 = 2,700‬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‪3,000 : 6 = 500‬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‪40 × 40 = 1,600‬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‪4,000 : 50 = 80‬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‪500 × 6 = 3,000‬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‪1,600 : 40 = 40‬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‪800 × 5 = 4,000‬ – נכון</w:t>
      </w:r>
    </w:p>
    <w:p>
      <w:pPr>
        <w:bidi/>
        <w:spacing w:before="0" w:after="40"/>
        <w:jc w:val="both"/>
      </w:pPr>
      <w:r>
        <w:rPr>
          <w:rtl/>
        </w:rPr>
        <w:t>ב. ‪70 × 70 = 490‬ – לא נכון – ‪70 × 70 = 4,900‬</w:t>
      </w:r>
    </w:p>
    <w:p>
      <w:pPr>
        <w:bidi/>
        <w:spacing w:before="0" w:after="40"/>
        <w:jc w:val="both"/>
      </w:pPr>
      <w:r>
        <w:rPr>
          <w:rtl/>
        </w:rPr>
        <w:t>ג. ‪6,000 : 30 = 200‬ – נכון</w:t>
      </w:r>
    </w:p>
    <w:p>
      <w:pPr>
        <w:bidi/>
        <w:spacing w:before="0" w:after="40"/>
        <w:jc w:val="both"/>
      </w:pPr>
      <w:r>
        <w:rPr>
          <w:rtl/>
        </w:rPr>
        <w:t>ד. ‪8,100 : 90 = 900‬ – לא נכון – ‪8,100 : 90 = 90‬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‪400 × 50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20,000</w:t>
      </w:r>
    </w:p>
    <w:p>
      <w:pPr>
        <w:bidi/>
        <w:spacing w:before="0" w:after="20"/>
        <w:jc w:val="both"/>
      </w:pPr>
      <w:r>
        <w:rPr>
          <w:rtl/>
        </w:rPr>
        <w:t>ב. ‪3,500 : 50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70</w:t>
      </w:r>
    </w:p>
    <w:p>
      <w:pPr>
        <w:bidi/>
        <w:spacing w:before="0" w:after="20"/>
        <w:jc w:val="both"/>
      </w:pPr>
      <w:r>
        <w:rPr>
          <w:rtl/>
        </w:rPr>
        <w:t>ג. איזה תרגיל שווה ל-‪80 × 30‬?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‪8 × 300‬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מיינו: האם התוצאה קטנה מ-1,000 או גדולה מ-1,000?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מ-1,000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מ-1,000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‪20 × 40‬, ‪90 × 10‬, ‪5,600 : 8‬, ‪200 ×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‪30 × 50‬, ‪600 × 3‬, ‪8,000 : 4‬, ‪40 × 30‬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הסבירו במילים איך אפשר לחשב בעל פה את ‪4,200 : 60‬. כתבו גם תרגיל בדיקה.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4,200 הן 420 עשרות, 60 הן 6 עשרות; ‪42 : 6 = 7‬, ולכן ‪4,200 : 60 = 70‬. בדיקה: ‪70 × 60 = 4,200‬.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במאפייה אופים בכל שעה 300 לחמניות. כמה לחמניות אופים ב-8 שעות?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‪300 × 8 = 2,400‬. תשובה: אופים 2,400 לחמניות.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בספרייה 4,500 ספרים. מסדרים אותם על מדפים, 50 ספרים בכל מדף. כמה מדפים צריך?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‪4,500 : 50 = 90‬. תשובה: צריך 90 מדפים.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לטיול השנתי יצאו 6 אוטובוסים, ובכל אחד 50 נוסעים. כל נוסע שילם 30 ₪. כמה כסף שילמו כל הנוסעים יחד? פתרו במשבצות.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‪6 × 50 = 300‬ נוסעים. ‪300 × 30 = 9,000‬. תשובה: שילמו 9,000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אתגר: מכפלה של שני מספרים עגולים (מסתיימים באפס) היא 4,000. ההפרש ביניהם הוא 30. מהם המספרים?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80 ו-‪50: 80 × 50 = 4,000‬ ו-‪80 − 50 = 30‬.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בכל חבילת דפים יש 500 דפים. כמה דפים יש ב-7 חבילות?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× 7 = 35‬ ; ‪500 × 7 = 3,500‬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ב-7 חבילות יש 3,500 דפים.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ברפת בקיבוץ חילקו 2,700 ליטרים של חלב שווה בשווה ל-9 מכלים. כמה ליטרים יש בכל מכל?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‪27 : 9 = 3‬ ; ‪2,700 : 9 = 300‬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מכל יש 300 ליטרים.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בשכונה חדשה יש 80 בניינים, ובכל בניין 30 דירות. כמה דירות יש בשכונה?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× 3 = 24‬ ; ‪80 × 30 = 2,400‬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בשכונה יש 2,400 דירות.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בחוות שתילים שתלו 4,800 שתילים ב-60 שורות שוות. כמה שתילים יש בכל שורה?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מורידים אפס: ‪480 : 6‬ ; ‪48 : 6 = 8‬, ולכן ‪480 : 6 = 80‬ ; בדיקה: ‪80 × 60 = 4,800‬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שורה יש 80 שתילים.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עומר חסך 60 ₪ בכל חודש, במשך 20 חודשים. אחר כך קנה אופניים ב-800 ₪. כמה כסף נשאר 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‪60 × 20 = 1,200‬ ; ‪1,200 − 800 = 400‬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לעומר נשארו 400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בספרייה העירונית יש 9 ארונות, ובכל ארון 200 ספרים. הוסיפו עוד 600 ספרים, ואת כל הספרים סידרו שווה בשווה על 40 מדפים. כמה ספרים יש על כל מדף?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× 200 = 1,800‬ ; ‪1,800 + 600 = 2,400‬ ; ‪2,400 : 40 = 60‬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על כל מדף יש 60 ספרים.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2: כפל דו-ספרתי בדו-ספרתי בדרכים שונות (חוק הפילוג)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השלימו לפי חוק הפילוג.</w:t>
      </w:r>
    </w:p>
    <w:p>
      <w:pPr>
        <w:bidi/>
        <w:spacing w:before="0" w:after="40"/>
        <w:jc w:val="both"/>
      </w:pPr>
      <w:r>
        <w:rPr>
          <w:rtl/>
        </w:rPr>
        <w:t>א. ‪13 × 6 = 10 × 6 + 3 × 6 = 78‬</w:t>
      </w:r>
    </w:p>
    <w:p>
      <w:pPr>
        <w:bidi/>
        <w:spacing w:before="0" w:after="40"/>
        <w:jc w:val="both"/>
      </w:pPr>
      <w:r>
        <w:rPr>
          <w:rtl/>
        </w:rPr>
        <w:t>ב. ‪24 × 7 = 20 × 7 + 4 × 7 = 168‬</w:t>
      </w:r>
    </w:p>
    <w:p>
      <w:pPr>
        <w:bidi/>
        <w:spacing w:before="0" w:after="40"/>
        <w:jc w:val="both"/>
      </w:pPr>
      <w:r>
        <w:rPr>
          <w:rtl/>
        </w:rPr>
        <w:t>ג. ‪56 × 3 = 50 × 3 + 6 × 3 = 168‬</w:t>
      </w:r>
    </w:p>
    <w:p>
      <w:pPr>
        <w:bidi/>
        <w:spacing w:before="0" w:after="40"/>
        <w:jc w:val="both"/>
      </w:pPr>
      <w:r>
        <w:rPr>
          <w:rtl/>
        </w:rPr>
        <w:t>ד. ‪69 × 4 = 60 × 4 + 9 × 4 = 276‬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הפירוק.</w:t>
      </w:r>
    </w:p>
    <w:p>
      <w:pPr>
        <w:bidi/>
        <w:spacing w:before="0" w:after="40"/>
        <w:jc w:val="both"/>
      </w:pPr>
      <w:r>
        <w:rPr>
          <w:rtl/>
        </w:rPr>
        <w:t>א. ‪34 × 21 = 34 × 20 + 34 × 1‬</w:t>
      </w:r>
    </w:p>
    <w:p>
      <w:pPr>
        <w:bidi/>
        <w:spacing w:before="0" w:after="40"/>
        <w:jc w:val="both"/>
      </w:pPr>
      <w:r>
        <w:rPr>
          <w:rtl/>
        </w:rPr>
        <w:t>ב. ‪27 × 16 = 20 × 16 + 7 × 16‬</w:t>
      </w:r>
    </w:p>
    <w:p>
      <w:pPr>
        <w:bidi/>
        <w:spacing w:before="0" w:after="40"/>
        <w:jc w:val="both"/>
      </w:pPr>
      <w:r>
        <w:rPr>
          <w:rtl/>
        </w:rPr>
        <w:t>ג. ‪45 × 19 = 45 × 20 − 45 × 1‬</w:t>
      </w:r>
    </w:p>
    <w:p>
      <w:pPr>
        <w:bidi/>
        <w:spacing w:before="0" w:after="40"/>
        <w:jc w:val="both"/>
      </w:pPr>
      <w:r>
        <w:rPr>
          <w:rtl/>
        </w:rPr>
        <w:t>ד. ‪38 × 12 = 30 × 12 + 8 × 12‬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מודל המלבן של ‪43 × 25‬.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40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השתמשו במלבן מהתרגיל הקודם.</w:t>
      </w:r>
    </w:p>
    <w:p>
      <w:pPr>
        <w:bidi/>
        <w:spacing w:before="0" w:after="40"/>
        <w:jc w:val="both"/>
      </w:pPr>
      <w:r>
        <w:rPr>
          <w:rtl/>
        </w:rPr>
        <w:t>א. ‪43 × 25 = 800 + 60 + 200 + 15 = 1,075‬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חשבו בעזרת חוק הפילוג.</w:t>
      </w:r>
    </w:p>
    <w:p>
      <w:pPr>
        <w:bidi/>
        <w:spacing w:before="0" w:after="40"/>
        <w:jc w:val="both"/>
      </w:pPr>
      <w:r>
        <w:rPr>
          <w:rtl/>
        </w:rPr>
        <w:t>א. ‪14 × 12 = 168‬</w:t>
      </w:r>
    </w:p>
    <w:p>
      <w:pPr>
        <w:bidi/>
        <w:spacing w:before="0" w:after="40"/>
        <w:jc w:val="both"/>
      </w:pPr>
      <w:r>
        <w:rPr>
          <w:rtl/>
        </w:rPr>
        <w:t>ב. ‪22 × 23 = 506‬</w:t>
      </w:r>
    </w:p>
    <w:p>
      <w:pPr>
        <w:bidi/>
        <w:spacing w:before="0" w:after="40"/>
        <w:jc w:val="both"/>
      </w:pPr>
      <w:r>
        <w:rPr>
          <w:rtl/>
        </w:rPr>
        <w:t>ג. ‪35 × 14 = 490‬</w:t>
      </w:r>
    </w:p>
    <w:p>
      <w:pPr>
        <w:bidi/>
        <w:spacing w:before="0" w:after="40"/>
        <w:jc w:val="both"/>
      </w:pPr>
      <w:r>
        <w:rPr>
          <w:rtl/>
        </w:rPr>
        <w:t>ד. ‪18 × 31 = 558‬</w:t>
      </w:r>
    </w:p>
    <w:p>
      <w:pPr>
        <w:bidi/>
        <w:spacing w:before="0" w:after="40"/>
        <w:jc w:val="both"/>
      </w:pPr>
      <w:r>
        <w:rPr>
          <w:rtl/>
        </w:rPr>
        <w:t>ה. ‪44 × 21 = 924‬</w:t>
      </w:r>
    </w:p>
    <w:p>
      <w:pPr>
        <w:bidi/>
        <w:spacing w:before="0" w:after="40"/>
        <w:jc w:val="both"/>
      </w:pPr>
      <w:r>
        <w:rPr>
          <w:rtl/>
        </w:rPr>
        <w:t>ו. ‪53 × 12 = 636‬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חשבו בעזרת פילוג בחיסור.</w:t>
      </w:r>
    </w:p>
    <w:p>
      <w:pPr>
        <w:bidi/>
        <w:spacing w:before="0" w:after="40"/>
        <w:jc w:val="both"/>
      </w:pPr>
      <w:r>
        <w:rPr>
          <w:rtl/>
        </w:rPr>
        <w:t>א. ‪19 × 23 = 437‬</w:t>
      </w:r>
    </w:p>
    <w:p>
      <w:pPr>
        <w:bidi/>
        <w:spacing w:before="0" w:after="40"/>
        <w:jc w:val="both"/>
      </w:pPr>
      <w:r>
        <w:rPr>
          <w:rtl/>
        </w:rPr>
        <w:t>ב. ‪49 × 11 = 539‬</w:t>
      </w:r>
    </w:p>
    <w:p>
      <w:pPr>
        <w:bidi/>
        <w:spacing w:before="0" w:after="40"/>
        <w:jc w:val="both"/>
      </w:pPr>
      <w:r>
        <w:rPr>
          <w:rtl/>
        </w:rPr>
        <w:t>ג. ‪28 × 25 = 700‬</w:t>
      </w:r>
    </w:p>
    <w:p>
      <w:pPr>
        <w:bidi/>
        <w:spacing w:before="0" w:after="40"/>
        <w:jc w:val="both"/>
      </w:pPr>
      <w:r>
        <w:rPr>
          <w:rtl/>
        </w:rPr>
        <w:t>ד. ‪59 × 12 = 708‬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‪12 × 12‬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682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‪15 × 15‬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361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‪24 × 11‬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144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‪31 × 22‬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400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‪25 × 16‬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264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‪19 × 19‬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225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‪35 × 12 = 30 × 12 + 5 × 12‬ – נכון</w:t>
      </w:r>
    </w:p>
    <w:p>
      <w:pPr>
        <w:bidi/>
        <w:spacing w:before="0" w:after="40"/>
        <w:jc w:val="both"/>
      </w:pPr>
      <w:r>
        <w:rPr>
          <w:rtl/>
        </w:rPr>
        <w:t>ב. ‪16 × 15 = 230‬ – לא נכון – ‪16 × 15 = 240‬</w:t>
      </w:r>
    </w:p>
    <w:p>
      <w:pPr>
        <w:bidi/>
        <w:spacing w:before="0" w:after="40"/>
        <w:jc w:val="both"/>
      </w:pPr>
      <w:r>
        <w:rPr>
          <w:rtl/>
        </w:rPr>
        <w:t>ג. ‪29 × 11 = 30 × 11 − 11‬ – נכון</w:t>
      </w:r>
    </w:p>
    <w:p>
      <w:pPr>
        <w:bidi/>
        <w:spacing w:before="0" w:after="40"/>
        <w:jc w:val="both"/>
      </w:pPr>
      <w:r>
        <w:rPr>
          <w:rtl/>
        </w:rPr>
        <w:t>ד. ‪42 × 13 = 40 × 10 + 2 × 3‬ – לא נכון – ‪42 × 13 = 40 × 13 + 2 × 13‬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מיינו את התרגילים לפי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300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360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‪12 × 25‬, ‪15 × 20‬, ‪10 × 30‬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‪24 × 15‬, ‪18 × 20‬, ‪12 × 30‬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כמה חלקים יש במודל המלבן של ‪26 × 34‬?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</w:t>
      </w:r>
    </w:p>
    <w:p>
      <w:pPr>
        <w:bidi/>
        <w:spacing w:before="0" w:after="20"/>
        <w:jc w:val="both"/>
      </w:pPr>
      <w:r>
        <w:rPr>
          <w:rtl/>
        </w:rPr>
        <w:t>ב. ‪39 × 25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975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מיכל אומרת שקל יותר לחשב ‪99 × 14‬ מאשר ‪87 × 14‬. הסבירו למה, וחשבו את ‪99 × 14‬.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99 קרוב ל-‪100: 99 × 14 = 100 × 14 − 14 = 1,400 − 14 = 1,386‬.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בחנות ספורט 24 מדפים, ועל כל מדף 18 כדורים. כמה כדורים בחנות?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‪24 × 18 = 20 × 18 + 4 × 18 = 360 + 72 = 432‬. תשובה: 432 כדורים.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באולם 32 שורות של כיסאות, ובכל שורה 26 כיסאות. כמה כיסאות באולם? פתרו במשבצות בדרך שתבחרו.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‪32 × 26 = 30 × 26 + 2 × 26 = 780 + 52 = 832‬. תשובה: 832 כיסאות.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עומר קרא 35 עמודים בכל יום במשך 21 ימים. נועה קראה 28 עמודים בכל יום במשך 25 ימים. מי קרא יותר עמודים, ובכמה?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עומר: ‪35 × 21 = 735‬. נועה: ‪28 × 25 = 700‬. תשובה: עומר קרא יותר, ב-35 עמודים.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אתגר: מצאו שני מספרים דו-ספרתיים שמכפלתם 391. רמז: שניהם קרובים ל-20.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‪17 × 23 = 391‬ (בדיקה: ‪17 × 23 = 340 + 51 = 391)‬.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בכל קופסה יש 16 טושים. כמה טושים יש ב-21 קופסאות?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‪21 × 16 = 20 × 16 + 1 × 16‬ ; ‪320 + 16 = 336‬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ב-21 קופסאות יש 336 טושים.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יואב רוכב על אופניים 13 קילומטרים בכל יום. כמה קילומטרים ירכב ב-24 ימים?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‪24 × 13 = 24 × 10 + 24 × 3‬ ; ‪240 + 72 = 312‬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יואב ירכב 312 קילומטרים.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באולם הכנסים יש 36 שורות, ובכל שורה 27 כסאות. כמה כסאות יש באולם?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‪36 × 27 = 30 × 27 + 6 × 27‬ ; ‪30 × 27 = 810‬, ‪6 × 27 = 162‬ ; ‪810 + 162 = 972‬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באולם יש 972 כסאות.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ספר לימוד עולה 48 ₪. בית הספר קנה 19 ספרים. כמה שילם? רמז: 19 קרוב ל-20.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‪20 × 48 = 960‬ ; ‪19 × 48 = 960 − 48 = 912‬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בית הספר שילם 912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בחנות יש 25 ארגזים, ובכל ארגז 18 תפוחים. 37 תפוחים נרקבו וזרקו אותם. כמה תפוחים טובים נשארו?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‪25 × 18 = 20 × 18 + 5 × 18 = 360 + 90 = 450‬ ; ‪450 − 37 = 413‬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נשארו 413 תפוחים טובים.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משה חסך 15 ₪ בכל שבוע במשך 26 שבועות. נועם חסך 22 ₪ בכל שבוע במשך 18 שבועות. מי חסך יותר, ובכמה?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משה: ‪15 × 26 = 390‬ ; נועם: ‪22 × 18 = 396‬ ; ‪396 − 390 =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משה חסך 390 ₪ ונועם חסך 396 ₪, כלומר נועם חסך יותר ב-6 ₪.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3: כפל במאונך בגורם רב-ספרתי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פתרו במאונך.</w:t>
      </w:r>
    </w:p>
    <w:p>
      <w:pPr>
        <w:bidi/>
        <w:spacing w:before="0" w:after="40"/>
        <w:jc w:val="both"/>
      </w:pPr>
      <w:r>
        <w:rPr>
          <w:rtl/>
        </w:rPr>
        <w:t>א. ‪312 × 3 = 936‬</w:t>
      </w:r>
    </w:p>
    <w:p>
      <w:pPr>
        <w:bidi/>
        <w:spacing w:before="0" w:after="40"/>
        <w:jc w:val="both"/>
      </w:pPr>
      <w:r>
        <w:rPr>
          <w:rtl/>
        </w:rPr>
        <w:t>ב. ‪221 × 4 = 884‬</w:t>
      </w:r>
    </w:p>
    <w:p>
      <w:pPr>
        <w:bidi/>
        <w:spacing w:before="0" w:after="40"/>
        <w:jc w:val="both"/>
      </w:pPr>
      <w:r>
        <w:rPr>
          <w:rtl/>
        </w:rPr>
        <w:t>ג. ‪1,103 × 3 = 3,309‬</w:t>
      </w:r>
    </w:p>
    <w:p>
      <w:pPr>
        <w:bidi/>
        <w:spacing w:before="0" w:after="40"/>
        <w:jc w:val="both"/>
      </w:pPr>
      <w:r>
        <w:rPr>
          <w:rtl/>
        </w:rPr>
        <w:t>ד. ‪2,012 × 4 = 8,048‬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פתרו במאונך – עם העברה.</w:t>
      </w:r>
    </w:p>
    <w:p>
      <w:pPr>
        <w:bidi/>
        <w:spacing w:before="0" w:after="40"/>
        <w:jc w:val="both"/>
      </w:pPr>
      <w:r>
        <w:rPr>
          <w:rtl/>
        </w:rPr>
        <w:t>א. ‪138 × 4 = 552‬</w:t>
      </w:r>
    </w:p>
    <w:p>
      <w:pPr>
        <w:bidi/>
        <w:spacing w:before="0" w:after="40"/>
        <w:jc w:val="both"/>
      </w:pPr>
      <w:r>
        <w:rPr>
          <w:rtl/>
        </w:rPr>
        <w:t>ב. ‪259 × 3 = 777‬</w:t>
      </w:r>
    </w:p>
    <w:p>
      <w:pPr>
        <w:bidi/>
        <w:spacing w:before="0" w:after="40"/>
        <w:jc w:val="both"/>
      </w:pPr>
      <w:r>
        <w:rPr>
          <w:rtl/>
        </w:rPr>
        <w:t>ג. ‪467 × 5 = 2,335‬</w:t>
      </w:r>
    </w:p>
    <w:p>
      <w:pPr>
        <w:bidi/>
        <w:spacing w:before="0" w:after="40"/>
        <w:jc w:val="both"/>
      </w:pPr>
      <w:r>
        <w:rPr>
          <w:rtl/>
        </w:rPr>
        <w:t>ד. ‪685 × 9 = 6,165‬</w:t>
      </w:r>
    </w:p>
    <w:p>
      <w:pPr>
        <w:bidi/>
        <w:spacing w:before="0" w:after="40"/>
        <w:jc w:val="both"/>
      </w:pPr>
      <w:r>
        <w:rPr>
          <w:rtl/>
        </w:rPr>
        <w:t>ה. ‪1,324 × 6 = 7,944‬</w:t>
      </w:r>
    </w:p>
    <w:p>
      <w:pPr>
        <w:bidi/>
        <w:spacing w:before="0" w:after="40"/>
        <w:jc w:val="both"/>
      </w:pPr>
      <w:r>
        <w:rPr>
          <w:rtl/>
        </w:rPr>
        <w:t>ו. ‪1,789 × 2 = 3,578‬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 – שימו לב לאפס.</w:t>
      </w:r>
    </w:p>
    <w:p>
      <w:pPr>
        <w:bidi/>
        <w:spacing w:before="0" w:after="40"/>
        <w:jc w:val="both"/>
      </w:pPr>
      <w:r>
        <w:rPr>
          <w:rtl/>
        </w:rPr>
        <w:t>א. ‪602 × 4 = 2,408‬</w:t>
      </w:r>
    </w:p>
    <w:p>
      <w:pPr>
        <w:bidi/>
        <w:spacing w:before="0" w:after="40"/>
        <w:jc w:val="both"/>
      </w:pPr>
      <w:r>
        <w:rPr>
          <w:rtl/>
        </w:rPr>
        <w:t>ב. ‪1,009 × 7 = 7,063‬</w:t>
      </w:r>
    </w:p>
    <w:p>
      <w:pPr>
        <w:bidi/>
        <w:spacing w:before="0" w:after="40"/>
        <w:jc w:val="both"/>
      </w:pPr>
      <w:r>
        <w:rPr>
          <w:rtl/>
        </w:rPr>
        <w:t>ג. ‪380 × 6 = 2,280‬</w:t>
      </w:r>
    </w:p>
    <w:p>
      <w:pPr>
        <w:bidi/>
        <w:spacing w:before="0" w:after="40"/>
        <w:jc w:val="both"/>
      </w:pPr>
      <w:r>
        <w:rPr>
          <w:rtl/>
        </w:rPr>
        <w:t>ד. ‪2,040 × 3 = 6,120‬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פתרו במאונך – גורם דו-ספרתי.</w:t>
      </w:r>
    </w:p>
    <w:p>
      <w:pPr>
        <w:bidi/>
        <w:spacing w:before="0" w:after="40"/>
        <w:jc w:val="both"/>
      </w:pPr>
      <w:r>
        <w:rPr>
          <w:rtl/>
        </w:rPr>
        <w:t>א. ‪34 × 13 = 442‬</w:t>
      </w:r>
    </w:p>
    <w:p>
      <w:pPr>
        <w:bidi/>
        <w:spacing w:before="0" w:after="40"/>
        <w:jc w:val="both"/>
      </w:pPr>
      <w:r>
        <w:rPr>
          <w:rtl/>
        </w:rPr>
        <w:t>ב. ‪56 × 27 = 1,512‬</w:t>
      </w:r>
    </w:p>
    <w:p>
      <w:pPr>
        <w:bidi/>
        <w:spacing w:before="0" w:after="40"/>
        <w:jc w:val="both"/>
      </w:pPr>
      <w:r>
        <w:rPr>
          <w:rtl/>
        </w:rPr>
        <w:t>ג. ‪213 × 32 = 6,816‬</w:t>
      </w:r>
    </w:p>
    <w:p>
      <w:pPr>
        <w:bidi/>
        <w:spacing w:before="0" w:after="40"/>
        <w:jc w:val="both"/>
      </w:pPr>
      <w:r>
        <w:rPr>
          <w:rtl/>
        </w:rPr>
        <w:t>ד. ‪145 × 24 = 3,480‬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פתרו במאונך: ‪836 × 9‬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‪6 × 9 = 54‬ (4, מעבירים 5); ‪3 × 9 + 5 = 32‬ (2, מעבירים 3); ‪8 × 9 + 3 = 75‬. תשובה: 7,524.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השלימו את שלבי הכפל של ‪427 × 18‬.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חישוב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ביחידות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‪427 ×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3,416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בעשרות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‪427 × 10‬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4,270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חיבור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‪3,416 + 4,270‬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7,686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השלימו את הספרה החסרה במכפלה.</w:t>
      </w:r>
    </w:p>
    <w:p>
      <w:pPr>
        <w:bidi/>
        <w:spacing w:before="0" w:after="40"/>
        <w:jc w:val="both"/>
      </w:pPr>
      <w:r>
        <w:rPr>
          <w:rtl/>
        </w:rPr>
        <w:t>א. ‪123 × 4 = 492‬</w:t>
      </w:r>
    </w:p>
    <w:p>
      <w:pPr>
        <w:bidi/>
        <w:spacing w:before="0" w:after="40"/>
        <w:jc w:val="both"/>
      </w:pPr>
      <w:r>
        <w:rPr>
          <w:rtl/>
        </w:rPr>
        <w:t>ב. ‪215 × 3 = 645‬</w:t>
      </w:r>
    </w:p>
    <w:p>
      <w:pPr>
        <w:bidi/>
        <w:spacing w:before="0" w:after="40"/>
        <w:jc w:val="both"/>
      </w:pPr>
      <w:r>
        <w:rPr>
          <w:rtl/>
        </w:rPr>
        <w:t>ג. ‪342 × 2 = 684‬</w:t>
      </w:r>
    </w:p>
    <w:p>
      <w:pPr>
        <w:bidi/>
        <w:spacing w:before="0" w:after="40"/>
        <w:jc w:val="both"/>
      </w:pPr>
      <w:r>
        <w:rPr>
          <w:rtl/>
        </w:rPr>
        <w:t>ד. ‪1,111 × 6 = 6,666‬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‪405 ×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3,488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‪318 ×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2,430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‪752 ×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2,862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‪63 × 47‬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3,008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‪109 × 32‬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2,961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‪507 × 8 = 4,056‬ – נכון</w:t>
      </w:r>
    </w:p>
    <w:p>
      <w:pPr>
        <w:bidi/>
        <w:spacing w:before="0" w:after="40"/>
        <w:jc w:val="both"/>
      </w:pPr>
      <w:r>
        <w:rPr>
          <w:rtl/>
        </w:rPr>
        <w:t>ב. ‪129 × 6 = 714‬ – לא נכון – ‪129 × 6 = 774‬</w:t>
      </w:r>
    </w:p>
    <w:p>
      <w:pPr>
        <w:bidi/>
        <w:spacing w:before="0" w:after="40"/>
        <w:jc w:val="both"/>
      </w:pPr>
      <w:r>
        <w:rPr>
          <w:rtl/>
        </w:rPr>
        <w:t>ג. בכפל בגורם דו-ספרתי מחברים בסוף שתי שורות. – נכון</w:t>
      </w:r>
    </w:p>
    <w:p>
      <w:pPr>
        <w:bidi/>
        <w:spacing w:before="0" w:after="40"/>
        <w:jc w:val="both"/>
      </w:pPr>
      <w:r>
        <w:rPr>
          <w:rtl/>
        </w:rPr>
        <w:t>ד. ‪35 × 42 = 1,370‬ – לא נכון – ‪35 × 42 = 1,470‬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‪1,234 × 5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6,170</w:t>
      </w:r>
    </w:p>
    <w:p>
      <w:pPr>
        <w:bidi/>
        <w:spacing w:before="0" w:after="20"/>
        <w:jc w:val="both"/>
      </w:pPr>
      <w:r>
        <w:rPr>
          <w:rtl/>
        </w:rPr>
        <w:t>ב. מה האומדן הטוב ביותר ל-‪298 × 31‬?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‪300 × 30 = 9,000‬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דניאל אומר: «כדי לחשב ‪26 × 45‬ במאונך, כופלים ‪26 × 5‬ ואז ‪26 × 4‬ ומחברים». הסבירו את הטעות.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הספרה 4 ב-45 היא 4 עשרות, כלומר 40. צריך ‪26 × 5 = 130‬ ו-‪26 × 40 = 1,040‬, ולחבר: 1,170. דניאל חיבר ‪130 + 104 = 234‬ – טעות.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מטוס טס 845 ק"מ בכל שעה. כמה ק"מ יטוס ב-7 שעות?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‪845 × 7 = 5,915‬. תשובה: 5,915 ק"מ.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בבית ספר 28 כיתות, ובכל כיתה 34 תלמידים. כל תלמיד קיבל 3 מחברות. כמה מחברות חילקו? פתרו במשבצות.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‪28 × 34 = 952‬ תלמידים; ‪952 × 3 = 2,856‬. תשובה: 2,856 מחברות.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אריאל קנה 12 כרטיסים להופעה, כל כרטיס ב-145 ₪. הוא שילם ב-2,000 ₪. כמה עודף קיבל?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‪12 × 145 = 1,740‬; ‪2,000 − 1,740 = 260‬. תשובה: 260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אתגר: השלימו את הספרות החסרות: ‪3_7 × 6 = 2,262‬. הסבירו איך מצאתם.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‪2,262 : 6 = 377‬, ולכן הספרה החסרה היא ‪7: 377 × 6 = 2,262‬.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בכל קופסה יש 64 עפרונות. כמה עפרונות יש ב-15 קופסאות?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‪64 × 5 = 320‬ ; ‪64 × 10 = 640‬ ; ‪320 + 640 = 960‬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ב-15 קופסאות יש 960 עפרונות.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בכל שורה בחלקה החקלאית שתלו 128 שתילים. כמה שתילים שתלו ב-23 שורות?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‪128 × 3 = 384‬ ; ‪128 × 20 = 2,560‬ ; ‪384 + 2,560 = 2,944‬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שתלו 2,944 שתילים.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סוחר בשוק מחנה יהודה מוכר 236 קילוגרם עגבניות בכל יום. כמה קילוגרם ימכור ב-28 ימים?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‪236 × 8 = 1,888‬ ; ‪236 × 20 = 4,720‬ ; ‪1,888 + 4,720 = 6,608‬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הסוחר ימכור 6,608 קילוגרם עגבניות.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לכל תלמיד בשכבה מכינים 17 דפי עבודה. בשכבה יש 154 תלמידים. כמה דפים צריך להדפיס?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‪154 × 7 = 1,078‬ ; ‪154 × 10 = 1,540‬ ; ‪1,078 + 1,540 = 2,618‬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צריך להדפיס 2,618 דפים.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עידו חסך 125 ₪ בכל חודש במשך 12 חודשים. אחר כך קנה מחשב ב-1,290 ₪. כמה כסף נשאר 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‪125 × 12 = 1,500‬ ; ‪1,500 − 1,290 = 210‬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לעידו נשארו 210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במחסן יש 36 משטחים, ובכל משטח 75 ארגזים. היום שלחו לחנויות 1,180 ארגזים. כמה ארגזים נשארו במחסן?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‪75 × 36 = 2,700‬ ; ‪2,700 − 1,180 = 1,520‬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במחסן נשארו 1,520 ארגזים.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4: חילוק בעל פה: פילוג וחיסור חוזר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חלקו בפילוג.</w:t>
      </w:r>
    </w:p>
    <w:p>
      <w:pPr>
        <w:bidi/>
        <w:spacing w:before="0" w:after="40"/>
        <w:jc w:val="both"/>
      </w:pPr>
      <w:r>
        <w:rPr>
          <w:rtl/>
        </w:rPr>
        <w:t>א. ‪39 : 3 = 30 : 3 + 9 : 3 = 13‬</w:t>
      </w:r>
    </w:p>
    <w:p>
      <w:pPr>
        <w:bidi/>
        <w:spacing w:before="0" w:after="40"/>
        <w:jc w:val="both"/>
      </w:pPr>
      <w:r>
        <w:rPr>
          <w:rtl/>
        </w:rPr>
        <w:t>ב. ‪56 : 4 = 40 : 4 + 16 : 4 = 14‬</w:t>
      </w:r>
    </w:p>
    <w:p>
      <w:pPr>
        <w:bidi/>
        <w:spacing w:before="0" w:after="40"/>
        <w:jc w:val="both"/>
      </w:pPr>
      <w:r>
        <w:rPr>
          <w:rtl/>
        </w:rPr>
        <w:t>ג. ‪78 : 6 = 60 : 6 + 18 : 6 = 13‬</w:t>
      </w:r>
    </w:p>
    <w:p>
      <w:pPr>
        <w:bidi/>
        <w:spacing w:before="0" w:after="40"/>
        <w:jc w:val="both"/>
      </w:pPr>
      <w:r>
        <w:rPr>
          <w:rtl/>
        </w:rPr>
        <w:t>ד. ‪135 : 5 = 100 : 5 + 35 : 5 = 27‬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החלק החסר.</w:t>
      </w:r>
    </w:p>
    <w:p>
      <w:pPr>
        <w:bidi/>
        <w:spacing w:before="0" w:after="40"/>
        <w:jc w:val="both"/>
      </w:pPr>
      <w:r>
        <w:rPr>
          <w:rtl/>
        </w:rPr>
        <w:t>א. ‪68 : 4 = 40 : 4 + 28 : 4‬</w:t>
      </w:r>
    </w:p>
    <w:p>
      <w:pPr>
        <w:bidi/>
        <w:spacing w:before="0" w:after="40"/>
        <w:jc w:val="both"/>
      </w:pPr>
      <w:r>
        <w:rPr>
          <w:rtl/>
        </w:rPr>
        <w:t>ב. ‪114 : 6 = 60 : 6 + 54 : 6‬</w:t>
      </w:r>
    </w:p>
    <w:p>
      <w:pPr>
        <w:bidi/>
        <w:spacing w:before="0" w:after="40"/>
        <w:jc w:val="both"/>
      </w:pPr>
      <w:r>
        <w:rPr>
          <w:rtl/>
        </w:rPr>
        <w:t>ג. ‪161 : 7 = 140 : 7 + 21 : 7‬</w:t>
      </w:r>
    </w:p>
    <w:p>
      <w:pPr>
        <w:bidi/>
        <w:spacing w:before="0" w:after="40"/>
        <w:jc w:val="both"/>
      </w:pPr>
      <w:r>
        <w:rPr>
          <w:rtl/>
        </w:rPr>
        <w:t>ד. ‪216 : 8 = 160 : 8 + 56 :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 בעל פה.</w:t>
      </w:r>
    </w:p>
    <w:p>
      <w:pPr>
        <w:bidi/>
        <w:spacing w:before="0" w:after="40"/>
        <w:jc w:val="both"/>
      </w:pPr>
      <w:r>
        <w:rPr>
          <w:rtl/>
        </w:rPr>
        <w:t>א. ‪54 : 3 = 18‬</w:t>
      </w:r>
    </w:p>
    <w:p>
      <w:pPr>
        <w:bidi/>
        <w:spacing w:before="0" w:after="40"/>
        <w:jc w:val="both"/>
      </w:pPr>
      <w:r>
        <w:rPr>
          <w:rtl/>
        </w:rPr>
        <w:t>ב. ‪72 : 4 = 18‬</w:t>
      </w:r>
    </w:p>
    <w:p>
      <w:pPr>
        <w:bidi/>
        <w:spacing w:before="0" w:after="40"/>
        <w:jc w:val="both"/>
      </w:pPr>
      <w:r>
        <w:rPr>
          <w:rtl/>
        </w:rPr>
        <w:t>ג. ‪90 : 6 = 15‬</w:t>
      </w:r>
    </w:p>
    <w:p>
      <w:pPr>
        <w:bidi/>
        <w:spacing w:before="0" w:after="40"/>
        <w:jc w:val="both"/>
      </w:pPr>
      <w:r>
        <w:rPr>
          <w:rtl/>
        </w:rPr>
        <w:t>ד. ‪117 : 9 = 13‬</w:t>
      </w:r>
    </w:p>
    <w:p>
      <w:pPr>
        <w:bidi/>
        <w:spacing w:before="0" w:after="40"/>
        <w:jc w:val="both"/>
      </w:pPr>
      <w:r>
        <w:rPr>
          <w:rtl/>
        </w:rPr>
        <w:t>ה. ‪152 : 8 = 19‬</w:t>
      </w:r>
    </w:p>
    <w:p>
      <w:pPr>
        <w:bidi/>
        <w:spacing w:before="0" w:after="40"/>
        <w:jc w:val="both"/>
      </w:pPr>
      <w:r>
        <w:rPr>
          <w:rtl/>
        </w:rPr>
        <w:t>ו. ‪175 : 7 = 25‬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חשבו ‪112 : 4‬ בחיסור חוזר.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מחסרים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נשאר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כמה פעמים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לפי הטבלה:</w:t>
      </w:r>
    </w:p>
    <w:p>
      <w:pPr>
        <w:bidi/>
        <w:spacing w:before="0" w:after="40"/>
        <w:jc w:val="both"/>
      </w:pPr>
      <w:r>
        <w:rPr>
          <w:rtl/>
        </w:rPr>
        <w:t>א. ‪112 : 4 = 28‬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חלקו עם שארית והשלימו.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‪31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‪53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‪44 :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‪70 :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‪58 :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‪51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15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‪88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17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‪162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19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‪120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22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‪133 :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27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מיינו: חילוק בלי שארית או חילוק עם שארית?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בלי שארית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שארית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‪48 : 6‬, ‪63 : 7‬, ‪81 : 9‬, ‪36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‪50 : 6‬, ‪65 : 7‬, ‪82 : 9‬, ‪39 : 4‬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‪105 : 7 = 15‬ – נכון</w:t>
      </w:r>
    </w:p>
    <w:p>
      <w:pPr>
        <w:bidi/>
        <w:spacing w:before="0" w:after="40"/>
        <w:jc w:val="both"/>
      </w:pPr>
      <w:r>
        <w:rPr>
          <w:rtl/>
        </w:rPr>
        <w:t>ב. ‪92 : 4 = 32‬ – לא נכון – ‪92 : 4 = 23‬</w:t>
      </w:r>
    </w:p>
    <w:p>
      <w:pPr>
        <w:bidi/>
        <w:spacing w:before="0" w:after="40"/>
        <w:jc w:val="both"/>
      </w:pPr>
      <w:r>
        <w:rPr>
          <w:rtl/>
        </w:rPr>
        <w:t>ג. בחילוק ‪61 : 8‬ המנה 7 והשארית 5. – נכון</w:t>
      </w:r>
    </w:p>
    <w:p>
      <w:pPr>
        <w:bidi/>
        <w:spacing w:before="0" w:after="40"/>
        <w:jc w:val="both"/>
      </w:pPr>
      <w:r>
        <w:rPr>
          <w:rtl/>
        </w:rPr>
        <w:t>ד. בחילוק במחלק 5 השארית יכולה להיות 6. – לא נכון – השארית קטנה מ-5: יכולה להיות 0, 1, 2, 3 או 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פירוק מתאים לחישוב ‪132 : 6‬?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‪120 : 6 + 12 : 6‬</w:t>
      </w:r>
    </w:p>
    <w:p>
      <w:pPr>
        <w:bidi/>
        <w:spacing w:before="0" w:after="20"/>
        <w:jc w:val="both"/>
      </w:pPr>
      <w:r>
        <w:rPr>
          <w:rtl/>
        </w:rPr>
        <w:t>ב. מהי השארית בחילוק ‪75 : 8‬?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הסבירו איך אפשר לבדוק בכפל שהתשובה ‪47 : 5 = 9‬ (שארית 2) נכונה.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כופלים את המנה במחלק ומוסיפים את השארית: ‪9 × 5 + 2 = 47‬ – זה המחולק, ולכן התשובה נכונה.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במאפייה אפו 126 עוגיות וארזו אותן בקופסאות של 6. כמה קופסאות מילאו?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‪126 : 6 = 120 : 6 + 6 : 6 = 20 + 1 = 21‬. תשובה: 21 קופסאות.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לספרייה הגיעו 75 ספרים חדשים. הספרנית מסדרת אותם על 4 מדפים, מספר שווה בכל מדף, ואת מה שנשאר היא שמה בתצוגה. כמה ספרים יהיו על כל מדף, וכמה בתצוגה?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‪75 : 4 = 18‬ (שארית 3). תשובה: 18 ספרים בכל מדף ו-3 ספרים בתצוגה.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איתי חסך 168 ₪ ב-8 שבועות, אותו סכום בכל שבוע. כמה חסך בשבוע? פתרו בחיסור חוזר במשבצות.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‪168 − 80 = 88‬ (10), ‪88 − 80 = 8‬ (10), ‪8 − 8 = 0‬ (1); ‪10 + 10 + 1 = 21‬. תשובה: 21 ₪ בשבוע.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אתגר: מצאו מספר בין 40 ל-60 שבחילוק ב-5 נשארת שארית 3, ובחילוק ב-4 אין שארית.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‪48: 48 : 5 = 9‬ (שארית 3), ו-‪48 : 4 = 12‬ בלי שארית. (המספרים עם שארית 3 בחילוק ב-5 בתחום: 43, 48, 53, 58 – רק 48 מתחלק ב-4.)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סבא חילק 78 ₪ שווה בשווה בין 3 נכדים. כמה כסף קיבל כל נכד?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‪78 : 3 = 60 : 3 + 18 : 3‬ ; ‪20 + 6 = 26‬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נכד קיבל 26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באולם סידרו 128 כסאות ב-8 שורות שוות. כמה כסאות יש בכל שורה?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‪128 : 8 = 80 : 8 + 48 : 8‬ ; ‪10 + 6 = 16‬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שורה יש 16 כסאות.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קבוצת צופים הלכה 115 קילומטרים במשך 5 ימים, אותו מרחק בכל יום. כמה קילומטרים הלכה בכל יום?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‪115 : 5 = 100 : 5 + 15 : 5‬ ; ‪20 + 3 = 23‬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הקבוצה הלכה 23 קילומטרים בכל יום.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למכולת הגיעו 252 ביצים, ומסדרים אותן בתבניות של 6 ביצים. כמה תבניות ימלאו?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‪252 : 6 = 240 : 6 + 12 : 6‬ ; ‪40 + 2 = 42‬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ימלאו 42 תבניות.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בספריית הכיתה יש 3 מדפים, ועל כל מדף 56 ספרים. מעבירים את כל הספרים ל-8 מדפים חדשים, מספר שווה בכל מדף. כמה ספרים יהיו על כל מדף חדש?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56 = 168‬ ; ‪168 : 8 = 160 : 8 + 8 : 8 = 20 + 1 = 21‬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על כל מדף חדש יהיו 21 ספרים.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לטורניר השחמט הגיעו 7 קבוצות, ובכל קבוצה 16 ילדים. השופט חילק את כל הילדים לבתים של 4 ילדים. כמה בתים היו?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16 = 112‬ ; ‪112 : 4 = 100 : 4 + 12 : 4 = 25 + 3 = 28‬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היו 28 בתים.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5: חילוק ארוך: המחלק חד-ספרתי או עשרת שלמה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פתרו בחילוק ארוך.</w:t>
      </w:r>
    </w:p>
    <w:p>
      <w:pPr>
        <w:bidi/>
        <w:spacing w:before="0" w:after="40"/>
        <w:jc w:val="both"/>
      </w:pPr>
      <w:r>
        <w:rPr>
          <w:rtl/>
        </w:rPr>
        <w:t>א. ‪936 : 3 = 312‬</w:t>
      </w:r>
    </w:p>
    <w:p>
      <w:pPr>
        <w:bidi/>
        <w:spacing w:before="0" w:after="40"/>
        <w:jc w:val="both"/>
      </w:pPr>
      <w:r>
        <w:rPr>
          <w:rtl/>
        </w:rPr>
        <w:t>ב. ‪488 : 4 = 122‬</w:t>
      </w:r>
    </w:p>
    <w:p>
      <w:pPr>
        <w:bidi/>
        <w:spacing w:before="0" w:after="40"/>
        <w:jc w:val="both"/>
      </w:pPr>
      <w:r>
        <w:rPr>
          <w:rtl/>
        </w:rPr>
        <w:t>ג. ‪682 : 2 = 341‬</w:t>
      </w:r>
    </w:p>
    <w:p>
      <w:pPr>
        <w:bidi/>
        <w:spacing w:before="0" w:after="40"/>
        <w:jc w:val="both"/>
      </w:pPr>
      <w:r>
        <w:rPr>
          <w:rtl/>
        </w:rPr>
        <w:t>ד. ‪999 : 9 = 111‬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פתרו בחילוק ארוך.</w:t>
      </w:r>
    </w:p>
    <w:p>
      <w:pPr>
        <w:bidi/>
        <w:spacing w:before="0" w:after="40"/>
        <w:jc w:val="both"/>
      </w:pPr>
      <w:r>
        <w:rPr>
          <w:rtl/>
        </w:rPr>
        <w:t>א. ‪516 : 4 = 129‬</w:t>
      </w:r>
    </w:p>
    <w:p>
      <w:pPr>
        <w:bidi/>
        <w:spacing w:before="0" w:after="40"/>
        <w:jc w:val="both"/>
      </w:pPr>
      <w:r>
        <w:rPr>
          <w:rtl/>
        </w:rPr>
        <w:t>ב. ‪795 : 5 = 159‬</w:t>
      </w:r>
    </w:p>
    <w:p>
      <w:pPr>
        <w:bidi/>
        <w:spacing w:before="0" w:after="40"/>
        <w:jc w:val="both"/>
      </w:pPr>
      <w:r>
        <w:rPr>
          <w:rtl/>
        </w:rPr>
        <w:t>ג. ‪882 : 7 = 126‬</w:t>
      </w:r>
    </w:p>
    <w:p>
      <w:pPr>
        <w:bidi/>
        <w:spacing w:before="0" w:after="40"/>
        <w:jc w:val="both"/>
      </w:pPr>
      <w:r>
        <w:rPr>
          <w:rtl/>
        </w:rPr>
        <w:t>ד. ‪954 : 9 = 106‬</w:t>
      </w:r>
    </w:p>
    <w:p>
      <w:pPr>
        <w:bidi/>
        <w:spacing w:before="0" w:after="40"/>
        <w:jc w:val="both"/>
      </w:pPr>
      <w:r>
        <w:rPr>
          <w:rtl/>
        </w:rPr>
        <w:t>ה. ‪1,734 : 6 = 289‬</w:t>
      </w:r>
    </w:p>
    <w:p>
      <w:pPr>
        <w:bidi/>
        <w:spacing w:before="0" w:after="40"/>
        <w:jc w:val="both"/>
      </w:pPr>
      <w:r>
        <w:rPr>
          <w:rtl/>
        </w:rPr>
        <w:t>ו. ‪2,688 : 8 = 336‬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 – שימו לב ל-0 במנה.</w:t>
      </w:r>
    </w:p>
    <w:p>
      <w:pPr>
        <w:bidi/>
        <w:spacing w:before="0" w:after="40"/>
        <w:jc w:val="both"/>
      </w:pPr>
      <w:r>
        <w:rPr>
          <w:rtl/>
        </w:rPr>
        <w:t>א. ‪927 : 9 = 103‬</w:t>
      </w:r>
    </w:p>
    <w:p>
      <w:pPr>
        <w:bidi/>
        <w:spacing w:before="0" w:after="40"/>
        <w:jc w:val="both"/>
      </w:pPr>
      <w:r>
        <w:rPr>
          <w:rtl/>
        </w:rPr>
        <w:t>ב. ‪1,620 : 4 = 405‬</w:t>
      </w:r>
    </w:p>
    <w:p>
      <w:pPr>
        <w:bidi/>
        <w:spacing w:before="0" w:after="40"/>
        <w:jc w:val="both"/>
      </w:pPr>
      <w:r>
        <w:rPr>
          <w:rtl/>
        </w:rPr>
        <w:t>ג. ‪4,248 : 8 = 531‬</w:t>
      </w:r>
    </w:p>
    <w:p>
      <w:pPr>
        <w:bidi/>
        <w:spacing w:before="0" w:after="40"/>
        <w:jc w:val="both"/>
      </w:pPr>
      <w:r>
        <w:rPr>
          <w:rtl/>
        </w:rPr>
        <w:t>ד. ‪3,612 : 6 = 602‬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פתרו בחילוק ארוך וכתבו בדיקה: ‪2,345 : 7‬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‪23 : 7 = 3‬, נשאר 2; ‪24 : 7 = 3‬, נשאר 3; ‪35 : 7 = 5‬. תשובה: 335. בדיקה: ‪335 × 7 = 2,345‬.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חלקו עם 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‪538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134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‪763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‪1,109 : 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369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‪3,000 :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428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חלקו בעשרת שלמה.</w:t>
      </w:r>
    </w:p>
    <w:p>
      <w:pPr>
        <w:bidi/>
        <w:spacing w:before="0" w:after="40"/>
        <w:jc w:val="both"/>
      </w:pPr>
      <w:r>
        <w:rPr>
          <w:rtl/>
        </w:rPr>
        <w:t>א. ‪360 : 20 = 18‬</w:t>
      </w:r>
    </w:p>
    <w:p>
      <w:pPr>
        <w:bidi/>
        <w:spacing w:before="0" w:after="40"/>
        <w:jc w:val="both"/>
      </w:pPr>
      <w:r>
        <w:rPr>
          <w:rtl/>
        </w:rPr>
        <w:t>ב. ‪920 : 40 = 23‬</w:t>
      </w:r>
    </w:p>
    <w:p>
      <w:pPr>
        <w:bidi/>
        <w:spacing w:before="0" w:after="40"/>
        <w:jc w:val="both"/>
      </w:pPr>
      <w:r>
        <w:rPr>
          <w:rtl/>
        </w:rPr>
        <w:t>ג. ‪1,500 : 60 = 25‬</w:t>
      </w:r>
    </w:p>
    <w:p>
      <w:pPr>
        <w:bidi/>
        <w:spacing w:before="0" w:after="40"/>
        <w:jc w:val="both"/>
      </w:pPr>
      <w:r>
        <w:rPr>
          <w:rtl/>
        </w:rPr>
        <w:t>ד. ‪2,100 : 70 = 30‬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253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953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777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‪456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16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‪835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133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‪1,064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300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‪2,100 :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152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‪960 : 60‬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167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‪714 : 7 = 102‬ – נכון</w:t>
      </w:r>
    </w:p>
    <w:p>
      <w:pPr>
        <w:bidi/>
        <w:spacing w:before="0" w:after="40"/>
        <w:jc w:val="both"/>
      </w:pPr>
      <w:r>
        <w:rPr>
          <w:rtl/>
        </w:rPr>
        <w:t>ב. ‪828 : 4 = 27‬ – לא נכון – ‪828 : 4 = 207‬</w:t>
      </w:r>
    </w:p>
    <w:p>
      <w:pPr>
        <w:bidi/>
        <w:spacing w:before="0" w:after="40"/>
        <w:jc w:val="both"/>
      </w:pPr>
      <w:r>
        <w:rPr>
          <w:rtl/>
        </w:rPr>
        <w:t>ג. אם המחלק 9 והמנה 50, המחולק יכול להיות 455. – נכון</w:t>
      </w:r>
    </w:p>
    <w:p>
      <w:pPr>
        <w:bidi/>
        <w:spacing w:before="0" w:after="40"/>
        <w:jc w:val="both"/>
      </w:pPr>
      <w:r>
        <w:rPr>
          <w:rtl/>
        </w:rPr>
        <w:t>ד. בחילוק ‪50 : 8‬ המנה 6 והשארית 4. – לא נכון – ‪50 : 8 = 6‬ (שארית 2)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הספרה הראשונה (משמאל) במנה של ‪2,856 : 4‬?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7</w:t>
      </w:r>
    </w:p>
    <w:p>
      <w:pPr>
        <w:bidi/>
        <w:spacing w:before="0" w:after="20"/>
        <w:jc w:val="both"/>
      </w:pPr>
      <w:r>
        <w:rPr>
          <w:rtl/>
        </w:rPr>
        <w:t>ב. מחולק 400, מחלק 9. מה השארית?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הסבירו למה במנה של ‪1,624 : 8‬ יש רק שלוש ספרות, אף שבמחולק יש ארבע ספרות.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הספרה הראשונה, 1, קטנה מ-8, ולכן מתחילים מ-16 (מאות). ‪16 : 8 = 2‬ מאות; המנה 203 – שלוש ספרות.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תמר קראה ספר של 432 עמודים ב-6 ימים, אותו מספר עמודים בכל יום. כמה עמודים קראה ביום?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‪432 : 6 = 72‬. תשובה: 72 עמודים ביום.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מכונה ממלאת 1,935 בקבוקי מיץ. אורזים אותם בארגזים של 9. כמה ארגזים ממלאים? פתרו במשבצות.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‪1,935 : 9 = 215‬. תשובה: 215 ארגזים.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לחוג רובוטיקה נרשמו 125 תלמידים. בכל קבוצה 6 תלמידים, ומי שנשאר מצטרף לקבוצות קיימות. כמה קבוצות יהיו, וכמה תלמידים יצטרפו לקבוצות קיימות?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‪125 : 6 = 20‬ (שארית 5). תשובה: 20 קבוצות, ו-5 תלמידים יצטרפו לקבוצות קיימות.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אתגר: השלימו את הספרה החסרה במחולק כך שהחילוק יהיה בלי שארית: ‪4_2 : 6‬. מצאו את כל האפשרויות.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‪402 : 6 = 67‬, ‪432 : 6 = 72‬, ‪462 : 6 = 77‬, ‪492 : 6 = 82‬. הספרות האפשריות: 0, 3, 6, 9.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לחנות הגיעו 495 עפרונות, והם נארזים בחבילות של 5. כמה חבילות יהיו?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חילוק ארוך: ‪495 : 5 = 99‬ ; בדיקה: ‪99 × 5 = 495‬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יהיו 99 חבילות.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ועד ההורים חילק 2,436 ₪ שווה בשווה בין 4 כיתות לטיול. כמה כסף קיבלה כל כיתה?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חילוק ארוך: ‪2,436 : 4 = 609‬ (שימו לב ל-0 במנה) ; בדיקה: ‪609 × 4 = 2,436‬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כיתה קיבלה 609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בבית הדפוס חילקו 3,480 דפים ל-40 חבילות שוות. כמה דפים יש בכל חבילה?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מורידים אפס: ‪348 : 4‬ ; ‪348 : 4 = 87‬ ; בדיקה: ‪87 × 40 = 3,480‬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חבילה יש 87 דפים.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לחג אפו 365 עוגיות ושמו אותן בקופסאות של 8 עוגיות. כמה קופסאות מלאות יש, וכמה עוגיות נשארו?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חילוק ארוך: ‪365 : 8 = 45‬ ושארית 5 ; בדיקה: ‪45 × 8 = 360‬, ו-‪360 + 5 = 365‬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45 קופסאות מלאות, ונשארו 5 עוגיות.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יהונתן ואביו נסעו 1,248 קילומטרים ב-6 ימים, ובכל יום נסעו אותו מרחק. כמה קילומטרים נסעו בכל יום? כמה קילומטרים נסעו ב-4 הימים הראשונים?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‪1,248 : 6 = 208‬ ; ‪208 × 4 = 832‬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יום נסעו 208 קילומטרים, וב-4 הימים הראשונים נסעו 832 קילומטרים.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במפעל ארזו 2,750 בקבוקים בארגזים של 6 בקבוקים. כמה ארגזים מלאים יש? כמה בקבוקים חסרים כדי למלא עוד ארגז אחד?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‪2,750 : 6 = 458‬ ושארית 2 ; בארגז האחרון יש 2 בקבוקים, וחסרים בו: ‪6 − 2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458 ארגזים מלאים, וחסרים 4 בקבוקים כדי למלא עוד ארגז.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6: סימני התחלקות ב-3, 6 ו-9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את סכום הספרות וכתבו «כן» או «לא».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סכום הספרות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ב-3?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ב-9?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345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2,007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5,814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זוגי? מתחלק ב-3? מתחלק ב-6?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זוגי?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ב-3?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ב-6?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244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618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3,030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מיינו: מתחלק ב-9 או לא מתחלק ב-9?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ב-9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מתחלק ב-9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99, 108, 252, 1,170, 4,509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119, 361, 2,000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כתבו את כל הספרות שאפשר להשלים כך שהמספר יתחלק ב-3 ולא ב-9.</w:t>
      </w:r>
    </w:p>
    <w:p>
      <w:pPr>
        <w:bidi/>
        <w:spacing w:before="0" w:after="40"/>
        <w:jc w:val="both"/>
      </w:pPr>
      <w:r>
        <w:rPr>
          <w:rtl/>
        </w:rPr>
        <w:t>א. 51, 7</w:t>
      </w:r>
    </w:p>
    <w:p>
      <w:pPr>
        <w:bidi/>
        <w:spacing w:before="0" w:after="40"/>
        <w:jc w:val="both"/>
      </w:pPr>
      <w:r>
        <w:rPr>
          <w:rtl/>
        </w:rPr>
        <w:t>ב. 84, 7</w:t>
      </w:r>
    </w:p>
    <w:p>
      <w:pPr>
        <w:bidi/>
        <w:spacing w:before="0" w:after="40"/>
        <w:jc w:val="both"/>
      </w:pPr>
      <w:r>
        <w:rPr>
          <w:rtl/>
        </w:rPr>
        <w:t>ג. 20, 3, 91</w:t>
      </w:r>
    </w:p>
    <w:p>
      <w:pPr>
        <w:bidi/>
        <w:spacing w:before="0" w:after="40"/>
        <w:jc w:val="both"/>
      </w:pPr>
      <w:r>
        <w:rPr>
          <w:rtl/>
        </w:rPr>
        <w:t>ד. 1,50, 6, 90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השלימו: כתבו את המספר הקטן ביותר שגדול מהמספר הנתון ומתחלק ב-6.</w:t>
      </w:r>
    </w:p>
    <w:p>
      <w:pPr>
        <w:bidi/>
        <w:spacing w:before="0" w:after="40"/>
        <w:jc w:val="both"/>
      </w:pPr>
      <w:r>
        <w:rPr>
          <w:rtl/>
        </w:rPr>
        <w:t>א. אחרי ‪50: 54‬</w:t>
      </w:r>
    </w:p>
    <w:p>
      <w:pPr>
        <w:bidi/>
        <w:spacing w:before="0" w:after="40"/>
        <w:jc w:val="both"/>
      </w:pPr>
      <w:r>
        <w:rPr>
          <w:rtl/>
        </w:rPr>
        <w:t>ב. אחרי ‪100: 102‬</w:t>
      </w:r>
    </w:p>
    <w:p>
      <w:pPr>
        <w:bidi/>
        <w:spacing w:before="0" w:after="40"/>
        <w:jc w:val="both"/>
      </w:pPr>
      <w:r>
        <w:rPr>
          <w:rtl/>
        </w:rPr>
        <w:t>ג. אחרי ‪245: 246‬</w:t>
      </w:r>
    </w:p>
    <w:p>
      <w:pPr>
        <w:bidi/>
        <w:spacing w:before="0" w:after="40"/>
        <w:jc w:val="both"/>
      </w:pPr>
      <w:r>
        <w:rPr>
          <w:rtl/>
        </w:rPr>
        <w:t>ד. אחרי ‪1,000: 1,002‬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מספר את המשפט המתאים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1. 243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מתחלק ב-6, לא ב-9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2. 246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מתחלק ב-3, לא ב-6 ולא ב-9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3. 250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מתחלק ב-9, לא ב-6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4. 252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מתחלק ב-6 וגם ב-9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5. 255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לא מתחלק ב-3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כל מספר שמתחלק ב-6 הוא מספר זוגי. – נכון</w:t>
      </w:r>
    </w:p>
    <w:p>
      <w:pPr>
        <w:bidi/>
        <w:spacing w:before="0" w:after="40"/>
        <w:jc w:val="both"/>
      </w:pPr>
      <w:r>
        <w:rPr>
          <w:rtl/>
        </w:rPr>
        <w:t>ב. המספר 1,233 מתחלק ב-9. – נכון</w:t>
      </w:r>
    </w:p>
    <w:p>
      <w:pPr>
        <w:bidi/>
        <w:spacing w:before="0" w:after="40"/>
        <w:jc w:val="both"/>
      </w:pPr>
      <w:r>
        <w:rPr>
          <w:rtl/>
        </w:rPr>
        <w:t>ג. אם סכום הספרות הוא 15, המספר מתחלק ב-9. – לא נכון – 15 לא מתחלק ב-9; המספר מתחלק ב-3 בלבד</w:t>
      </w:r>
    </w:p>
    <w:p>
      <w:pPr>
        <w:bidi/>
        <w:spacing w:before="0" w:after="40"/>
        <w:jc w:val="both"/>
      </w:pPr>
      <w:r>
        <w:rPr>
          <w:rtl/>
        </w:rPr>
        <w:t>ד. המספר 4,002 מתחלק ב-6.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מספר אינו מתחלק ב-3?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332</w:t>
      </w:r>
    </w:p>
    <w:p>
      <w:pPr>
        <w:bidi/>
        <w:spacing w:before="0" w:after="20"/>
        <w:jc w:val="both"/>
      </w:pPr>
      <w:r>
        <w:rPr>
          <w:rtl/>
        </w:rPr>
        <w:t>ב. סכום הספרות של מספר זוגי הוא 27. המספר מתחלק ב-: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3, 6 ו-9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נועם טוען: «המספר 3,333 מתחלק ב-9 כי כל הספרות שלו מתחלקות ב-3». האם הוא צודק? הסבירו בעזרת סכום הספרות.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לא. ‪3 + 3 + 3 + 3 = 12‬, ו-12 אינו מתחלק ב-9. 3,333 מתחלק ב-3 אבל לא ב-9 ‪(3,333 : 9 = 370‬ שארית 3).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כתבו מספר תלת-ספרתי שמתחלק ב-6 וגם ב-9, ובדקו אותו בחילוק במשבצות.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אפשרית: 108 (זוגי, ‪1 + 0 + 8 = 9)‬. ‪108 : 6 = 18‬, ‪108 : 9 = 12‬. גם 126, 144, 180, 216... מתאימים.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במאפייה אפו 2,124 עוגיות. האם אפשר לארוז את כולן בקופסאות של 9 בלי שתישאר עוגייה? אם כן – כמה קופסאות?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 + 1 + 2 + 4 = 9‬ – מתחלק ב-9. ‪2,124 : 9 = 236‬. תשובה: כן, 236 קופסאות.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לטורניר כדורגל הגיעו 138 ילדים. האם אפשר לחלק אותם לקבוצות של 6 בלי שיישאר ילד? כמה קבוצות יהיו?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138 זוגי, ו-‪1 + 3 + 8 = 12‬ מתחלק ב-3 – לכן מתחלק ב-6. ‪138 : 6 = 23‬. תשובה: כן, 23 קבוצות.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אתגר: מצאו את המספר הגדול ביותר שקטן מ-1,000 ומתחלק ב-6 וגם ב-9.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המספר צריך להיות זוגי וסכום ספרותיו מתחלק ב-9. 999 אי-זוגי; 998, 996, 994, 992 – סכום הספרות אינו מתחלק ב-9; 990: זוגי, ‪9 + 9 + 0 = 18‬. תשובה: 990.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171 תלמידים התחלקו ל-9 קבוצות שוות ביום הספורט. כמה תלמידים היו בכל קבוצה?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סכום הספרות: ‪1 + 7 + 1 = 9‬, מתחלק ב-9 ; ‪171 : 9 = 19‬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קבוצה היו 19 תלמידים.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בגינה יש 138 שתילים, ושותלים אותם ב-3 שורות שוות. כמה שתילים יהיו בכל שורה?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סכום הספרות: ‪1 + 3 + 8 = 12‬, מתחלק ב-3 ; ‪138 : 3 = 46‬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שורה יהיו 46 שתילים.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באולם יש 312 מושבים. האם אפשר לסדר אותם ב-6 שורות שוות? כמה מושבים יהיו בכל שורה?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312 זוגי, וסכום הספרות ‪3 + 1 + 2 = 6‬ מתחלק ב-3 ; ‪312 : 6 = 52‬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כן, בכל שורה יהיו 52 מושבים.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סוחר בשוק בחיפה ארז 4,518 תפוזים בשקיות של 9. האם נשארו תפוזים? כמה שקיות מילא?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סכום הספרות: ‪4 + 5 + 1 + 8 = 18‬, מתחלק ב-9, לכן לא נשארו תפוזים ; ‪4,518 : 9 = 502‬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 נשארו תפוזים, והוא מילא 502 שקיות.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בשכבה ד' יש שלוש כיתות: 34, 35 ו-33 תלמידים. האם אפשר לחלק את כל תלמידי השכבה לקבוצות של 6? כמה קבוצות יהיו?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‪34 + 35 + 33 = 102‬ ; 102 זוגי, וסכום הספרות ‪1 + 0 + 2 = 3‬ מתחלק ב-3, לכן מתחלק ב-6 ; ‪102 : 6 = 17‬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כן, יהיו 17 קבוצות.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לאריאל יש 245 בולים, והוא מכניס אותם לדפי אלבום של 9 בולים. האם כל הדפים יהיו מלאים? כמה דפים מלאים יהיו, וכמה בולים יישארו?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סכום הספרות: ‪2 + 4 + 5 = 11‬, לא מתחלק ב-9 ; ‪27 × 9 = 243‬ ; ‪245 − 243 = 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לא. יהיו 27 דפים מלאים, ויישארו 2 בולים.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פרק 7: אומדן, סדר פעולות ובעיות כפל וחילוק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לפי סדר הפעולות.</w:t>
      </w:r>
    </w:p>
    <w:p>
      <w:pPr>
        <w:bidi/>
        <w:spacing w:before="0" w:after="40"/>
        <w:jc w:val="both"/>
      </w:pPr>
      <w:r>
        <w:rPr>
          <w:rtl/>
        </w:rPr>
        <w:t>א. ‪9 + 3 × 7 = 30‬</w:t>
      </w:r>
    </w:p>
    <w:p>
      <w:pPr>
        <w:bidi/>
        <w:spacing w:before="0" w:after="40"/>
        <w:jc w:val="both"/>
      </w:pPr>
      <w:r>
        <w:rPr>
          <w:rtl/>
        </w:rPr>
        <w:t>ב. ‪50 − 30 : 5 = 44‬</w:t>
      </w:r>
    </w:p>
    <w:p>
      <w:pPr>
        <w:bidi/>
        <w:spacing w:before="0" w:after="40"/>
        <w:jc w:val="both"/>
      </w:pPr>
      <w:r>
        <w:rPr>
          <w:rtl/>
        </w:rPr>
        <w:t>ג. ‪6 × 8 − 20 = 28‬</w:t>
      </w:r>
    </w:p>
    <w:p>
      <w:pPr>
        <w:bidi/>
        <w:spacing w:before="0" w:after="40"/>
        <w:jc w:val="both"/>
      </w:pPr>
      <w:r>
        <w:rPr>
          <w:rtl/>
        </w:rPr>
        <w:t>ד. ‪56 : 7 + 13 = 21‬</w:t>
      </w:r>
    </w:p>
    <w:p>
      <w:pPr>
        <w:bidi/>
        <w:spacing w:before="0" w:after="40"/>
        <w:jc w:val="both"/>
      </w:pPr>
      <w:r>
        <w:rPr>
          <w:rtl/>
        </w:rPr>
        <w:t>ה. ‪80 − 9 × 8 = 8‬</w:t>
      </w:r>
    </w:p>
    <w:p>
      <w:pPr>
        <w:bidi/>
        <w:spacing w:before="0" w:after="40"/>
        <w:jc w:val="both"/>
      </w:pPr>
      <w:r>
        <w:rPr>
          <w:rtl/>
        </w:rPr>
        <w:t>ו. ‪90 : 9 × 4 = 40‬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– שימו לב לסוגריים.</w:t>
      </w:r>
    </w:p>
    <w:p>
      <w:pPr>
        <w:bidi/>
        <w:spacing w:before="0" w:after="40"/>
        <w:jc w:val="both"/>
      </w:pPr>
      <w:r>
        <w:rPr>
          <w:rtl/>
        </w:rPr>
        <w:t>א. ‪(9 + 3) × 7 = 84‬</w:t>
      </w:r>
    </w:p>
    <w:p>
      <w:pPr>
        <w:bidi/>
        <w:spacing w:before="0" w:after="40"/>
        <w:jc w:val="both"/>
      </w:pPr>
      <w:r>
        <w:rPr>
          <w:rtl/>
        </w:rPr>
        <w:t>ב. ‪(50 − 30) : 5 = 4‬</w:t>
      </w:r>
    </w:p>
    <w:p>
      <w:pPr>
        <w:bidi/>
        <w:spacing w:before="0" w:after="40"/>
        <w:jc w:val="both"/>
      </w:pPr>
      <w:r>
        <w:rPr>
          <w:rtl/>
        </w:rPr>
        <w:t>ג. ‪6 × (20 − 8) = 72‬</w:t>
      </w:r>
    </w:p>
    <w:p>
      <w:pPr>
        <w:bidi/>
        <w:spacing w:before="0" w:after="40"/>
        <w:jc w:val="both"/>
      </w:pPr>
      <w:r>
        <w:rPr>
          <w:rtl/>
        </w:rPr>
        <w:t>ד. ‪81 : (12 − 3) = 9‬</w:t>
      </w:r>
    </w:p>
    <w:p>
      <w:pPr>
        <w:bidi/>
        <w:spacing w:before="0" w:after="40"/>
        <w:jc w:val="both"/>
      </w:pPr>
      <w:r>
        <w:rPr>
          <w:rtl/>
        </w:rPr>
        <w:t>ה. ‪(25 + 15) : (6 + 2) =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‪5,602 × 1 = 5,602‬</w:t>
      </w:r>
    </w:p>
    <w:p>
      <w:pPr>
        <w:bidi/>
        <w:spacing w:before="0" w:after="40"/>
        <w:jc w:val="both"/>
      </w:pPr>
      <w:r>
        <w:rPr>
          <w:rtl/>
        </w:rPr>
        <w:t>ב. ‪0 × 1,999 = 0‬</w:t>
      </w:r>
    </w:p>
    <w:p>
      <w:pPr>
        <w:bidi/>
        <w:spacing w:before="0" w:after="40"/>
        <w:jc w:val="both"/>
      </w:pPr>
      <w:r>
        <w:rPr>
          <w:rtl/>
        </w:rPr>
        <w:t>ג. ‪0 : 8 = 0‬</w:t>
      </w:r>
    </w:p>
    <w:p>
      <w:pPr>
        <w:bidi/>
        <w:spacing w:before="0" w:after="40"/>
        <w:jc w:val="both"/>
      </w:pPr>
      <w:r>
        <w:rPr>
          <w:rtl/>
        </w:rPr>
        <w:t>ד. ‪4,321 : 1 = 4,321‬</w:t>
      </w:r>
    </w:p>
    <w:p>
      <w:pPr>
        <w:bidi/>
        <w:spacing w:before="0" w:after="40"/>
        <w:jc w:val="both"/>
      </w:pPr>
      <w:r>
        <w:rPr>
          <w:rtl/>
        </w:rPr>
        <w:t>ה. ‪15 × 1 × 1 = 15‬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אומדן וחישוב מדויק.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אומדן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 מדויקת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‪58 ×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‪60 × 7 = 420‬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406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‪21 × 39‬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‪20 × 40 = 800‬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819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‪603 ×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‪600 × 8 = 4,800‬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4,824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‪1,188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‪1,200 : 6 = 200‬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198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הוסיפו סוגריים כך שהתרגיל יהיה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בלי סוגריים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התוצאה הרצויה</w:t>
            </w:r>
          </w:p>
        </w:tc>
        <w:tc>
          <w:tcPr>
            <w:tcW w:type="dxa" w:w="3326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התרגיל עם סוגריים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+ 8 ×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‪(2 + 8) × 4‬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‪36 − 6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‪(36 − 6) : 6‬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 × 9 − 4‬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‪5 × (9 − 4)‬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‪48 : 2 + 6‬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‪48 : (2 + 6)‬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‪10 − 2 ×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14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‪(10 − 2) ×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24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‪40 : 4 + 4‬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‪40 : (4 + 4)‬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‪7 × 1 + 0 ×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מיינו לפי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0</w:t>
            </w:r>
          </w:p>
        </w:tc>
        <w:tc>
          <w:tcPr>
            <w:tcW w:type="dxa" w:w="4989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 × 25‬, ‪0 : 25‬, ‪25 − 25‬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‪25 × 1‬, ‪25 : 1‬, ‪25 × 1 × 1‬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‪30 − 10 : 2 = 10‬ – לא נכון – ‪30 − 10 : 2 = 25‬</w:t>
      </w:r>
    </w:p>
    <w:p>
      <w:pPr>
        <w:bidi/>
        <w:spacing w:before="0" w:after="40"/>
        <w:jc w:val="both"/>
      </w:pPr>
      <w:r>
        <w:rPr>
          <w:rtl/>
        </w:rPr>
        <w:t>ב. ‪653 × 0 = 653‬ – לא נכון – ‪653 × 0 = 0‬</w:t>
      </w:r>
    </w:p>
    <w:p>
      <w:pPr>
        <w:bidi/>
        <w:spacing w:before="0" w:after="40"/>
        <w:jc w:val="both"/>
      </w:pPr>
      <w:r>
        <w:rPr>
          <w:rtl/>
        </w:rPr>
        <w:t>ג. ‪(30 − 10) : 2 = 10‬ – נכון</w:t>
      </w:r>
    </w:p>
    <w:p>
      <w:pPr>
        <w:bidi/>
        <w:spacing w:before="0" w:after="40"/>
        <w:jc w:val="both"/>
      </w:pPr>
      <w:r>
        <w:rPr>
          <w:rtl/>
        </w:rPr>
        <w:t>ד. בתרגיל בלי סוגריים כופלים ומחלקים לפני שמחברים ומחסרים.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תרגיל שווה ל-40?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‪(4 + 6) × 4‬</w:t>
      </w:r>
    </w:p>
    <w:p>
      <w:pPr>
        <w:bidi/>
        <w:spacing w:before="0" w:after="20"/>
        <w:jc w:val="both"/>
      </w:pPr>
      <w:r>
        <w:rPr>
          <w:rtl/>
        </w:rPr>
        <w:t>ב. מה האומדן הטוב ביותר ל-‪79 × 41‬?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3,200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מיכל אומרת: «התוצאה של ‪487 × 6‬ היא 2,322». בלי לחשב במדויק – הסבירו בעזרת אומדן למה התשובה לא סבירה.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487 קרוב ל-500, ו-‪500 × 6 = 3,000‬. התוצאה צריכה להיות קרובה ל-3,000, ו-2,322 רחוק מדי. (התשובה הנכונה: 2,922.)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יואב קנה 4 חבילות מדבקות, 12 ₪ כל חבילה, ומחברת ב-17 ₪. כתבו תרגיל אחד וחשבו כמה שילם.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 × 12 + 17 = 48 + 17 = 65‬. תשובה: יואב שילם 65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לחוג שחמט הגיעו 3 קבוצות של 14 ילדים ועוד 6 ילדים. המדריך מחלק את כולם לזוגות. כמה זוגות יהיו? כתבו תרגיל עם סוגריים.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‪(3 × 14 + 6) : 2 = (42 + 6) : 2 = 48 : 2 = 24‬. תשובה: 24 זוגות.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עגלה של רכבת קלה מסיעה 165 נוסעים. ברכבת 4 עגלות, והיא נוסעת 8 פעמים ביום. כמה נוסעים לכל היותר יכולה הרכבת להסיע ביום? פתרו במשבצות ובדקו באומדן.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‪165 × 4 = 660‬; ‪660 × 8 = 5,280‬. אומדן: ‪170 × 4 × 8 ≈ 700 × 8 = 5,600‬ – סביר. תשובה: 5,280 נוסעים.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תמר קנתה 3 חולצות ב-45 ₪ כל אחת ו-2 זוגות מכנסיים ב-80 ₪ כל זוג. היא שילמה ב-300 ₪. כמה עודף קיבלה?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 × 45 + 2 × 80 = 135 + 160 = 295‬; ‪300 − 295 = 5‬. תשובה: 5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אתגר: השתמשו בכל המספרים 2, 3, 4, 5 (כל אחד פעם אחת) ובסימני פעולה וסוגריים כדי לקבל 30. מצאו לפחות שתי דרכים.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‪(5 + 3) × 4 − 2 = 32 − 2 = 30‬; ‪(4 − 2) × 3 × 5 = 2 × 15 = 30‬.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4338C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אליה קרא 3 ספרים, ובכל ספר 128 עמודים. אחר כך קרא עוד 45 עמודים בספר רביעי. כמה עמודים קרא אליה?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128 = 384‬ ; ‪384 + 45 = 429‬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אליה קרא 429 עמודים.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מורה הספורט קנה 8 כדורים במחיר 49 ₪ כל אחד. עשו אומדן: בערך כמה שילם? אחר כך חשבו בדיוק.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אומדן: ‪8 × 50 = 400‬ ; בדיוק: ‪8 × 49 = 392‬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בערך 400 ₪, ובדיוק 392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בחוות הסוסים יש 4 אורוות, ובכל אורווה 18 סוסים. כל סוס אוכל 6 קילוגרם מזון ביום. כמה קילוגרם מזון צריך בחווה ליום אחד?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18 = 72‬ ; ‪72 × 6 = 432‬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צריך 432 קילוגרם מזון ליום.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תמר חסכה 240 ₪. מיכל חסכה פי 3 מתמר. כמה כסף חסכו שתיהן יחד?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‪240 × 3 = 720‬ ; ‪240 + 720 = 960‬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שתיהן חסכו יחד 960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באולם יש 25 שורות, ובכל שורה 32 כסאות. לטקס הגיעו 4 כיתות של 36 תלמידים ו-450 הורים. כמה כסאות נשארו פנויים?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‪25 × 32 = 800‬ ; ‪4 × 36 = 144‬ ; ‪144 + 450 = 594‬ ; ‪800 − 594 = 206‬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נשארו 206 כסאות פנויים.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מכונה ממלאת 840 בקבוקים בכל שעה. היא עבדה 6 שעות, ואת כל הבקבוקים ארזו בארגזים של 9. כמה ארגזים מילאו?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‪840 × 6 = 5,040‬ ; ‪5,040 : 9 = 560‬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מילאו 560 ארגזים.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4338CA"/>
          <w:sz w:val="30"/>
          <w:szCs w:val="30"/>
          <w:rtl/>
        </w:rPr>
        <w:t>חזרה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 בעל פה.</w:t>
      </w:r>
    </w:p>
    <w:p>
      <w:pPr>
        <w:bidi/>
        <w:spacing w:before="0" w:after="40"/>
        <w:jc w:val="both"/>
      </w:pPr>
      <w:r>
        <w:rPr>
          <w:rtl/>
        </w:rPr>
        <w:t>א. ‪70 × 40 = 2,800‬</w:t>
      </w:r>
    </w:p>
    <w:p>
      <w:pPr>
        <w:bidi/>
        <w:spacing w:before="0" w:after="40"/>
        <w:jc w:val="both"/>
      </w:pPr>
      <w:r>
        <w:rPr>
          <w:rtl/>
        </w:rPr>
        <w:t>ב. ‪600 × 9 = 5,400‬</w:t>
      </w:r>
    </w:p>
    <w:p>
      <w:pPr>
        <w:bidi/>
        <w:spacing w:before="0" w:after="40"/>
        <w:jc w:val="both"/>
      </w:pPr>
      <w:r>
        <w:rPr>
          <w:rtl/>
        </w:rPr>
        <w:t>ג. ‪5,600 : 80 = 70‬</w:t>
      </w:r>
    </w:p>
    <w:p>
      <w:pPr>
        <w:bidi/>
        <w:spacing w:before="0" w:after="40"/>
        <w:jc w:val="both"/>
      </w:pPr>
      <w:r>
        <w:rPr>
          <w:rtl/>
        </w:rPr>
        <w:t>ד. ‪4,500 : 9 = 500‬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 בדרך שנוחה לכם.</w:t>
      </w:r>
    </w:p>
    <w:p>
      <w:pPr>
        <w:bidi/>
        <w:spacing w:before="0" w:after="40"/>
        <w:jc w:val="both"/>
      </w:pPr>
      <w:r>
        <w:rPr>
          <w:rtl/>
        </w:rPr>
        <w:t>א. ‪23 × 14 = 322‬</w:t>
      </w:r>
    </w:p>
    <w:p>
      <w:pPr>
        <w:bidi/>
        <w:spacing w:before="0" w:after="40"/>
        <w:jc w:val="both"/>
      </w:pPr>
      <w:r>
        <w:rPr>
          <w:rtl/>
        </w:rPr>
        <w:t>ב. ‪39 × 15 = 585‬</w:t>
      </w:r>
    </w:p>
    <w:p>
      <w:pPr>
        <w:bidi/>
        <w:spacing w:before="0" w:after="40"/>
        <w:jc w:val="both"/>
      </w:pPr>
      <w:r>
        <w:rPr>
          <w:rtl/>
        </w:rPr>
        <w:t>ג. ‪96 : 6 = 16‬</w:t>
      </w:r>
    </w:p>
    <w:p>
      <w:pPr>
        <w:bidi/>
        <w:spacing w:before="0" w:after="40"/>
        <w:jc w:val="both"/>
      </w:pPr>
      <w:r>
        <w:rPr>
          <w:rtl/>
        </w:rPr>
        <w:t>ד. ‪135 : 5 = 27‬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פתרו במאונך: ‪384 × 26‬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‪384 × 6 = 2,304‬; ‪384 × 20 = 7,680‬; ‪2,304 + 7,680 = 9,984‬.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פתרו בחילוק ארוך: ‪3,215 : 5‬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‪32 : 5 = 6‬, נשאר 2; ‪21 : 5 = 4‬, נשאר 1; ‪15 : 5 = 3‬. תשובה: 643. בדיקה: ‪643 × 5 = 3,215‬.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השלימו: מתחלק? כתבו «כן» או «לא».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ב-3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ב-6</w:t>
            </w:r>
          </w:p>
        </w:tc>
        <w:tc>
          <w:tcPr>
            <w:tcW w:type="dxa" w:w="2494"/>
            <w:shd w:val="clear" w:color="auto" w:fill="4338c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ב-9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1,002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4,020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‪36 − 4 × 5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16</w:t>
      </w:r>
    </w:p>
    <w:p>
      <w:pPr>
        <w:bidi/>
        <w:spacing w:before="0" w:after="20"/>
        <w:jc w:val="both"/>
      </w:pPr>
      <w:r>
        <w:rPr>
          <w:rtl/>
        </w:rPr>
        <w:t>ב. מה האומדן הטוב ביותר ל-‪612 × 9‬?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5,400</w:t>
      </w:r>
    </w:p>
    <w:p>
      <w:pPr>
        <w:bidi/>
        <w:spacing w:before="0" w:after="20"/>
        <w:jc w:val="both"/>
      </w:pPr>
      <w:r>
        <w:rPr>
          <w:rtl/>
        </w:rPr>
        <w:t>ג. בחילוק ‪59 : 7‬ השארית היא: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‪0 : 15 = 0‬ – נכון</w:t>
      </w:r>
    </w:p>
    <w:p>
      <w:pPr>
        <w:bidi/>
        <w:spacing w:before="0" w:after="40"/>
        <w:jc w:val="both"/>
      </w:pPr>
      <w:r>
        <w:rPr>
          <w:rtl/>
        </w:rPr>
        <w:t>ב. ‪48 × 25 = 1,000‬ – לא נכון – ‪48 × 25 = 1,200‬</w:t>
      </w:r>
    </w:p>
    <w:p>
      <w:pPr>
        <w:bidi/>
        <w:spacing w:before="0" w:after="40"/>
        <w:jc w:val="both"/>
      </w:pPr>
      <w:r>
        <w:rPr>
          <w:rtl/>
        </w:rPr>
        <w:t>ג. כל מספר שמתחלק ב-6 מתחלק גם ב-3.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בחנות 18 ארגזים של בקבוקי מים, ובכל ארגז 24 בקבוקים. בעל החנות מסדר את הבקבוקים על 6 מדפים במספר שווה. כמה בקבוקים על כל מדף?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‪18 × 24 = 432‬ בקבוקים; ‪432 : 6 = 72‬. תשובה: 72 בקבוקים על כל מדף.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