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מבחן מסכם –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כתבו את דרך הפתרון ותשובה במילים.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(8 נק')</w:t>
      </w:r>
    </w:p>
    <w:p>
      <w:pPr>
        <w:bidi/>
        <w:spacing w:before="0" w:after="60"/>
        <w:jc w:val="both"/>
      </w:pPr>
      <w:r>
        <w:rPr>
          <w:rtl/>
        </w:rPr>
        <w:t>א. ‪40 × 600 = __________‬</w:t>
      </w:r>
    </w:p>
    <w:p>
      <w:pPr>
        <w:bidi/>
        <w:spacing w:before="0" w:after="60"/>
        <w:jc w:val="both"/>
      </w:pPr>
      <w:r>
        <w:rPr>
          <w:rtl/>
        </w:rPr>
        <w:t>ב. ‪125 × 7 = __________‬</w:t>
      </w:r>
    </w:p>
    <w:p>
      <w:pPr>
        <w:bidi/>
        <w:spacing w:before="0" w:after="60"/>
        <w:jc w:val="both"/>
      </w:pPr>
      <w:r>
        <w:rPr>
          <w:rtl/>
        </w:rPr>
        <w:t>ג. ‪46 × 23 = __________‬</w:t>
      </w:r>
    </w:p>
    <w:p>
      <w:pPr>
        <w:bidi/>
        <w:spacing w:before="0" w:after="60"/>
        <w:jc w:val="both"/>
      </w:pPr>
      <w:r>
        <w:rPr>
          <w:rtl/>
        </w:rPr>
        <w:t>ד. ‪1,204 ×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חשבו. (8 נק')</w:t>
      </w:r>
    </w:p>
    <w:p>
      <w:pPr>
        <w:bidi/>
        <w:spacing w:before="0" w:after="60"/>
        <w:jc w:val="both"/>
      </w:pPr>
      <w:r>
        <w:rPr>
          <w:rtl/>
        </w:rPr>
        <w:t>א. ‪5,600 : 80 = __________‬</w:t>
      </w:r>
    </w:p>
    <w:p>
      <w:pPr>
        <w:bidi/>
        <w:spacing w:before="0" w:after="60"/>
        <w:jc w:val="both"/>
      </w:pPr>
      <w:r>
        <w:rPr>
          <w:rtl/>
        </w:rPr>
        <w:t>ב. ‪552 : 24 = __________‬</w:t>
      </w:r>
    </w:p>
    <w:p>
      <w:pPr>
        <w:bidi/>
        <w:spacing w:before="0" w:after="60"/>
        <w:jc w:val="both"/>
      </w:pPr>
      <w:r>
        <w:rPr>
          <w:rtl/>
        </w:rPr>
        <w:t>ג. ‪1,740 : 30 = __________‬</w:t>
      </w:r>
    </w:p>
    <w:p>
      <w:pPr>
        <w:bidi/>
        <w:spacing w:before="0" w:after="60"/>
        <w:jc w:val="both"/>
      </w:pPr>
      <w:r>
        <w:rPr>
          <w:rtl/>
        </w:rPr>
        <w:t>ד. ‪2,025 : 45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חשבו את המנה ואת השארית.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‪150 : 11‬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‪700 : 26‬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‪1,234 : 50‬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חשבו בדרך נוחה. (6 נק')</w:t>
      </w:r>
    </w:p>
    <w:p>
      <w:pPr>
        <w:bidi/>
        <w:spacing w:before="0" w:after="60"/>
        <w:jc w:val="both"/>
      </w:pPr>
      <w:r>
        <w:rPr>
          <w:rtl/>
        </w:rPr>
        <w:t>א. ‪4 × 67 × 25 = __________‬</w:t>
      </w:r>
    </w:p>
    <w:p>
      <w:pPr>
        <w:bidi/>
        <w:spacing w:before="0" w:after="60"/>
        <w:jc w:val="both"/>
      </w:pPr>
      <w:r>
        <w:rPr>
          <w:rtl/>
        </w:rPr>
        <w:t>ב. ‪8 × 99 = __________‬</w:t>
      </w:r>
    </w:p>
    <w:p>
      <w:pPr>
        <w:bidi/>
        <w:spacing w:before="0" w:after="60"/>
        <w:jc w:val="both"/>
      </w:pPr>
      <w:r>
        <w:rPr>
          <w:rtl/>
        </w:rPr>
        <w:t>ג. ‪14 × 7 + 6 ×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את המנה כשבר או כמספר מעורב. (6 נק')</w:t>
      </w:r>
    </w:p>
    <w:p>
      <w:pPr>
        <w:bidi/>
        <w:spacing w:before="0" w:after="60"/>
        <w:jc w:val="both"/>
      </w:pPr>
      <w:r>
        <w:rPr>
          <w:rtl/>
        </w:rPr>
        <w:t>א. ‪5 : 7 = __________‬</w:t>
      </w:r>
    </w:p>
    <w:p>
      <w:pPr>
        <w:bidi/>
        <w:spacing w:before="0" w:after="60"/>
        <w:jc w:val="both"/>
      </w:pPr>
      <w:r>
        <w:rPr>
          <w:rtl/>
        </w:rPr>
        <w:t>ב. ‪11 : 3 = __________‬</w:t>
      </w:r>
    </w:p>
    <w:p>
      <w:pPr>
        <w:bidi/>
        <w:spacing w:before="0" w:after="60"/>
        <w:jc w:val="both"/>
      </w:pPr>
      <w:r>
        <w:rPr>
          <w:rtl/>
        </w:rPr>
        <w:t>ג. ‪9 : 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פתרו במאונך: ‪258 × 34‬, ובחילוק ארוך: ‪1,872 : 36‬.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בחנות ירקות 48 ארגזים של מלונים, ובכל ארגז 15 מלונים. כמה מלונים בחנות? (7 נק')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לחוג שחייה נרשמו 168 ילדים. מחלקים אותם לקבוצות של 14 ילדים. כמה קבוצות יהיו? (7 נק')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לטיול נוסעים 230 תלמידים ו-10 מורים. בכל מיניבוס 18 מקומות. כמה מיניבוסים צריך? (9 נק')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ספרייה קנתה 36 ספרים ב-45 שקלים כל אחד, ו-20 מגזינים ב-12 שקלים כל אחד. כמה שילמה הספרייה בסך הכול? (9 נק')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3 פיצות משפחתיות חולקו שווה בשווה בין 4 חברים. כמה פיצה קיבל כל אחד? ואם היו 9 פיצות? (8 נק')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הסבירו בלי לחשב במדויק: למה ‪612 × 49‬ קרוב ל-30,000 ולא ל-3,000?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את הטעות ותקנו: נועה חישבה ‪845 : 13 = 6‬ (שארית 65).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הסבירו כל תשובה. (7 נק')</w:t>
      </w:r>
    </w:p>
    <w:p>
      <w:pPr>
        <w:bidi/>
        <w:spacing w:before="0" w:after="60"/>
        <w:jc w:val="both"/>
      </w:pPr>
      <w:r>
        <w:rPr>
          <w:rtl/>
        </w:rPr>
        <w:t>א. אם ‪1,200 : 40 = 30‬, אז ‪1,200 : 80 = 15‬.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המנה ‪7 : 9‬ גדולה מ-1.      נכון / לא נכון</w:t>
      </w:r>
    </w:p>
    <w:p>
      <w:pPr>
        <w:bidi/>
        <w:spacing w:before="0" w:after="60"/>
        <w:jc w:val="both"/>
      </w:pPr>
      <w:r>
        <w:rPr>
          <w:rtl/>
        </w:rPr>
        <w:t>ג. בחילוק ב-25 השארית יכולה להיות 25.      נכון / לא נכון</w:t>
      </w:r>
    </w:p>
    <w:p>
      <w:pPr>
        <w:bidi/>
        <w:spacing w:before="200" w:after="80"/>
        <w:jc w:val="center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