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ה'   |   מחוון למבחן</w:t>
      </w:r>
    </w:p>
    <w:p>
      <w:pPr>
        <w:bidi/>
        <w:spacing w:before="0" w:after="120"/>
        <w:jc w:val="both"/>
      </w:pPr>
      <w:r>
        <w:rPr>
          <w:rFonts w:ascii="Gisha" w:hAnsi="Gisha" w:cs="Gisha"/>
          <w:b/>
          <w:bCs/>
          <w:color w:val="6D28D9"/>
          <w:sz w:val="44"/>
          <w:szCs w:val="44"/>
          <w:rtl/>
        </w:rPr>
        <w:t>מבחן מסכם – רמה בסיסית – מחוון</w:t>
      </w:r>
    </w:p>
    <w:p>
      <w:pPr>
        <w:bidi/>
        <w:spacing w:before="0" w:after="120"/>
        <w:jc w:val="both"/>
      </w:pPr>
      <w:r>
        <w:rPr>
          <w:color w:val="5B6476"/>
          <w:sz w:val="22"/>
          <w:szCs w:val="22"/>
          <w:rtl/>
        </w:rPr>
        <w:t>משך המבחן: 90 דקות · סך הכול 100 נקודות · כתבו את דרך הפתרון ותשובה במילים.</w:t>
      </w:r>
    </w:p>
    <w:p>
      <w:pPr>
        <w:bidi/>
        <w:spacing w:before="200" w:after="80"/>
        <w:jc w:val="both"/>
      </w:pPr>
      <w:r>
        <w:rPr>
          <w:rFonts w:ascii="Gisha" w:hAnsi="Gisha" w:cs="Gisha"/>
          <w:b/>
          <w:bCs/>
          <w:color w:val="6D28D9"/>
          <w:sz w:val="30"/>
          <w:szCs w:val="30"/>
          <w:rtl/>
        </w:rPr>
        <w:t>טבלת ניקוד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חלק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מרבי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שהתקבל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א': חישובים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ב': בעיות מילוליות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ג': חשיבה והסבר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סה"כ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80"/>
        <w:jc w:val="both"/>
      </w:pPr>
      <w:r>
        <w:rPr>
          <w:rFonts w:ascii="Gisha" w:hAnsi="Gisha" w:cs="Gisha"/>
          <w:b/>
          <w:bCs/>
          <w:color w:val="6D28D9"/>
          <w:sz w:val="32"/>
          <w:szCs w:val="32"/>
          <w:rtl/>
        </w:rPr>
        <w:t>חלק א': חישובים (40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חשבו. (8 נק')</w:t>
      </w:r>
    </w:p>
    <w:p>
      <w:pPr>
        <w:bidi/>
        <w:spacing w:before="0" w:after="40"/>
        <w:jc w:val="both"/>
      </w:pPr>
      <w:r>
        <w:rPr>
          <w:rtl/>
        </w:rPr>
        <w:t>א. ‪40 × 600 = 24,000‬</w:t>
      </w:r>
    </w:p>
    <w:p>
      <w:pPr>
        <w:bidi/>
        <w:spacing w:before="0" w:after="40"/>
        <w:jc w:val="both"/>
      </w:pPr>
      <w:r>
        <w:rPr>
          <w:rtl/>
        </w:rPr>
        <w:t>ב. ‪125 × 7 = 875‬</w:t>
      </w:r>
    </w:p>
    <w:p>
      <w:pPr>
        <w:bidi/>
        <w:spacing w:before="0" w:after="40"/>
        <w:jc w:val="both"/>
      </w:pPr>
      <w:r>
        <w:rPr>
          <w:rtl/>
        </w:rPr>
        <w:t>ג. ‪46 × 23 = 1,058‬</w:t>
      </w:r>
    </w:p>
    <w:p>
      <w:pPr>
        <w:bidi/>
        <w:spacing w:before="0" w:after="40"/>
        <w:jc w:val="both"/>
      </w:pPr>
      <w:r>
        <w:rPr>
          <w:rtl/>
        </w:rPr>
        <w:t>ד. ‪1,204 × 9 = 10,836‬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חשבו. (8 נק')</w:t>
      </w:r>
    </w:p>
    <w:p>
      <w:pPr>
        <w:bidi/>
        <w:spacing w:before="0" w:after="40"/>
        <w:jc w:val="both"/>
      </w:pPr>
      <w:r>
        <w:rPr>
          <w:rtl/>
        </w:rPr>
        <w:t>א. ‪5,600 : 80 = 70‬</w:t>
      </w:r>
    </w:p>
    <w:p>
      <w:pPr>
        <w:bidi/>
        <w:spacing w:before="0" w:after="40"/>
        <w:jc w:val="both"/>
      </w:pPr>
      <w:r>
        <w:rPr>
          <w:rtl/>
        </w:rPr>
        <w:t>ב. ‪552 : 24 = 23‬</w:t>
      </w:r>
    </w:p>
    <w:p>
      <w:pPr>
        <w:bidi/>
        <w:spacing w:before="0" w:after="40"/>
        <w:jc w:val="both"/>
      </w:pPr>
      <w:r>
        <w:rPr>
          <w:rtl/>
        </w:rPr>
        <w:t>ג. ‪1,740 : 30 = 58‬</w:t>
      </w:r>
    </w:p>
    <w:p>
      <w:pPr>
        <w:bidi/>
        <w:spacing w:before="0" w:after="40"/>
        <w:jc w:val="both"/>
      </w:pPr>
      <w:r>
        <w:rPr>
          <w:rtl/>
        </w:rPr>
        <w:t>ד. ‪2,025 : 45 = 45‬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חשבו את המנה ואת השארית. (6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תרגיל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מנה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שארית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‪150 : 11‬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13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7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‪700 : 26‬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26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24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‪1,234 : 50‬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24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34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חשבו בדרך נוחה. (6 נק')</w:t>
      </w:r>
    </w:p>
    <w:p>
      <w:pPr>
        <w:bidi/>
        <w:spacing w:before="0" w:after="40"/>
        <w:jc w:val="both"/>
      </w:pPr>
      <w:r>
        <w:rPr>
          <w:rtl/>
        </w:rPr>
        <w:t>א. ‪4 × 67 × 25 = 6,700‬</w:t>
      </w:r>
    </w:p>
    <w:p>
      <w:pPr>
        <w:bidi/>
        <w:spacing w:before="0" w:after="40"/>
        <w:jc w:val="both"/>
      </w:pPr>
      <w:r>
        <w:rPr>
          <w:rtl/>
        </w:rPr>
        <w:t>ב. ‪8 × 99 = 792‬</w:t>
      </w:r>
    </w:p>
    <w:p>
      <w:pPr>
        <w:bidi/>
        <w:spacing w:before="0" w:after="40"/>
        <w:jc w:val="both"/>
      </w:pPr>
      <w:r>
        <w:rPr>
          <w:rtl/>
        </w:rPr>
        <w:t>ג. ‪14 × 7 + 6 × 7 = 140‬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כתבו את המנה כשבר או כמספר מעורב. (6 נק')</w:t>
      </w:r>
    </w:p>
    <w:p>
      <w:pPr>
        <w:bidi/>
        <w:spacing w:before="0" w:after="40"/>
        <w:jc w:val="both"/>
      </w:pPr>
      <w:r>
        <w:rPr>
          <w:rtl/>
        </w:rPr>
        <w:t>א. ‪5 : 7‬ = ⁵⁄₇</w:t>
      </w:r>
    </w:p>
    <w:p>
      <w:pPr>
        <w:bidi/>
        <w:spacing w:before="0" w:after="40"/>
        <w:jc w:val="both"/>
      </w:pPr>
      <w:r>
        <w:rPr>
          <w:rtl/>
        </w:rPr>
        <w:t>ב. ‪11 : 3 = 3‬²⁄₃</w:t>
      </w:r>
    </w:p>
    <w:p>
      <w:pPr>
        <w:bidi/>
        <w:spacing w:before="0" w:after="40"/>
        <w:jc w:val="both"/>
      </w:pPr>
      <w:r>
        <w:rPr>
          <w:rtl/>
        </w:rPr>
        <w:t>ג. ‪9 : 2 = 4‬¹⁄₂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פתרו במאונך: ‪258 × 34‬, ובחילוק ארוך: ‪1,872 : 36‬. (6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‪258 × 4 = 1,032‬; ‪258 × 30 = 7,740‬; יחד 8,772. ‪1,872 : 36: 187 : 36‬ → 5 (180), שארית 7; מורידים ‪2: 72 : 36 = 2‬. המנה 52.</w:t>
      </w:r>
    </w:p>
    <w:p>
      <w:pPr>
        <w:bidi/>
        <w:spacing w:before="160" w:after="80"/>
        <w:jc w:val="both"/>
      </w:pPr>
      <w:r>
        <w:rPr>
          <w:rFonts w:ascii="Gisha" w:hAnsi="Gisha" w:cs="Gisha"/>
          <w:b/>
          <w:bCs/>
          <w:color w:val="6D28D9"/>
          <w:sz w:val="32"/>
          <w:szCs w:val="32"/>
          <w:rtl/>
        </w:rPr>
        <w:t>חלק ב': בעיות מילוליות (40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בחנות ירקות 48 ארגזים של מלונים, ובכל ארגז 15 מלונים. כמה מלונים בחנות? (7 נק')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‪48 × 15 = 720‬. תשובה: בחנות 720 מלונים.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לחוג שחייה נרשמו 168 ילדים. מחלקים אותם לקבוצות של 14 ילדים. כמה קבוצות יהיו? (7 נק')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‪168 : 14 = 12‬. תשובה: יהיו 12 קבוצות.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לטיול נוסעים 230 תלמידים ו-10 מורים. בכל מיניבוס 18 מקומות. כמה מיניבוסים צריך? (9 נק')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‪230 + 10 = 240‬; ‪240 : 18 = 13‬ (שארית 6), לכן צריך עוד מיניבוס. תשובה: צריך 14 מיניבוסים.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ספרייה קנתה 36 ספרים ב-45 שקלים כל אחד, ו-20 מגזינים ב-12 שקלים כל אחד. כמה שילמה הספרייה בסך הכול? (9 נק')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‪36 × 45 = 1,620‬; ‪20 × 12 = 240‬; ‪1,620 + 240 = 1,860‬. תשובה: הספרייה שילמה 1,860 שקלים.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3 פיצות משפחתיות חולקו שווה בשווה בין 4 חברים. כמה פיצה קיבל כל אחד? ואם היו 9 פיצות? (8 נק')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‪3 : 4‬ = ³⁄₄; ‪9 : 4 = 2‬¹⁄₄. תשובה: כל אחד קיבל ³⁄₄ פיצה; עם 9 פיצות – 2¹⁄₄ פיצות.</w:t>
      </w:r>
    </w:p>
    <w:p>
      <w:pPr>
        <w:bidi/>
        <w:spacing w:before="160" w:after="80"/>
        <w:jc w:val="both"/>
      </w:pPr>
      <w:r>
        <w:rPr>
          <w:rFonts w:ascii="Gisha" w:hAnsi="Gisha" w:cs="Gisha"/>
          <w:b/>
          <w:bCs/>
          <w:color w:val="6D28D9"/>
          <w:sz w:val="32"/>
          <w:szCs w:val="32"/>
          <w:rtl/>
        </w:rPr>
        <w:t>חלק ג': חשיבה והסבר (20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הסבירו בלי לחשב במדויק: למה ‪612 × 49‬ קרוב ל-30,000 ולא ל-3,000? (6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אומדן: ‪600 × 50 = 30,000‬. 612 קרוב ל-600 ו-49 קרוב ל-50, לכן המכפלה בסביבות 30,000 (מדויק: 29,988).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מצאו את הטעות ותקנו: נועה חישבה ‪845 : 13 = 6‬ (שארית 65). (7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השארית 65 גדולה מהמחלק 13, ו-‪13 × 6 + 65 = 143‬ ולא 845. הנכון: ‪84 : 13‬ → 6 (78), שארית 6; מורידים ‪5: 65 : 13 = 5‬. המנה 65 בלי שארית.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נכון או לא נכון? הסבירו כל תשובה. (7 נק')</w:t>
      </w:r>
    </w:p>
    <w:p>
      <w:pPr>
        <w:bidi/>
        <w:spacing w:before="0" w:after="40"/>
        <w:jc w:val="both"/>
      </w:pPr>
      <w:r>
        <w:rPr>
          <w:rtl/>
        </w:rPr>
        <w:t>א. אם ‪1,200 : 40 = 30‬, אז ‪1,200 : 80 = 15‬. – נכון</w:t>
      </w:r>
    </w:p>
    <w:p>
      <w:pPr>
        <w:bidi/>
        <w:spacing w:before="0" w:after="40"/>
        <w:jc w:val="both"/>
      </w:pPr>
      <w:r>
        <w:rPr>
          <w:rtl/>
        </w:rPr>
        <w:t>ב. המנה ‪7 : 9‬ גדולה מ-1. – לא נכון – המחולק קטן מהמחלק, לכן ‪7 : 9‬ = ⁷⁄₉, קטנה מ-1</w:t>
      </w:r>
    </w:p>
    <w:p>
      <w:pPr>
        <w:bidi/>
        <w:spacing w:before="0" w:after="40"/>
        <w:jc w:val="both"/>
      </w:pPr>
      <w:r>
        <w:rPr>
          <w:rtl/>
        </w:rPr>
        <w:t>ג. בחילוק ב-25 השארית יכולה להיות 25. – לא נכון – השארית קטנה מהמחלק, לכל היותר 24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rkisim" w:hAnsi="Narkisim" w:cs="Narkisim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