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הראו את כל שלבי הפתרון ובדקו בעזרת אומדן.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(8 נק')</w:t>
      </w:r>
    </w:p>
    <w:p>
      <w:pPr>
        <w:bidi/>
        <w:spacing w:before="0" w:after="40"/>
        <w:jc w:val="both"/>
      </w:pPr>
      <w:r>
        <w:rPr>
          <w:rtl/>
        </w:rPr>
        <w:t>א. ‪800 × 350 = 280,000‬</w:t>
      </w:r>
    </w:p>
    <w:p>
      <w:pPr>
        <w:bidi/>
        <w:spacing w:before="0" w:after="40"/>
        <w:jc w:val="both"/>
      </w:pPr>
      <w:r>
        <w:rPr>
          <w:rtl/>
        </w:rPr>
        <w:t>ב. ‪2,076 × 8 = 16,608‬</w:t>
      </w:r>
    </w:p>
    <w:p>
      <w:pPr>
        <w:bidi/>
        <w:spacing w:before="0" w:after="40"/>
        <w:jc w:val="both"/>
      </w:pPr>
      <w:r>
        <w:rPr>
          <w:rtl/>
        </w:rPr>
        <w:t>ג. ‪407 × 58 = 23,606‬</w:t>
      </w:r>
    </w:p>
    <w:p>
      <w:pPr>
        <w:bidi/>
        <w:spacing w:before="0" w:after="40"/>
        <w:jc w:val="both"/>
      </w:pPr>
      <w:r>
        <w:rPr>
          <w:rtl/>
        </w:rPr>
        <w:t>ד. ‪3,125 × 32 = 100,000‬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(8 נק')</w:t>
      </w:r>
    </w:p>
    <w:p>
      <w:pPr>
        <w:bidi/>
        <w:spacing w:before="0" w:after="40"/>
        <w:jc w:val="both"/>
      </w:pPr>
      <w:r>
        <w:rPr>
          <w:rtl/>
        </w:rPr>
        <w:t>א. ‪72,000 : 900 = 80‬</w:t>
      </w:r>
    </w:p>
    <w:p>
      <w:pPr>
        <w:bidi/>
        <w:spacing w:before="0" w:after="40"/>
        <w:jc w:val="both"/>
      </w:pPr>
      <w:r>
        <w:rPr>
          <w:rtl/>
        </w:rPr>
        <w:t>ב. ‪3,066 : 42 = 73‬</w:t>
      </w:r>
    </w:p>
    <w:p>
      <w:pPr>
        <w:bidi/>
        <w:spacing w:before="0" w:after="40"/>
        <w:jc w:val="both"/>
      </w:pPr>
      <w:r>
        <w:rPr>
          <w:rtl/>
        </w:rPr>
        <w:t>ג. ‪9,975 : 75 = 133‬</w:t>
      </w:r>
    </w:p>
    <w:p>
      <w:pPr>
        <w:bidi/>
        <w:spacing w:before="0" w:after="40"/>
        <w:jc w:val="both"/>
      </w:pPr>
      <w:r>
        <w:rPr>
          <w:rtl/>
        </w:rPr>
        <w:t>ד. ‪16,128 : 64 = 252‬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חשבו את המנה ואת השארית.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‪5,000 : 47‬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‪8,888 : 63‬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‪10,000 : 96‬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המספר החסר. (6 נק')</w:t>
      </w:r>
    </w:p>
    <w:p>
      <w:pPr>
        <w:bidi/>
        <w:spacing w:before="0" w:after="40"/>
        <w:jc w:val="both"/>
      </w:pPr>
      <w:r>
        <w:rPr>
          <w:rtl/>
        </w:rPr>
        <w:t>א. ‪140 × 48 = 6,720‬</w:t>
      </w:r>
    </w:p>
    <w:p>
      <w:pPr>
        <w:bidi/>
        <w:spacing w:before="0" w:after="40"/>
        <w:jc w:val="both"/>
      </w:pPr>
      <w:r>
        <w:rPr>
          <w:rtl/>
        </w:rPr>
        <w:t>ב. ‪9,000 : 72 = 125‬</w:t>
      </w:r>
    </w:p>
    <w:p>
      <w:pPr>
        <w:bidi/>
        <w:spacing w:before="0" w:after="40"/>
        <w:jc w:val="both"/>
      </w:pPr>
      <w:r>
        <w:rPr>
          <w:rtl/>
        </w:rPr>
        <w:t>ג. ‪992 : 36 = 27‬ (שארית 20)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כשבר, כמספר מעורב או כשבר עשרוני. (6 נק')</w:t>
      </w:r>
    </w:p>
    <w:p>
      <w:pPr>
        <w:bidi/>
        <w:spacing w:before="0" w:after="40"/>
        <w:jc w:val="both"/>
      </w:pPr>
      <w:r>
        <w:rPr>
          <w:rtl/>
        </w:rPr>
        <w:t>א. ‪37 : 8 = 4‬⁵⁄₈</w:t>
      </w:r>
    </w:p>
    <w:p>
      <w:pPr>
        <w:bidi/>
        <w:spacing w:before="0" w:after="40"/>
        <w:jc w:val="both"/>
      </w:pPr>
      <w:r>
        <w:rPr>
          <w:rtl/>
        </w:rPr>
        <w:t>ב. ‪100 : 12 = 8‬¹⁄₃</w:t>
      </w:r>
    </w:p>
    <w:p>
      <w:pPr>
        <w:bidi/>
        <w:spacing w:before="0" w:after="40"/>
        <w:jc w:val="both"/>
      </w:pPr>
      <w:r>
        <w:rPr>
          <w:rtl/>
        </w:rPr>
        <w:t>ג. ‪123 : 100 = 1.23‬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פתרו במאונך: ‪326 × 147‬, ובחילוק ארוך: ‪25,272 : 72‬.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‪326 × 7 = 2,282‬; ‪326 × 40 = 13,040‬; ‪326 × 100 = 32,600‬; יחד 47,922. ‪25,272 : 72: 252 : 72‬ → 3 (216), שארית 36; מורידים ‪7: 367 : 72‬ → 5 (360), שארית 7; מורידים ‪2: 72 : 72 = 1‬. המנה 351.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מפעל מייצר 1,350 עוגיות בשעה ועובד 8 שעות ביום. העוגיות נארזות בקופסאות של 24. כמה קופסאות מלאות נארזות ביום, וכמה עוגיות נשארות?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‪1,350 × 8 = 10,800‬ עוגיות; ‪10,800 : 24 = 450‬. תשובה: 450 קופסאות מלאות, ולא נשארות עוגיות.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לאירוע הוזמנו 620 אורחים. בכל שולחן 12 כיסאות. מחיר שולחן ערוך הוא 85 שקלים. כמה עולים כל השולחנות הדרושים?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‪620 : 12 = 51‬ (שארית 8), לכן צריך 52 שולחנות. ‪52 × 85 = 4,420‬. תשובה: 4,420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יואב רכב 18 קילומטרים בכל יום במשך 4 שבועות (7 ימים בשבוע). איתי רכב באותו זמן 126 קילומטרים. פי כמה רכב יואב יותר מאיתי?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7 = 28‬ ימים; ‪18 × 28 = 504‬ ק"מ; ‪504 : 126 = 4‬. תשובה: פי 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לגן הירק קנו 13 שקיות אדמה של 40 ליטרים. ממלאים 24 עציצים שווים בכל האדמה. כמה ליטרים בכל עציץ? כתבו כמספר מעורב.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 × 40 = 520‬ ליטרים; ‪520 : 24 = 21‬ (שארית ‪16) = 21‬¹⁶⁄₂₄ = 21²⁄₃. תשובה: 21²⁄₃ ליטרים בכל עציץ.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תמר קנתה 6 חבילות מדבקות ב-14 שקלים ו-4 אלבומים. היא שילמה 200 שקלים וקיבלה 20 שקלים עודף. כמה עלה אלבום אחד?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‪200 − 20 = 180‬; ‪6 × 14 = 84‬; ‪180 − 84 = 96‬; ‪96 : 4 = 24‬. תשובה: אלבום עלה 24 שקלים.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ידוע ש-‪4,500 : 36 = 125‬. בלי לחשב מחדש, מצאו את ‪9,000 : 36‬ ואת ‪4,500 : 72‬, והסבירו.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‪9,000 : 36 = 250‬, כי המחולק גדל פי 2 ולכן המנה גדלה פי 2. ‪4,500 : 72 = 62‬¹⁄₂, כי המחלק גדל פי 2 ולכן המנה קטנה פי 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הטעות ותקנו: דניאל חישב ‪307 × 46‬ כך: ‪307 × 6 = 1,842‬; ‪307 × 4 = 1,228‬; ‪1,842 + 1,228 = 3,070‬.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בשורה השנייה כפל ב-4 במקום ב-40 עשרות: ‪307 × 40 = 12,280‬. הנכון: ‪1,842 + 12,280 = 14,122‬.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אתגר: מצאו את המספר הקטן ביותר שגדול מ-200, שבחילוק ב-15 נותן שארית 7 ובחילוק ב-4 נותן שארית 1. הסבירו.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מספרים עם שארית 7 בחילוק ב-‪15: 202‬, 217, 232, 247... בחילוק ב-‪4: 202‬ → 2, 217 → 1. תשובה: 217.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