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כפל במספרים גדולים – חזרה והעמקה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כפל במספרים גדולים – שיטות ובדיקה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5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כפל בעשרות שלמות</w:t>
      </w:r>
    </w:p>
    <w:p>
      <w:pPr>
        <w:bidi/>
        <w:spacing w:before="0" w:after="20"/>
        <w:jc w:val="both"/>
      </w:pPr>
      <w:r>
        <w:rPr>
          <w:rtl/>
        </w:rPr>
        <w:t>1. כופלים בלי האפסים.</w:t>
      </w:r>
    </w:p>
    <w:p>
      <w:pPr>
        <w:bidi/>
        <w:spacing w:before="0" w:after="20"/>
        <w:jc w:val="both"/>
      </w:pPr>
      <w:r>
        <w:rPr>
          <w:rtl/>
        </w:rPr>
        <w:t>2. מוסיפים את כל האפסים של שני הגורמים.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‪30 × 400: 3 × 4 = 12‬, ועוד שלושה אפסים = 12,000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שלוש דרכים לכפול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דרך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דוגמה: ‪156 × 7‬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פירוק לפי ערך המקום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‪100 × 7 + 50 × 7 + 6 × 7 = 700 + 350 + 42 = 1,092‬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מודל השטח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מלבן מחולק לשלושה חלקים: 700, 350, 42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כפל במאונך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כופלים 6, 5 ו-1 ב-7, עם העברות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כפל בגורם דו-ספרתי</w:t>
      </w:r>
    </w:p>
    <w:p>
      <w:pPr>
        <w:bidi/>
        <w:spacing w:before="0" w:after="20"/>
        <w:jc w:val="both"/>
      </w:pPr>
      <w:r>
        <w:rPr>
          <w:rtl/>
        </w:rPr>
        <w:t>1. שורה 1: כפל ביחידות.</w:t>
      </w:r>
    </w:p>
    <w:p>
      <w:pPr>
        <w:bidi/>
        <w:spacing w:before="0" w:after="20"/>
        <w:jc w:val="both"/>
      </w:pPr>
      <w:r>
        <w:rPr>
          <w:rtl/>
        </w:rPr>
        <w:t>2. שורה 2: כפל בעשרות (מתחילים ב-0 ביחידות).</w:t>
      </w:r>
    </w:p>
    <w:p>
      <w:pPr>
        <w:bidi/>
        <w:spacing w:before="0" w:after="20"/>
        <w:jc w:val="both"/>
      </w:pPr>
      <w:r>
        <w:rPr>
          <w:rtl/>
        </w:rPr>
        <w:t>3. מחברים את השורות.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‪47 × 36 = 47 × 6 + 47 × 30 = 282 + 1,410 = 1,692‬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לפני שכופלים, עשו אומדן: ‪325 × 24‬ קרוב ל-‪300 × 25 = 7,500‬. אם יצא לכם 780 או 78,000 – יש טעות.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‪238 × 45 = ___‬</w:t>
      </w:r>
    </w:p>
    <w:p>
      <w:pPr>
        <w:bidi/>
        <w:spacing w:before="0" w:after="20"/>
        <w:jc w:val="both"/>
      </w:pPr>
      <w:r>
        <w:rPr>
          <w:rtl/>
        </w:rPr>
        <w:t>1. אומדן: ‪240 × 45‬ קרוב ל-10,000.</w:t>
      </w:r>
    </w:p>
    <w:p>
      <w:pPr>
        <w:bidi/>
        <w:spacing w:before="0" w:after="20"/>
        <w:jc w:val="both"/>
      </w:pPr>
      <w:r>
        <w:rPr>
          <w:rtl/>
        </w:rPr>
        <w:t>2. ‪238 × 5 = 1,190‬</w:t>
      </w:r>
    </w:p>
    <w:p>
      <w:pPr>
        <w:bidi/>
        <w:spacing w:before="0" w:after="20"/>
        <w:jc w:val="both"/>
      </w:pPr>
      <w:r>
        <w:rPr>
          <w:rtl/>
        </w:rPr>
        <w:t>3. ‪238 × 40 = 9,520‬</w:t>
      </w:r>
    </w:p>
    <w:p>
      <w:pPr>
        <w:bidi/>
        <w:spacing w:before="0" w:after="20"/>
        <w:jc w:val="both"/>
      </w:pPr>
      <w:r>
        <w:rPr>
          <w:rtl/>
        </w:rPr>
        <w:t>4. ‪1,190 + 9,520 = 10,710‬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10,710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חשבו. בדקו בעזרת אומדן:</w:t>
      </w:r>
    </w:p>
    <w:p>
      <w:pPr>
        <w:bidi/>
        <w:spacing w:before="0" w:after="60"/>
        <w:jc w:val="both"/>
      </w:pPr>
      <w:r>
        <w:rPr>
          <w:rtl/>
        </w:rPr>
        <w:t>א. ‪60 × 300 = __________‬</w:t>
      </w:r>
    </w:p>
    <w:p>
      <w:pPr>
        <w:bidi/>
        <w:spacing w:before="0" w:after="60"/>
        <w:jc w:val="both"/>
      </w:pPr>
      <w:r>
        <w:rPr>
          <w:rtl/>
        </w:rPr>
        <w:t>ב. ‪152 × 4 = __________‬</w:t>
      </w:r>
    </w:p>
    <w:p>
      <w:pPr>
        <w:bidi/>
        <w:spacing w:before="0" w:after="60"/>
        <w:jc w:val="both"/>
      </w:pPr>
      <w:r>
        <w:rPr>
          <w:rtl/>
        </w:rPr>
        <w:t>ג. ‪35 × 12 = __________‬</w:t>
      </w:r>
    </w:p>
    <w:p>
      <w:pPr>
        <w:bidi/>
        <w:spacing w:before="0" w:after="60"/>
        <w:jc w:val="both"/>
      </w:pPr>
      <w:r>
        <w:rPr>
          <w:rtl/>
        </w:rPr>
        <w:t>ד. ‪124 × 23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18,000 · ב. 608 · ג. 420 · ד. 2,852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