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כפל במספרים גדולים – חזרה והעמקה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כותבים את המספר הגדול למעלה ואת המספר הקטן מתחתיו – אחדות מתחת לאחדות, עשרות מתחת לעשרות.</w:t>
      </w:r>
    </w:p>
    <w:p>
      <w:pPr>
        <w:bidi/>
        <w:spacing w:before="0" w:after="20"/>
        <w:jc w:val="both"/>
      </w:pPr>
      <w:r>
        <w:rPr>
          <w:rtl/>
        </w:rPr>
        <w:t>2. כופלים את המספר העליון בספרת האחדות של המספר התחתון.</w:t>
      </w:r>
    </w:p>
    <w:p>
      <w:pPr>
        <w:bidi/>
        <w:spacing w:before="0" w:after="20"/>
        <w:jc w:val="both"/>
      </w:pPr>
      <w:r>
        <w:rPr>
          <w:rtl/>
        </w:rPr>
        <w:t>3. כופלים את המספר העליון בעשרות של המספר התחתון (כמו כפל בעשרות שלמות – כותבים 0 במקום האחדות).</w:t>
      </w:r>
    </w:p>
    <w:p>
      <w:pPr>
        <w:bidi/>
        <w:spacing w:before="0" w:after="20"/>
        <w:jc w:val="both"/>
      </w:pPr>
      <w:r>
        <w:rPr>
          <w:rtl/>
        </w:rPr>
        <w:t>4. מחברים את שתי התוצאות, ובודקים בעזרת אומדן שהתשובה הגיונית.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‪347 × 26 = ?‬</w:t>
      </w:r>
    </w:p>
    <w:p>
      <w:pPr>
        <w:bidi/>
        <w:spacing w:before="0" w:after="20"/>
        <w:jc w:val="both"/>
      </w:pPr>
      <w:r>
        <w:rPr>
          <w:rtl/>
        </w:rPr>
        <w:t>1. אומדן: ‪350 × 25 = 8,750‬</w:t>
      </w:r>
    </w:p>
    <w:p>
      <w:pPr>
        <w:bidi/>
        <w:spacing w:before="0" w:after="20"/>
        <w:jc w:val="both"/>
      </w:pPr>
      <w:r>
        <w:rPr>
          <w:rtl/>
        </w:rPr>
        <w:t>2. ‪347 × 6 = 2,082‬</w:t>
      </w:r>
    </w:p>
    <w:p>
      <w:pPr>
        <w:bidi/>
        <w:spacing w:before="0" w:after="20"/>
        <w:jc w:val="both"/>
      </w:pPr>
      <w:r>
        <w:rPr>
          <w:rtl/>
        </w:rPr>
        <w:t>3. ‪347 × 20 = 6,940‬</w:t>
      </w:r>
    </w:p>
    <w:p>
      <w:pPr>
        <w:bidi/>
        <w:spacing w:before="0" w:after="20"/>
        <w:jc w:val="both"/>
      </w:pPr>
      <w:r>
        <w:rPr>
          <w:rtl/>
        </w:rPr>
        <w:t>4. ‪2,082 + 6,940 = 9,022‬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9,022 (קרוב לאומדן 8,750 – הגיוני)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60"/>
        <w:jc w:val="both"/>
      </w:pPr>
      <w:r>
        <w:rPr>
          <w:rtl/>
        </w:rPr>
        <w:t>א. ‪45 × 10 = __________‬</w:t>
      </w:r>
    </w:p>
    <w:p>
      <w:pPr>
        <w:bidi/>
        <w:spacing w:before="0" w:after="60"/>
        <w:jc w:val="both"/>
      </w:pPr>
      <w:r>
        <w:rPr>
          <w:rtl/>
        </w:rPr>
        <w:t>ב. ‪45 × 100 = __________‬</w:t>
      </w:r>
    </w:p>
    <w:p>
      <w:pPr>
        <w:bidi/>
        <w:spacing w:before="0" w:after="60"/>
        <w:jc w:val="both"/>
      </w:pPr>
      <w:r>
        <w:rPr>
          <w:rtl/>
        </w:rPr>
        <w:t>ג. ‪38 × 1,000 = __________‬</w:t>
      </w:r>
    </w:p>
    <w:p>
      <w:pPr>
        <w:bidi/>
        <w:spacing w:before="0" w:after="60"/>
        <w:jc w:val="both"/>
      </w:pPr>
      <w:r>
        <w:rPr>
          <w:rtl/>
        </w:rPr>
        <w:t>ד. ‪70 × 60 = __________‬</w:t>
      </w:r>
    </w:p>
    <w:p>
      <w:pPr>
        <w:bidi/>
        <w:spacing w:before="0" w:after="60"/>
        <w:jc w:val="both"/>
      </w:pPr>
      <w:r>
        <w:rPr>
          <w:rtl/>
        </w:rPr>
        <w:t>ה. ‪300 × 80 = __________‬</w:t>
      </w:r>
    </w:p>
    <w:p>
      <w:pPr>
        <w:bidi/>
        <w:spacing w:before="0" w:after="60"/>
        <w:jc w:val="both"/>
      </w:pPr>
      <w:r>
        <w:rPr>
          <w:rtl/>
        </w:rPr>
        <w:t>ו. ‪500 × 400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‪__________ × 100 = 9,200‬</w:t>
      </w:r>
    </w:p>
    <w:p>
      <w:pPr>
        <w:bidi/>
        <w:spacing w:before="0" w:after="60"/>
        <w:jc w:val="both"/>
      </w:pPr>
      <w:r>
        <w:rPr>
          <w:rtl/>
        </w:rPr>
        <w:t>ב. ‪60 × __________ = 4,800‬</w:t>
      </w:r>
    </w:p>
    <w:p>
      <w:pPr>
        <w:bidi/>
        <w:spacing w:before="0" w:after="60"/>
        <w:jc w:val="both"/>
      </w:pPr>
      <w:r>
        <w:rPr>
          <w:rtl/>
        </w:rPr>
        <w:t>ג. ‪__________ × 50 = 35,000‬</w:t>
      </w:r>
    </w:p>
    <w:p>
      <w:pPr>
        <w:bidi/>
        <w:spacing w:before="0" w:after="60"/>
        <w:jc w:val="both"/>
      </w:pPr>
      <w:r>
        <w:rPr>
          <w:rtl/>
        </w:rPr>
        <w:t>ד. ‪800 × __________ = 640,000‬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טבלת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300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פרקו לפי ערך המקום וחשבו.</w:t>
      </w:r>
    </w:p>
    <w:p>
      <w:pPr>
        <w:bidi/>
        <w:spacing w:before="0" w:after="60"/>
        <w:jc w:val="both"/>
      </w:pPr>
      <w:r>
        <w:rPr>
          <w:rtl/>
        </w:rPr>
        <w:t>א. ‪214 × 3 = 200 × 3 + 10 × 3 + 4 × 3 = __________‬</w:t>
      </w:r>
    </w:p>
    <w:p>
      <w:pPr>
        <w:bidi/>
        <w:spacing w:before="0" w:after="60"/>
        <w:jc w:val="both"/>
      </w:pPr>
      <w:r>
        <w:rPr>
          <w:rtl/>
        </w:rPr>
        <w:t>ב. ‪356 × 4 = 300 × 4 + 50 × 4 + 6 × 4 = __________‬</w:t>
      </w:r>
    </w:p>
    <w:p>
      <w:pPr>
        <w:bidi/>
        <w:spacing w:before="0" w:after="60"/>
        <w:jc w:val="both"/>
      </w:pPr>
      <w:r>
        <w:rPr>
          <w:rtl/>
        </w:rPr>
        <w:t>ג. ‪1,207 × 5 = 1,000 × 5 + 200 × 5 + 7 × 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בדרך שנוחה לכם.</w:t>
      </w:r>
    </w:p>
    <w:p>
      <w:pPr>
        <w:bidi/>
        <w:spacing w:before="0" w:after="60"/>
        <w:jc w:val="both"/>
      </w:pPr>
      <w:r>
        <w:rPr>
          <w:rtl/>
        </w:rPr>
        <w:t>א. ‪128 × 6 = __________‬</w:t>
      </w:r>
    </w:p>
    <w:p>
      <w:pPr>
        <w:bidi/>
        <w:spacing w:before="0" w:after="60"/>
        <w:jc w:val="both"/>
      </w:pPr>
      <w:r>
        <w:rPr>
          <w:rtl/>
        </w:rPr>
        <w:t>ב. ‪409 × 7 = __________‬</w:t>
      </w:r>
    </w:p>
    <w:p>
      <w:pPr>
        <w:bidi/>
        <w:spacing w:before="0" w:after="60"/>
        <w:jc w:val="both"/>
      </w:pPr>
      <w:r>
        <w:rPr>
          <w:rtl/>
        </w:rPr>
        <w:t>ג. ‪2,315 × 4 = __________‬</w:t>
      </w:r>
    </w:p>
    <w:p>
      <w:pPr>
        <w:bidi/>
        <w:spacing w:before="0" w:after="60"/>
        <w:jc w:val="both"/>
      </w:pPr>
      <w:r>
        <w:rPr>
          <w:rtl/>
        </w:rPr>
        <w:t>ד. ‪6,082 ×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המכפלה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‪25 × 36‬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‪45 × 22‬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‪32 ×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‪15 × 48‬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‪14 × 65‬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‪50 × 40 = 200‬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המכפלה ‪99 × 7‬ קטנה מ-700.      נכון / לא נכון</w:t>
      </w:r>
    </w:p>
    <w:p>
      <w:pPr>
        <w:bidi/>
        <w:spacing w:before="0" w:after="60"/>
        <w:jc w:val="both"/>
      </w:pPr>
      <w:r>
        <w:rPr>
          <w:rtl/>
        </w:rPr>
        <w:t>ג. כדי לחשב ‪25 × 48‬ אפשר לחשב ‪100 × 12‬.      נכון / לא נכון</w:t>
      </w:r>
    </w:p>
    <w:p>
      <w:pPr>
        <w:bidi/>
        <w:spacing w:before="0" w:after="60"/>
        <w:jc w:val="both"/>
      </w:pPr>
      <w:r>
        <w:rPr>
          <w:rtl/>
        </w:rPr>
        <w:t>ד. כשכופלים מספר תלת-ספרתי במספר חד-ספרתי, התוצאה תמיד מספר תלת-ספרתי.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פתרו במאונך: ‪47 × 36‬ ו-‪128 × 25‬.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[אתגר] פתרו במאונך: ‪306 × 48‬. כתבו קודם אומדן.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 ‪199 × 6‬ בעל פה.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באולם הספורט של בית הספר 24 שורות של כיסאות, ובכל שורה 30 כיסאות. כמה כיסאות יש באולם?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משאית מובילה לשוק בחיפה 8 ארגזים, ובכל ארגז 125 תפוחים. כמה תפוחים מובילה המשאית?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בית הספר הזמין 36 חבילות דפים, ובכל חבילה 500 דפים. כמה דפים הזמין בית הספר?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נועם קנה 12 כרטיסים לבריכה, כל כרטיס ב-35 ₪. הוא שילם 500 ₪. כמה עודף קיבל?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בפרדס של הקיבוץ 48 שורות של עצי תפוז, ובכל שורה 26 עצים. מכל עץ קטפו 15 ק"ג תפוזים. כמה קילוגרמים של תפוזים קטפו בפרדס?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לטיול השנתי נסעו 7 אוטובוסים, ובכל אוטובוס 52 נוסעים. הכניסה לשמורת הטבע עולה 28 ₪ לאדם. כמה שילמו כל הנוסעים יחד על הכניסה?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כפל במספרים גדולים – חזרה והעמקה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40"/>
        <w:jc w:val="both"/>
      </w:pPr>
      <w:r>
        <w:rPr>
          <w:rtl/>
        </w:rPr>
        <w:t>א. ‪45 × 10 = 450‬</w:t>
      </w:r>
    </w:p>
    <w:p>
      <w:pPr>
        <w:bidi/>
        <w:spacing w:before="0" w:after="40"/>
        <w:jc w:val="both"/>
      </w:pPr>
      <w:r>
        <w:rPr>
          <w:rtl/>
        </w:rPr>
        <w:t>ב. ‪45 × 100 = 4,500‬</w:t>
      </w:r>
    </w:p>
    <w:p>
      <w:pPr>
        <w:bidi/>
        <w:spacing w:before="0" w:after="40"/>
        <w:jc w:val="both"/>
      </w:pPr>
      <w:r>
        <w:rPr>
          <w:rtl/>
        </w:rPr>
        <w:t>ג. ‪38 × 1,000 = 38,000‬</w:t>
      </w:r>
    </w:p>
    <w:p>
      <w:pPr>
        <w:bidi/>
        <w:spacing w:before="0" w:after="40"/>
        <w:jc w:val="both"/>
      </w:pPr>
      <w:r>
        <w:rPr>
          <w:rtl/>
        </w:rPr>
        <w:t>ד. ‪70 × 60 = 4,200‬</w:t>
      </w:r>
    </w:p>
    <w:p>
      <w:pPr>
        <w:bidi/>
        <w:spacing w:before="0" w:after="40"/>
        <w:jc w:val="both"/>
      </w:pPr>
      <w:r>
        <w:rPr>
          <w:rtl/>
        </w:rPr>
        <w:t>ה. ‪300 × 80 = 24,000‬</w:t>
      </w:r>
    </w:p>
    <w:p>
      <w:pPr>
        <w:bidi/>
        <w:spacing w:before="0" w:after="40"/>
        <w:jc w:val="both"/>
      </w:pPr>
      <w:r>
        <w:rPr>
          <w:rtl/>
        </w:rPr>
        <w:t>ו. ‪500 × 400 = 200,000‬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‪92 × 100 = 9,200‬</w:t>
      </w:r>
    </w:p>
    <w:p>
      <w:pPr>
        <w:bidi/>
        <w:spacing w:before="0" w:after="40"/>
        <w:jc w:val="both"/>
      </w:pPr>
      <w:r>
        <w:rPr>
          <w:rtl/>
        </w:rPr>
        <w:t>ב. ‪60 × 80 = 4,800‬</w:t>
      </w:r>
    </w:p>
    <w:p>
      <w:pPr>
        <w:bidi/>
        <w:spacing w:before="0" w:after="40"/>
        <w:jc w:val="both"/>
      </w:pPr>
      <w:r>
        <w:rPr>
          <w:rtl/>
        </w:rPr>
        <w:t>ג. ‪700 × 50 = 35,000‬</w:t>
      </w:r>
    </w:p>
    <w:p>
      <w:pPr>
        <w:bidi/>
        <w:spacing w:before="0" w:after="40"/>
        <w:jc w:val="both"/>
      </w:pPr>
      <w:r>
        <w:rPr>
          <w:rtl/>
        </w:rPr>
        <w:t>ד. ‪800 × 800 = 640,000‬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טבלת הכפל.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300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1,800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4,500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7,500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100,000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פרקו לפי ערך המקום וחשבו.</w:t>
      </w:r>
    </w:p>
    <w:p>
      <w:pPr>
        <w:bidi/>
        <w:spacing w:before="0" w:after="40"/>
        <w:jc w:val="both"/>
      </w:pPr>
      <w:r>
        <w:rPr>
          <w:rtl/>
        </w:rPr>
        <w:t>א. ‪214 × 3 = 200 × 3 + 10 × 3 + 4 × 3 = 642‬</w:t>
      </w:r>
    </w:p>
    <w:p>
      <w:pPr>
        <w:bidi/>
        <w:spacing w:before="0" w:after="40"/>
        <w:jc w:val="both"/>
      </w:pPr>
      <w:r>
        <w:rPr>
          <w:rtl/>
        </w:rPr>
        <w:t>ב. ‪356 × 4 = 300 × 4 + 50 × 4 + 6 × 4 = 1,424‬</w:t>
      </w:r>
    </w:p>
    <w:p>
      <w:pPr>
        <w:bidi/>
        <w:spacing w:before="0" w:after="40"/>
        <w:jc w:val="both"/>
      </w:pPr>
      <w:r>
        <w:rPr>
          <w:rtl/>
        </w:rPr>
        <w:t>ג. ‪1,207 × 5 = 1,000 × 5 + 200 × 5 + 7 × 5 = 6,035‬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בדרך שנוחה לכם.</w:t>
      </w:r>
    </w:p>
    <w:p>
      <w:pPr>
        <w:bidi/>
        <w:spacing w:before="0" w:after="40"/>
        <w:jc w:val="both"/>
      </w:pPr>
      <w:r>
        <w:rPr>
          <w:rtl/>
        </w:rPr>
        <w:t>א. ‪128 × 6 = 768‬</w:t>
      </w:r>
    </w:p>
    <w:p>
      <w:pPr>
        <w:bidi/>
        <w:spacing w:before="0" w:after="40"/>
        <w:jc w:val="both"/>
      </w:pPr>
      <w:r>
        <w:rPr>
          <w:rtl/>
        </w:rPr>
        <w:t>ב. ‪409 × 7 = 2,863‬</w:t>
      </w:r>
    </w:p>
    <w:p>
      <w:pPr>
        <w:bidi/>
        <w:spacing w:before="0" w:after="40"/>
        <w:jc w:val="both"/>
      </w:pPr>
      <w:r>
        <w:rPr>
          <w:rtl/>
        </w:rPr>
        <w:t>ג. ‪2,315 × 4 = 9,260‬</w:t>
      </w:r>
    </w:p>
    <w:p>
      <w:pPr>
        <w:bidi/>
        <w:spacing w:before="0" w:after="40"/>
        <w:jc w:val="both"/>
      </w:pPr>
      <w:r>
        <w:rPr>
          <w:rtl/>
        </w:rPr>
        <w:t>ד. ‪6,082 × 9 = 54,738‬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המכפלה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‪25 × 36‬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720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‪45 × 22‬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910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‪32 ×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‪15 × 48‬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990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‪14 × 65‬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800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‪50 × 40 = 200‬ – לא נכון – ‪50 × 40 = 2,000‬</w:t>
      </w:r>
    </w:p>
    <w:p>
      <w:pPr>
        <w:bidi/>
        <w:spacing w:before="0" w:after="40"/>
        <w:jc w:val="both"/>
      </w:pPr>
      <w:r>
        <w:rPr>
          <w:rtl/>
        </w:rPr>
        <w:t>ב. המכפלה ‪99 × 7‬ קטנה מ-700. – נכון</w:t>
      </w:r>
    </w:p>
    <w:p>
      <w:pPr>
        <w:bidi/>
        <w:spacing w:before="0" w:after="40"/>
        <w:jc w:val="both"/>
      </w:pPr>
      <w:r>
        <w:rPr>
          <w:rtl/>
        </w:rPr>
        <w:t>ג. כדי לחשב ‪25 × 48‬ אפשר לחשב ‪100 × 12‬. – נכון</w:t>
      </w:r>
    </w:p>
    <w:p>
      <w:pPr>
        <w:bidi/>
        <w:spacing w:before="0" w:after="40"/>
        <w:jc w:val="both"/>
      </w:pPr>
      <w:r>
        <w:rPr>
          <w:rtl/>
        </w:rPr>
        <w:t>ד. כשכופלים מספר תלת-ספרתי במספר חד-ספרתי, התוצאה תמיד מספר תלת-ספרתי. – לא נכון – למשל ‪500 × 4 = 2,000‬, מספר ארבע-ספרתי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פתרו במאונך: ‪47 × 36‬ ו-‪128 × 25‬.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‪47 × 36: 47 × 6 = 282‬, ‪47 × 30 = 1,410‬, יחד 1,692. ‪128 × 25: 128 × 5 = 640‬, ‪128 × 20 = 2,560‬, יחד 3,200.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[אתגר] פתרו במאונך: ‪306 × 48‬. כתבו קודם אומדן.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‪300 × 50 = 15,000‬. ‪306 × 8 = 2,448‬; ‪306 × 40 = 12,240‬; ‪2,448 + 12,240 = 14,688‬.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 ‪199 × 6‬ בעל פה.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‪199 × 6 = 200 × 6 − 1 × 6 = 1,200 − 6 = 1,194‬. עיגלתי ל-200 והורדתי 6.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באולם הספורט של בית הספר 24 שורות של כיסאות, ובכל שורה 30 כיסאות. כמה כיסאות יש באולם?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 × 30 = 720‬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באולם יש 720 כיסאות.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משאית מובילה לשוק בחיפה 8 ארגזים, ובכל ארגז 125 תפוחים. כמה תפוחים מובילה המשאית?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125 = 1,000‬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המשאית מובילה 1,000 תפוחים.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בית הספר הזמין 36 חבילות דפים, ובכל חבילה 500 דפים. כמה דפים הזמין בית הספר?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‪36 × 5 = 180‬ ; ‪36 × 500 = 18,000‬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בית הספר הזמין 18,000 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נועם קנה 12 כרטיסים לבריכה, כל כרטיס ב-35 ₪. הוא שילם 500 ₪. כמה עודף קיבל?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× 35 = 420‬ ; ‪500 − 420 = 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נועם קיבל 80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בפרדס של הקיבוץ 48 שורות של עצי תפוז, ובכל שורה 26 עצים. מכל עץ קטפו 15 ק"ג תפוזים. כמה קילוגרמים של תפוזים קטפו בפרדס?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 × 26 = 1,248‬ ; ‪1,248 × 15 = 18,720‬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קטפו 18,720 ק"ג תפוזים.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לטיול השנתי נסעו 7 אוטובוסים, ובכל אוטובוס 52 נוסעים. הכניסה לשמורת הטבע עולה 28 ₪ לאדם. כמה שילמו כל הנוסעים יחד על הכניסה?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52 = 364‬ ; ‪364 × 28 = 10,192‬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הנוסעים שילמו יחד 10,192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