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חילוק במספר דו-ספרתי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חילוק במספר דו-ספרתי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מושגים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864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המספר שמחלקים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המספר שמחלקים בו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התוצאה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שלבי החילוק הארוך</w:t>
      </w:r>
    </w:p>
    <w:p>
      <w:pPr>
        <w:bidi/>
        <w:spacing w:before="0" w:after="20"/>
        <w:jc w:val="both"/>
      </w:pPr>
      <w:r>
        <w:rPr>
          <w:rtl/>
        </w:rPr>
        <w:t>1. מחלקים: כמה פעמים המחלק נכנס?</w:t>
      </w:r>
    </w:p>
    <w:p>
      <w:pPr>
        <w:bidi/>
        <w:spacing w:before="0" w:after="20"/>
        <w:jc w:val="both"/>
      </w:pPr>
      <w:r>
        <w:rPr>
          <w:rtl/>
        </w:rPr>
        <w:t>2. כופלים: מחלק × הספרה במנה.</w:t>
      </w:r>
    </w:p>
    <w:p>
      <w:pPr>
        <w:bidi/>
        <w:spacing w:before="0" w:after="20"/>
        <w:jc w:val="both"/>
      </w:pPr>
      <w:r>
        <w:rPr>
          <w:rtl/>
        </w:rPr>
        <w:t>3. מחסירים ומורידים את הספרה הבאה.</w:t>
      </w:r>
    </w:p>
    <w:p>
      <w:pPr>
        <w:bidi/>
        <w:spacing w:before="0" w:after="20"/>
        <w:jc w:val="both"/>
      </w:pPr>
      <w:r>
        <w:rPr>
          <w:rtl/>
        </w:rPr>
        <w:t>4. חוזרים עד הספרה האחרונה.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טיפים</w:t>
      </w:r>
    </w:p>
    <w:p>
      <w:pPr>
        <w:bidi/>
        <w:spacing w:before="0" w:after="20"/>
        <w:jc w:val="both"/>
      </w:pPr>
      <w:r>
        <w:rPr>
          <w:rtl/>
        </w:rPr>
        <w:t>1. מחלק ומחולק עם אפסים – מוחקים אותו מספר אפסים.</w:t>
      </w:r>
    </w:p>
    <w:p>
      <w:pPr>
        <w:bidi/>
        <w:spacing w:before="0" w:after="20"/>
        <w:jc w:val="both"/>
      </w:pPr>
      <w:r>
        <w:rPr>
          <w:rtl/>
        </w:rPr>
        <w:t>2. מעגלים את המחלק כדי לנחש ספרה.</w:t>
      </w:r>
    </w:p>
    <w:p>
      <w:pPr>
        <w:bidi/>
        <w:spacing w:before="0" w:after="20"/>
        <w:jc w:val="both"/>
      </w:pPr>
      <w:r>
        <w:rPr>
          <w:rtl/>
        </w:rPr>
        <w:t>3. בודקים: מחלק × מנה = 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‪4,200 : 60 = 420 : 6 = 70‬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כשמחלקים במספר דו-ספרתי, עגלו את המחלק כדי לנחש: ‪864 : 24‬ – חושבים «‪80 : 20 = 4‬», מנסים 4, ואם המכפלה גדולה מדי – יורדים ל-3.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‪1,092 : 21 = ___‬</w:t>
      </w:r>
    </w:p>
    <w:p>
      <w:pPr>
        <w:bidi/>
        <w:spacing w:before="0" w:after="20"/>
        <w:jc w:val="both"/>
      </w:pPr>
      <w:r>
        <w:rPr>
          <w:rtl/>
        </w:rPr>
        <w:t>1. ‪109 : 21‬ → 5, כי ‪21 × 5 = 105‬. ‪109 − 105 = 4‬.</w:t>
      </w:r>
    </w:p>
    <w:p>
      <w:pPr>
        <w:bidi/>
        <w:spacing w:before="0" w:after="20"/>
        <w:jc w:val="both"/>
      </w:pPr>
      <w:r>
        <w:rPr>
          <w:rtl/>
        </w:rPr>
        <w:t>2. מורידים ‪2: 42 : 21 = 2‬.</w:t>
      </w:r>
    </w:p>
    <w:p>
      <w:pPr>
        <w:bidi/>
        <w:spacing w:before="0" w:after="20"/>
        <w:jc w:val="both"/>
      </w:pPr>
      <w:r>
        <w:rPr>
          <w:rtl/>
        </w:rPr>
        <w:t>3. בדיקה: ‪21 × 52 = 1,092‬.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52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חשבו ובדקו בכפל:</w:t>
      </w:r>
    </w:p>
    <w:p>
      <w:pPr>
        <w:bidi/>
        <w:spacing w:before="0" w:after="60"/>
        <w:jc w:val="both"/>
      </w:pPr>
      <w:r>
        <w:rPr>
          <w:rtl/>
        </w:rPr>
        <w:t>א. ‪720 : 80 = __________‬</w:t>
      </w:r>
    </w:p>
    <w:p>
      <w:pPr>
        <w:bidi/>
        <w:spacing w:before="0" w:after="60"/>
        <w:jc w:val="both"/>
      </w:pPr>
      <w:r>
        <w:rPr>
          <w:rtl/>
        </w:rPr>
        <w:t>ב. ‪456 : 12 = __________‬</w:t>
      </w:r>
    </w:p>
    <w:p>
      <w:pPr>
        <w:bidi/>
        <w:spacing w:before="0" w:after="60"/>
        <w:jc w:val="both"/>
      </w:pPr>
      <w:r>
        <w:rPr>
          <w:rtl/>
        </w:rPr>
        <w:t>ג. ‪1,350 : 45 = __________‬</w:t>
      </w:r>
    </w:p>
    <w:p>
      <w:pPr>
        <w:bidi/>
        <w:spacing w:before="0" w:after="60"/>
        <w:jc w:val="both"/>
      </w:pPr>
      <w:r>
        <w:rPr>
          <w:rtl/>
        </w:rPr>
        <w:t>ד. ‪2,496 : 32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9 · ב. 38 · ג. 30 · ד. 78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