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חילוק במספר דו-ספרתי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עושים אומדן: מעגלים את המחלק לעשרת הקרובה ומעריכים כמה תצא המנה.</w:t>
      </w:r>
    </w:p>
    <w:p>
      <w:pPr>
        <w:bidi/>
        <w:spacing w:before="0" w:after="20"/>
        <w:jc w:val="both"/>
      </w:pPr>
      <w:r>
        <w:rPr>
          <w:rtl/>
        </w:rPr>
        <w:t>2. מתחילים מהספרות השמאליות של המחולק: לוקחים את המספר הקטן ביותר שהמחלק נכנס בו, ומוצאים כמה פעמים הוא נכנס (היעזרו בכפולות של המחלק).</w:t>
      </w:r>
    </w:p>
    <w:p>
      <w:pPr>
        <w:bidi/>
        <w:spacing w:before="0" w:after="20"/>
        <w:jc w:val="both"/>
      </w:pPr>
      <w:r>
        <w:rPr>
          <w:rtl/>
        </w:rPr>
        <w:t>3. כופלים, מחסרים, מורידים את הספרה הבאה – וחוזרים על השלבים עד שנגמרות הספרות.</w:t>
      </w:r>
    </w:p>
    <w:p>
      <w:pPr>
        <w:bidi/>
        <w:spacing w:before="0" w:after="20"/>
        <w:jc w:val="both"/>
      </w:pPr>
      <w:r>
        <w:rPr>
          <w:rtl/>
        </w:rPr>
        <w:t>4. בודקים בכפל: מנה × מחלק = 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‪1,344 : 32 = ?‬</w:t>
      </w:r>
    </w:p>
    <w:p>
      <w:pPr>
        <w:bidi/>
        <w:spacing w:before="0" w:after="20"/>
        <w:jc w:val="both"/>
      </w:pPr>
      <w:r>
        <w:rPr>
          <w:rtl/>
        </w:rPr>
        <w:t>1. אומדן: ‪1,200 : 30 = 40‬</w:t>
      </w:r>
    </w:p>
    <w:p>
      <w:pPr>
        <w:bidi/>
        <w:spacing w:before="0" w:after="20"/>
        <w:jc w:val="both"/>
      </w:pPr>
      <w:r>
        <w:rPr>
          <w:rtl/>
        </w:rPr>
        <w:t>2. ‪134 : 32‬ → 4, כי ‪4 × 32 = 128‬, ו-‪134 − 128 = 6‬</w:t>
      </w:r>
    </w:p>
    <w:p>
      <w:pPr>
        <w:bidi/>
        <w:spacing w:before="0" w:after="20"/>
        <w:jc w:val="both"/>
      </w:pPr>
      <w:r>
        <w:rPr>
          <w:rtl/>
        </w:rPr>
        <w:t>3. מורידים את הספרה 4 ומקבלים 64. ‪64 : 32 = 2‬</w:t>
      </w:r>
    </w:p>
    <w:p>
      <w:pPr>
        <w:bidi/>
        <w:spacing w:before="0" w:after="20"/>
        <w:jc w:val="both"/>
      </w:pPr>
      <w:r>
        <w:rPr>
          <w:rtl/>
        </w:rPr>
        <w:t>4. בדיקה: ‪42 × 32 = 1,344‬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60"/>
        <w:jc w:val="both"/>
      </w:pPr>
      <w:r>
        <w:rPr>
          <w:rtl/>
        </w:rPr>
        <w:t>א. ‪480 : 60 = __________‬</w:t>
      </w:r>
    </w:p>
    <w:p>
      <w:pPr>
        <w:bidi/>
        <w:spacing w:before="0" w:after="60"/>
        <w:jc w:val="both"/>
      </w:pPr>
      <w:r>
        <w:rPr>
          <w:rtl/>
        </w:rPr>
        <w:t>ב. ‪3,600 : 90 = __________‬</w:t>
      </w:r>
    </w:p>
    <w:p>
      <w:pPr>
        <w:bidi/>
        <w:spacing w:before="0" w:after="60"/>
        <w:jc w:val="both"/>
      </w:pPr>
      <w:r>
        <w:rPr>
          <w:rtl/>
        </w:rPr>
        <w:t>ג. ‪2,800 : 40 = __________‬</w:t>
      </w:r>
    </w:p>
    <w:p>
      <w:pPr>
        <w:bidi/>
        <w:spacing w:before="0" w:after="60"/>
        <w:jc w:val="both"/>
      </w:pPr>
      <w:r>
        <w:rPr>
          <w:rtl/>
        </w:rPr>
        <w:t>ד. ‪45,000 : 500 = __________‬</w:t>
      </w:r>
    </w:p>
    <w:p>
      <w:pPr>
        <w:bidi/>
        <w:spacing w:before="0" w:after="60"/>
        <w:jc w:val="both"/>
      </w:pPr>
      <w:r>
        <w:rPr>
          <w:rtl/>
        </w:rPr>
        <w:t>ה. ‪6,300 : 70 = __________‬</w:t>
      </w:r>
    </w:p>
    <w:p>
      <w:pPr>
        <w:bidi/>
        <w:spacing w:before="0" w:after="60"/>
        <w:jc w:val="both"/>
      </w:pPr>
      <w:r>
        <w:rPr>
          <w:rtl/>
        </w:rPr>
        <w:t>ו. ‪24,000 : 80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כפולות המחלק 23. היעזרו בהן כדי לחלק.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5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20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23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היעזרו בטבלה שלמעלה וחשבו.</w:t>
      </w:r>
    </w:p>
    <w:p>
      <w:pPr>
        <w:bidi/>
        <w:spacing w:before="0" w:after="60"/>
        <w:jc w:val="both"/>
      </w:pPr>
      <w:r>
        <w:rPr>
          <w:rtl/>
        </w:rPr>
        <w:t>א. ‪230 : 23 = __________‬</w:t>
      </w:r>
    </w:p>
    <w:p>
      <w:pPr>
        <w:bidi/>
        <w:spacing w:before="0" w:after="60"/>
        <w:jc w:val="both"/>
      </w:pPr>
      <w:r>
        <w:rPr>
          <w:rtl/>
        </w:rPr>
        <w:t>ב. ‪345 : 23 = __________‬</w:t>
      </w:r>
    </w:p>
    <w:p>
      <w:pPr>
        <w:bidi/>
        <w:spacing w:before="0" w:after="60"/>
        <w:jc w:val="both"/>
      </w:pPr>
      <w:r>
        <w:rPr>
          <w:rtl/>
        </w:rPr>
        <w:t>ג. ‪690 : 23 = __________‬</w:t>
      </w:r>
    </w:p>
    <w:p>
      <w:pPr>
        <w:bidi/>
        <w:spacing w:before="0" w:after="60"/>
        <w:jc w:val="both"/>
      </w:pPr>
      <w:r>
        <w:rPr>
          <w:rtl/>
        </w:rPr>
        <w:t>ד. ‪552 : 23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חשבו.</w:t>
      </w:r>
    </w:p>
    <w:p>
      <w:pPr>
        <w:bidi/>
        <w:spacing w:before="0" w:after="60"/>
        <w:jc w:val="both"/>
      </w:pPr>
      <w:r>
        <w:rPr>
          <w:rtl/>
        </w:rPr>
        <w:t>א. ‪336 : 14 = __________‬</w:t>
      </w:r>
    </w:p>
    <w:p>
      <w:pPr>
        <w:bidi/>
        <w:spacing w:before="0" w:after="60"/>
        <w:jc w:val="both"/>
      </w:pPr>
      <w:r>
        <w:rPr>
          <w:rtl/>
        </w:rPr>
        <w:t>ב. ‪675 : 25 = __________‬</w:t>
      </w:r>
    </w:p>
    <w:p>
      <w:pPr>
        <w:bidi/>
        <w:spacing w:before="0" w:after="60"/>
        <w:jc w:val="both"/>
      </w:pPr>
      <w:r>
        <w:rPr>
          <w:rtl/>
        </w:rPr>
        <w:t>ג. ‪912 : 38 = __________‬</w:t>
      </w:r>
    </w:p>
    <w:p>
      <w:pPr>
        <w:bidi/>
        <w:spacing w:before="0" w:after="60"/>
        <w:jc w:val="both"/>
      </w:pPr>
      <w:r>
        <w:rPr>
          <w:rtl/>
        </w:rPr>
        <w:t>ד. ‪1,428 : 42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‪__________ : 15 = 40‬</w:t>
      </w:r>
    </w:p>
    <w:p>
      <w:pPr>
        <w:bidi/>
        <w:spacing w:before="0" w:after="60"/>
        <w:jc w:val="both"/>
      </w:pPr>
      <w:r>
        <w:rPr>
          <w:rtl/>
        </w:rPr>
        <w:t>ב. ‪1,200 : __________ = 30‬</w:t>
      </w:r>
    </w:p>
    <w:p>
      <w:pPr>
        <w:bidi/>
        <w:spacing w:before="0" w:after="60"/>
        <w:jc w:val="both"/>
      </w:pPr>
      <w:r>
        <w:rPr>
          <w:rtl/>
        </w:rPr>
        <w:t>ג. ‪__________ : 32 = 25‬</w:t>
      </w:r>
    </w:p>
    <w:p>
      <w:pPr>
        <w:bidi/>
        <w:spacing w:before="0" w:after="60"/>
        <w:jc w:val="both"/>
      </w:pPr>
      <w:r>
        <w:rPr>
          <w:rtl/>
        </w:rPr>
        <w:t>ד. ‪2,100 : __________ =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חילוק את תרגיל הכפל שבודק אותו.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‪288 : 12 = 24‬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‪34 × 48 = 1,632‬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‪588 : 21 = 28‬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‪21 × 28 = 588‬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‪765 : 45 = 17‬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‪12 × 24 = 288‬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‪1,632 : 34 = 48‬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‪45 × 17 = 765‬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הספרה הראשונה במנה ואת מקומה.</w:t>
      </w:r>
    </w:p>
    <w:p>
      <w:pPr>
        <w:bidi/>
        <w:spacing w:before="0" w:after="20"/>
        <w:jc w:val="both"/>
      </w:pPr>
      <w:r>
        <w:rPr>
          <w:rtl/>
        </w:rPr>
        <w:t>א. ‪744 : 31‬</w:t>
      </w:r>
    </w:p>
    <w:p>
      <w:pPr>
        <w:bidi/>
        <w:spacing w:before="0" w:after="80"/>
        <w:jc w:val="both"/>
      </w:pPr>
      <w:r>
        <w:rPr>
          <w:rtl/>
        </w:rPr>
        <w:t xml:space="preserve">   ○ 2 עשרות      ○ 2 מאות      ○ 7 עשרות</w:t>
      </w:r>
    </w:p>
    <w:p>
      <w:pPr>
        <w:bidi/>
        <w:spacing w:before="0" w:after="20"/>
        <w:jc w:val="both"/>
      </w:pPr>
      <w:r>
        <w:rPr>
          <w:rtl/>
        </w:rPr>
        <w:t>ב. ‪5,520 : 24‬</w:t>
      </w:r>
    </w:p>
    <w:p>
      <w:pPr>
        <w:bidi/>
        <w:spacing w:before="0" w:after="80"/>
        <w:jc w:val="both"/>
      </w:pPr>
      <w:r>
        <w:rPr>
          <w:rtl/>
        </w:rPr>
        <w:t xml:space="preserve">   ○ 2 עשרות      ○ 2 מאות      ○ 5 מאות</w:t>
      </w:r>
    </w:p>
    <w:p>
      <w:pPr>
        <w:bidi/>
        <w:spacing w:before="0" w:after="20"/>
        <w:jc w:val="both"/>
      </w:pPr>
      <w:r>
        <w:rPr>
          <w:rtl/>
        </w:rPr>
        <w:t>ג. ‪962 : 37‬</w:t>
      </w:r>
    </w:p>
    <w:p>
      <w:pPr>
        <w:bidi/>
        <w:spacing w:before="0" w:after="80"/>
        <w:jc w:val="both"/>
      </w:pPr>
      <w:r>
        <w:rPr>
          <w:rtl/>
        </w:rPr>
        <w:t xml:space="preserve">   ○ 9 עשרות      ○ 2 עשרות      ○ 3 עשרות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חלקו בחילוק ארוך: ‪1,512 : 36‬ ו-‪4,160 : 52‬.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 איך חישבתם ‪3,500 : 70‬ בעל פה.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‪6,000 : 30 = 20‬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‪25 × 36 = 900‬, אז ‪900 : 36 = 25‬.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המנה של ‪780 : 12‬ גדולה מ-70.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מצאו מספר תלת-ספרתי שמתחלק ב-25 וגם ב-12, והמנה שלו ב-25 היא מספר זוגי.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לספריית בית הספר הגיעו 480 ספרים חדשים, והם חולקו שווה בשווה בין 12 כיתות. כמה ספרים קיבלה כל כיתה?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באולם האירועים 600 כיסאות, מסודרים בשורות של 25 כיסאות. כמה שורות של כיסאות יש באולם?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המאפייה אפתה 1,152 עוגיות וארזה אותן בקופסאות של 24 עוגיות. כמה קופסאות מלאות התקבלו?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ועד הכיתה קנה 36 כרטיסים להצגה ושילם 1,512 ₪. כמה עלה כרטיס אחד? כמה יעלו 50 כרטיסים כאלה?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במפעל מילאו 3,780 בקבוקי מיץ. אורזים 12 בקבוקים בכל ארגז, ומעמיסים 15 ארגזים על כל משטח. כמה משטחים מלאים יהיו?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יואב חוסך 45 ₪ בכל שבוע, ואחיו אליה חוסך 27 ₪ בכל שבוע. הם רוצים לקנות יחד אופניים ב-2,160 ₪. אחרי כמה שבועות יהיה להם מספיק כסף?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חילוק במספר דו-ספרתי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40"/>
        <w:jc w:val="both"/>
      </w:pPr>
      <w:r>
        <w:rPr>
          <w:rtl/>
        </w:rPr>
        <w:t>א. ‪480 : 60 = 8‬</w:t>
      </w:r>
    </w:p>
    <w:p>
      <w:pPr>
        <w:bidi/>
        <w:spacing w:before="0" w:after="40"/>
        <w:jc w:val="both"/>
      </w:pPr>
      <w:r>
        <w:rPr>
          <w:rtl/>
        </w:rPr>
        <w:t>ב. ‪3,600 : 90 = 40‬</w:t>
      </w:r>
    </w:p>
    <w:p>
      <w:pPr>
        <w:bidi/>
        <w:spacing w:before="0" w:after="40"/>
        <w:jc w:val="both"/>
      </w:pPr>
      <w:r>
        <w:rPr>
          <w:rtl/>
        </w:rPr>
        <w:t>ג. ‪2,800 : 40 = 70‬</w:t>
      </w:r>
    </w:p>
    <w:p>
      <w:pPr>
        <w:bidi/>
        <w:spacing w:before="0" w:after="40"/>
        <w:jc w:val="both"/>
      </w:pPr>
      <w:r>
        <w:rPr>
          <w:rtl/>
        </w:rPr>
        <w:t>ד. ‪45,000 : 500 = 90‬</w:t>
      </w:r>
    </w:p>
    <w:p>
      <w:pPr>
        <w:bidi/>
        <w:spacing w:before="0" w:after="40"/>
        <w:jc w:val="both"/>
      </w:pPr>
      <w:r>
        <w:rPr>
          <w:rtl/>
        </w:rPr>
        <w:t>ה. ‪6,300 : 70 = 90‬</w:t>
      </w:r>
    </w:p>
    <w:p>
      <w:pPr>
        <w:bidi/>
        <w:spacing w:before="0" w:after="40"/>
        <w:jc w:val="both"/>
      </w:pPr>
      <w:r>
        <w:rPr>
          <w:rtl/>
        </w:rPr>
        <w:t>ו. ‪24,000 : 80 = 300‬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כפולות המחלק 23. היעזרו בהן כדי לחלק.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5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20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23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46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115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230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460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היעזרו בטבלה שלמעלה וחשבו.</w:t>
      </w:r>
    </w:p>
    <w:p>
      <w:pPr>
        <w:bidi/>
        <w:spacing w:before="0" w:after="40"/>
        <w:jc w:val="both"/>
      </w:pPr>
      <w:r>
        <w:rPr>
          <w:rtl/>
        </w:rPr>
        <w:t>א. ‪230 : 23 = 10‬</w:t>
      </w:r>
    </w:p>
    <w:p>
      <w:pPr>
        <w:bidi/>
        <w:spacing w:before="0" w:after="40"/>
        <w:jc w:val="both"/>
      </w:pPr>
      <w:r>
        <w:rPr>
          <w:rtl/>
        </w:rPr>
        <w:t>ב. ‪345 : 23 = 15‬</w:t>
      </w:r>
    </w:p>
    <w:p>
      <w:pPr>
        <w:bidi/>
        <w:spacing w:before="0" w:after="40"/>
        <w:jc w:val="both"/>
      </w:pPr>
      <w:r>
        <w:rPr>
          <w:rtl/>
        </w:rPr>
        <w:t>ג. ‪690 : 23 = 30‬</w:t>
      </w:r>
    </w:p>
    <w:p>
      <w:pPr>
        <w:bidi/>
        <w:spacing w:before="0" w:after="40"/>
        <w:jc w:val="both"/>
      </w:pPr>
      <w:r>
        <w:rPr>
          <w:rtl/>
        </w:rPr>
        <w:t>ד. ‪552 : 23 = 24‬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חשבו.</w:t>
      </w:r>
    </w:p>
    <w:p>
      <w:pPr>
        <w:bidi/>
        <w:spacing w:before="0" w:after="40"/>
        <w:jc w:val="both"/>
      </w:pPr>
      <w:r>
        <w:rPr>
          <w:rtl/>
        </w:rPr>
        <w:t>א. ‪336 : 14 = 24‬</w:t>
      </w:r>
    </w:p>
    <w:p>
      <w:pPr>
        <w:bidi/>
        <w:spacing w:before="0" w:after="40"/>
        <w:jc w:val="both"/>
      </w:pPr>
      <w:r>
        <w:rPr>
          <w:rtl/>
        </w:rPr>
        <w:t>ב. ‪675 : 25 = 27‬</w:t>
      </w:r>
    </w:p>
    <w:p>
      <w:pPr>
        <w:bidi/>
        <w:spacing w:before="0" w:after="40"/>
        <w:jc w:val="both"/>
      </w:pPr>
      <w:r>
        <w:rPr>
          <w:rtl/>
        </w:rPr>
        <w:t>ג. ‪912 : 38 = 24‬</w:t>
      </w:r>
    </w:p>
    <w:p>
      <w:pPr>
        <w:bidi/>
        <w:spacing w:before="0" w:after="40"/>
        <w:jc w:val="both"/>
      </w:pPr>
      <w:r>
        <w:rPr>
          <w:rtl/>
        </w:rPr>
        <w:t>ד. ‪1,428 : 42 = 34‬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‪600 : 15 = 40‬</w:t>
      </w:r>
    </w:p>
    <w:p>
      <w:pPr>
        <w:bidi/>
        <w:spacing w:before="0" w:after="40"/>
        <w:jc w:val="both"/>
      </w:pPr>
      <w:r>
        <w:rPr>
          <w:rtl/>
        </w:rPr>
        <w:t>ב. ‪1,200 : 40 = 30‬</w:t>
      </w:r>
    </w:p>
    <w:p>
      <w:pPr>
        <w:bidi/>
        <w:spacing w:before="0" w:after="40"/>
        <w:jc w:val="both"/>
      </w:pPr>
      <w:r>
        <w:rPr>
          <w:rtl/>
        </w:rPr>
        <w:t>ג. ‪800 : 32 = 25‬</w:t>
      </w:r>
    </w:p>
    <w:p>
      <w:pPr>
        <w:bidi/>
        <w:spacing w:before="0" w:after="40"/>
        <w:jc w:val="both"/>
      </w:pPr>
      <w:r>
        <w:rPr>
          <w:rtl/>
        </w:rPr>
        <w:t>ד. ‪2,100 : 30 =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חילוק את תרגיל הכפל שבודק אותו.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‪288 : 12 = 24‬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‪34 × 48 = 1,632‬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‪588 : 21 = 28‬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‪21 × 28 = 588‬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‪765 : 45 = 17‬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‪12 × 24 = 288‬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‪1,632 : 34 = 48‬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‪45 × 17 = 765‬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הספרה הראשונה במנה ואת מקומה.</w:t>
      </w:r>
    </w:p>
    <w:p>
      <w:pPr>
        <w:bidi/>
        <w:spacing w:before="0" w:after="20"/>
        <w:jc w:val="both"/>
      </w:pPr>
      <w:r>
        <w:rPr>
          <w:rtl/>
        </w:rPr>
        <w:t>א. ‪744 : 31‬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 עשרות</w:t>
      </w:r>
    </w:p>
    <w:p>
      <w:pPr>
        <w:bidi/>
        <w:spacing w:before="0" w:after="20"/>
        <w:jc w:val="both"/>
      </w:pPr>
      <w:r>
        <w:rPr>
          <w:rtl/>
        </w:rPr>
        <w:t>ב. ‪5,520 : 24‬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 מאות</w:t>
      </w:r>
    </w:p>
    <w:p>
      <w:pPr>
        <w:bidi/>
        <w:spacing w:before="0" w:after="20"/>
        <w:jc w:val="both"/>
      </w:pPr>
      <w:r>
        <w:rPr>
          <w:rtl/>
        </w:rPr>
        <w:t>ג. ‪962 : 37‬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 עשרות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חלקו בחילוק ארוך: ‪1,512 : 36‬ ו-‪4,160 : 52‬.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‪1,512 : 36: 151 : 36‬ → 4 (144), שארית 7, מורידים ‪2: 72 : 36 = 2‬. המנה 42. ‪4,160 : 52: 416 : 52 = 8‬ (416), מורידים ‪0: 0 : 52 = 0‬. המנה 80.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 איך חישבתם ‪3,500 : 70‬ בעל פה.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מחקתי אפס אחד מכל מספר: ‪350 : 7 = 50‬. כי ‪7 × 50 = 350‬.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‪6,000 : 30 = 20‬ – לא נכון – ‪6,000 : 30 = 200‬</w:t>
      </w:r>
    </w:p>
    <w:p>
      <w:pPr>
        <w:bidi/>
        <w:spacing w:before="0" w:after="40"/>
        <w:jc w:val="both"/>
      </w:pPr>
      <w:r>
        <w:rPr>
          <w:rtl/>
        </w:rPr>
        <w:t>ב. אם ‪25 × 36 = 900‬, אז ‪900 : 36 = 25‬. – נכון</w:t>
      </w:r>
    </w:p>
    <w:p>
      <w:pPr>
        <w:bidi/>
        <w:spacing w:before="0" w:after="40"/>
        <w:jc w:val="both"/>
      </w:pPr>
      <w:r>
        <w:rPr>
          <w:rtl/>
        </w:rPr>
        <w:t>ג. המנה של ‪780 : 12‬ גדולה מ-70. – לא נכון – ‪780 : 12 = 65‬, קטנה מ-70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מצאו מספר תלת-ספרתי שמתחלק ב-25 וגם ב-12, והמנה שלו ב-25 היא מספר זוגי.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 ‪300: 300 : 25 = 12‬ (זוגי), ‪300 : 12 = 25‬. כל כפולה של 300 (או 600, 900) מתאימה.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לספריית בית הספר הגיעו 480 ספרים חדשים, והם חולקו שווה בשווה בין 12 כיתות. כמה ספרים קיבלה כל כיתה?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‪480 : 12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כיתה קיבלה 40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באולם האירועים 600 כיסאות, מסודרים בשורות של 25 כיסאות. כמה שורות של כיסאות יש באולם?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‪600 : 25 = 24‬ ; בדיקה: ‪24 × 25 = 600‬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באולם 24 שורות.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המאפייה אפתה 1,152 עוגיות וארזה אותן בקופסאות של 24 עוגיות. כמה קופסאות מלאות התקבלו?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‪1,152 : 24 = 48‬ ; בדיקה: ‪48 × 24 = 1,152‬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התקבלו 48 קופסאות.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ועד הכיתה קנה 36 כרטיסים להצגה ושילם 1,512 ₪. כמה עלה כרטיס אחד? כמה יעלו 50 כרטיסים כאלה?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‪1,512 : 36 = 42‬ ; ‪42 × 50 = 2,100‬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כרטיס אחד עלה 42 ₪, ו-50 כרטיסים יעלו 2,100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במפעל מילאו 3,780 בקבוקי מיץ. אורזים 12 בקבוקים בכל ארגז, ומעמיסים 15 ארגזים על כל משטח. כמה משטחים מלאים יהיו?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‪3,780 : 12 = 315‬ ; ‪315 : 15 = 21‬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21 משטחים מלאים.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יואב חוסך 45 ₪ בכל שבוע, ואחיו אליה חוסך 27 ₪ בכל שבוע. הם רוצים לקנות יחד אופניים ב-2,160 ₪. אחרי כמה שבועות יהיה להם מספיק כסף?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‪45 + 27 = 72‬ ; ‪2,160 : 72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אחרי 30 שבועות.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