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חילוק עם שארית ומשמעות השארית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חילוק עם שארית ומה עושים איתה בבעיות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5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החוקים</w:t>
      </w:r>
    </w:p>
    <w:p>
      <w:pPr>
        <w:bidi/>
        <w:spacing w:before="0" w:after="20"/>
        <w:jc w:val="both"/>
      </w:pPr>
      <w:r>
        <w:rPr>
          <w:rtl/>
        </w:rPr>
        <w:t>1. השארית קטנה מהמחלק.</w:t>
      </w:r>
    </w:p>
    <w:p>
      <w:pPr>
        <w:bidi/>
        <w:spacing w:before="0" w:after="20"/>
        <w:jc w:val="both"/>
      </w:pPr>
      <w:r>
        <w:rPr>
          <w:rtl/>
        </w:rPr>
        <w:t>2. מחלק × מנה + שארית = מחולק.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‪317 : 25 = 12‬ (שארית 17), כי ‪25 × 12 + 17 = 317‬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משמעות השארית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השאלה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דוגמה: 130 עוגיות, 12 בקופסה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כמה קופסות צריך לכל העוגיות?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מעגלים למעלה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11 קופסות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כמה קופסות מלאות?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מוותרים על השארית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 קופסות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כמה עוגיות נשארו בחוץ?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השארית היא התשובה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 עוגיות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בדרך כלל</w:t>
      </w:r>
    </w:p>
    <w:p>
      <w:pPr>
        <w:bidi/>
        <w:spacing w:before="0" w:after="20"/>
        <w:jc w:val="both"/>
      </w:pPr>
      <w:r>
        <w:rPr>
          <w:rtl/>
        </w:rPr>
        <w:t>1. קוראים שוב את השאלה לפני שכותבים תשובה.</w:t>
      </w:r>
    </w:p>
    <w:p>
      <w:pPr>
        <w:bidi/>
        <w:spacing w:before="0" w:after="20"/>
        <w:jc w:val="both"/>
      </w:pPr>
      <w:r>
        <w:rPr>
          <w:rtl/>
        </w:rPr>
        <w:t>2. כותבים תשובה במילים.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השארית חייבת להיות קטנה מהמחלק. אם יצאה לכם שארית גדולה מהמחלק או שווה לו – המנה קטנה מדי, הוסיפו לה 1.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‪700 : 32 = ___‬</w:t>
      </w:r>
    </w:p>
    <w:p>
      <w:pPr>
        <w:bidi/>
        <w:spacing w:before="0" w:after="20"/>
        <w:jc w:val="both"/>
      </w:pPr>
      <w:r>
        <w:rPr>
          <w:rtl/>
        </w:rPr>
        <w:t>1. ‪70 : 32‬ → 2 (64), שארית 6.</w:t>
      </w:r>
    </w:p>
    <w:p>
      <w:pPr>
        <w:bidi/>
        <w:spacing w:before="0" w:after="20"/>
        <w:jc w:val="both"/>
      </w:pPr>
      <w:r>
        <w:rPr>
          <w:rtl/>
        </w:rPr>
        <w:t>2. מורידים ‪0: 60 : 32‬ → 1 (32), שארית 28.</w:t>
      </w:r>
    </w:p>
    <w:p>
      <w:pPr>
        <w:bidi/>
        <w:spacing w:before="0" w:after="20"/>
        <w:jc w:val="both"/>
      </w:pPr>
      <w:r>
        <w:rPr>
          <w:rtl/>
        </w:rPr>
        <w:t>3. בדיקה: ‪32 × 21 + 28 = 672 + 28 = 700‬.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21 (שארית 28)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השלימו את השארית:</w:t>
      </w:r>
    </w:p>
    <w:p>
      <w:pPr>
        <w:bidi/>
        <w:spacing w:before="0" w:after="60"/>
        <w:jc w:val="both"/>
      </w:pPr>
      <w:r>
        <w:rPr>
          <w:rtl/>
        </w:rPr>
        <w:t>א. ‪50 : 7 = 7‬ (שארית __________)</w:t>
      </w:r>
    </w:p>
    <w:p>
      <w:pPr>
        <w:bidi/>
        <w:spacing w:before="0" w:after="60"/>
        <w:jc w:val="both"/>
      </w:pPr>
      <w:r>
        <w:rPr>
          <w:rtl/>
        </w:rPr>
        <w:t>ב. ‪100 : 15 = 6‬ (שארית __________)</w:t>
      </w:r>
    </w:p>
    <w:p>
      <w:pPr>
        <w:bidi/>
        <w:spacing w:before="0" w:after="60"/>
        <w:jc w:val="both"/>
      </w:pPr>
      <w:r>
        <w:rPr>
          <w:rtl/>
        </w:rPr>
        <w:t>ג. ‪250 : 24 = 10‬ (שארית __________)</w:t>
      </w:r>
    </w:p>
    <w:p>
      <w:pPr>
        <w:bidi/>
        <w:spacing w:before="0" w:after="60"/>
        <w:jc w:val="both"/>
      </w:pPr>
      <w:r>
        <w:rPr>
          <w:rtl/>
        </w:rPr>
        <w:t>ד. ‪400 : 36 = 11‬ (שארית __________)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1 · ב. 10 · ג. 10 · ד. 4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