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חילוק עם שארית ומשמעות השארית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מחלקים כרגיל בחילוק ארוך, עד שנגמרות הספרות של המחולק.</w:t>
      </w:r>
    </w:p>
    <w:p>
      <w:pPr>
        <w:bidi/>
        <w:spacing w:before="0" w:after="20"/>
        <w:jc w:val="both"/>
      </w:pPr>
      <w:r>
        <w:rPr>
          <w:rtl/>
        </w:rPr>
        <w:t>2. מה שנשאר בסוף ואי אפשר לחלק אותו הוא השארית – והיא תמיד קטנה מהמחלק.</w:t>
      </w:r>
    </w:p>
    <w:p>
      <w:pPr>
        <w:bidi/>
        <w:spacing w:before="0" w:after="20"/>
        <w:jc w:val="both"/>
      </w:pPr>
      <w:r>
        <w:rPr>
          <w:rtl/>
        </w:rPr>
        <w:t>3. בודקים: מנה × מחלק + שארית = מחולק.</w:t>
      </w:r>
    </w:p>
    <w:p>
      <w:pPr>
        <w:bidi/>
        <w:spacing w:before="0" w:after="20"/>
        <w:jc w:val="both"/>
      </w:pPr>
      <w:r>
        <w:rPr>
          <w:rtl/>
        </w:rPr>
        <w:t>4. בבעיה מילולית מחליטים מה עושים עם השארית: מעגלים למעלה (צריך עוד אוטובוס), מוותרים עליה (סופרים רק קופסאות מלאות), או שהשארית היא התשובה עצמה.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‪850 : 24 = ?‬</w:t>
      </w:r>
    </w:p>
    <w:p>
      <w:pPr>
        <w:bidi/>
        <w:spacing w:before="0" w:after="20"/>
        <w:jc w:val="both"/>
      </w:pPr>
      <w:r>
        <w:rPr>
          <w:rtl/>
        </w:rPr>
        <w:t>1. ‪85 : 24‬ → 3, כי ‪3 × 24 = 72‬, ו-‪85 − 72 = 13‬</w:t>
      </w:r>
    </w:p>
    <w:p>
      <w:pPr>
        <w:bidi/>
        <w:spacing w:before="0" w:after="20"/>
        <w:jc w:val="both"/>
      </w:pPr>
      <w:r>
        <w:rPr>
          <w:rtl/>
        </w:rPr>
        <w:t>2. מורידים את הספרה 0 ומקבלים 130. ‪130 : 24‬ → 5, כי ‪5 × 24 = 120‬, ו-‪130 − 120 = 10‬</w:t>
      </w:r>
    </w:p>
    <w:p>
      <w:pPr>
        <w:bidi/>
        <w:spacing w:before="0" w:after="20"/>
        <w:jc w:val="both"/>
      </w:pPr>
      <w:r>
        <w:rPr>
          <w:rtl/>
        </w:rPr>
        <w:t>3. המנה 35 והשארית 10.</w:t>
      </w:r>
    </w:p>
    <w:p>
      <w:pPr>
        <w:bidi/>
        <w:spacing w:before="0" w:after="20"/>
        <w:jc w:val="both"/>
      </w:pPr>
      <w:r>
        <w:rPr>
          <w:rtl/>
        </w:rPr>
        <w:t>4. בדיקה: ‪35 × 24 + 10 = 850‬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35, שארית 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השלימו את השארית.</w:t>
      </w:r>
    </w:p>
    <w:p>
      <w:pPr>
        <w:bidi/>
        <w:spacing w:before="0" w:after="60"/>
        <w:jc w:val="both"/>
      </w:pPr>
      <w:r>
        <w:rPr>
          <w:rtl/>
        </w:rPr>
        <w:t>א. ‪29 : 4 = 7‬ (שארית __________)</w:t>
      </w:r>
    </w:p>
    <w:p>
      <w:pPr>
        <w:bidi/>
        <w:spacing w:before="0" w:after="60"/>
        <w:jc w:val="both"/>
      </w:pPr>
      <w:r>
        <w:rPr>
          <w:rtl/>
        </w:rPr>
        <w:t>ב. ‪47 : 6 = 7‬ (שארית __________)</w:t>
      </w:r>
    </w:p>
    <w:p>
      <w:pPr>
        <w:bidi/>
        <w:spacing w:before="0" w:after="60"/>
        <w:jc w:val="both"/>
      </w:pPr>
      <w:r>
        <w:rPr>
          <w:rtl/>
        </w:rPr>
        <w:t>ג. ‪83 : 9 = 9‬ (שארית __________)</w:t>
      </w:r>
    </w:p>
    <w:p>
      <w:pPr>
        <w:bidi/>
        <w:spacing w:before="0" w:after="60"/>
        <w:jc w:val="both"/>
      </w:pPr>
      <w:r>
        <w:rPr>
          <w:rtl/>
        </w:rPr>
        <w:t>ד. ‪65 : 8 = 8‬ (שארית __________)</w:t>
      </w:r>
    </w:p>
    <w:p>
      <w:pPr>
        <w:bidi/>
        <w:spacing w:before="0" w:after="60"/>
        <w:jc w:val="both"/>
      </w:pPr>
      <w:r>
        <w:rPr>
          <w:rtl/>
        </w:rPr>
        <w:t>ה. ‪100 : 11 = 9‬ (שארית __________)</w:t>
      </w:r>
    </w:p>
    <w:p>
      <w:pPr>
        <w:bidi/>
        <w:spacing w:before="0" w:after="60"/>
        <w:jc w:val="both"/>
      </w:pPr>
      <w:r>
        <w:rPr>
          <w:rtl/>
        </w:rPr>
        <w:t>ו. ‪58 : 7 = 8‬ (שארית __________)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את המנה ואת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‪95 :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‪150 : 16‬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‪214 : 25‬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‪389 : 40‬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 בחילוק ארוך את המנה ואת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‪500 : 18‬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‪763 : 34‬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‪1,250 : 46‬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‪2,000 : 75‬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המחולק.</w:t>
      </w:r>
    </w:p>
    <w:p>
      <w:pPr>
        <w:bidi/>
        <w:spacing w:before="0" w:after="60"/>
        <w:jc w:val="both"/>
      </w:pPr>
      <w:r>
        <w:rPr>
          <w:rtl/>
        </w:rPr>
        <w:t>א. ‪__________ : 12 = 9‬ (שארית 5)</w:t>
      </w:r>
    </w:p>
    <w:p>
      <w:pPr>
        <w:bidi/>
        <w:spacing w:before="0" w:after="60"/>
        <w:jc w:val="both"/>
      </w:pPr>
      <w:r>
        <w:rPr>
          <w:rtl/>
        </w:rPr>
        <w:t>ב. ‪__________ : 25 = 14‬ (שארית 3)</w:t>
      </w:r>
    </w:p>
    <w:p>
      <w:pPr>
        <w:bidi/>
        <w:spacing w:before="0" w:after="60"/>
        <w:jc w:val="both"/>
      </w:pPr>
      <w:r>
        <w:rPr>
          <w:rtl/>
        </w:rPr>
        <w:t>ג. ‪__________ : 30 = 20‬ (שארית 11)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‪78 : 9 = 7‬ (שארית 15)      נכון / לא נכון</w:t>
      </w:r>
    </w:p>
    <w:p>
      <w:pPr>
        <w:bidi/>
        <w:spacing w:before="0" w:after="60"/>
        <w:jc w:val="both"/>
      </w:pPr>
      <w:r>
        <w:rPr>
          <w:rtl/>
        </w:rPr>
        <w:t>ב. בחילוק ב-20 השארית יכולה להיות 19.      נכון / לא נכון</w:t>
      </w:r>
    </w:p>
    <w:p>
      <w:pPr>
        <w:bidi/>
        <w:spacing w:before="0" w:after="60"/>
        <w:jc w:val="both"/>
      </w:pPr>
      <w:r>
        <w:rPr>
          <w:rtl/>
        </w:rPr>
        <w:t>ג. בחילוק ב-20 השארית יכולה להיות 20.      נכון / לא נכון</w:t>
      </w:r>
    </w:p>
    <w:p>
      <w:pPr>
        <w:bidi/>
        <w:spacing w:before="0" w:after="60"/>
        <w:jc w:val="both"/>
      </w:pPr>
      <w:r>
        <w:rPr>
          <w:rtl/>
        </w:rPr>
        <w:t>ד. ‪120 : 13 = 9‬ (שארית 3)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מיינו את התרגילים לפי השארית.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‪31 : 5‬  |  ‪43 : 7‬  |  ‪26 : 4‬  |  ‪51 : 8‬  |  ‪44 : 6‬  |  ‪37 : 9‬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 1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 2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 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‪70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 (שארית 10)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‪70 :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 (שארית 10)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‪70 : 11‬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 (שארית 6)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‪70 : 12‬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 (שארית 4)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‪70 : 15‬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 (שארית 7)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קראו ובחרו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187 תלמידים נוסעים בהסעות של 40 מקומות. כמה הסעות צריך?</w:t>
      </w:r>
    </w:p>
    <w:p>
      <w:pPr>
        <w:bidi/>
        <w:spacing w:before="0" w:after="80"/>
        <w:jc w:val="both"/>
      </w:pPr>
      <w:r>
        <w:rPr>
          <w:rtl/>
        </w:rPr>
        <w:t xml:space="preserve">   ○ 4      ○ 5      ○ 27</w:t>
      </w:r>
    </w:p>
    <w:p>
      <w:pPr>
        <w:bidi/>
        <w:spacing w:before="0" w:after="20"/>
        <w:jc w:val="both"/>
      </w:pPr>
      <w:r>
        <w:rPr>
          <w:rtl/>
        </w:rPr>
        <w:t>ב. יש 187 שקלים, וכרטיס עולה 40 שקלים. כמה כרטיסים אפשר לקנות?</w:t>
      </w:r>
    </w:p>
    <w:p>
      <w:pPr>
        <w:bidi/>
        <w:spacing w:before="0" w:after="80"/>
        <w:jc w:val="both"/>
      </w:pPr>
      <w:r>
        <w:rPr>
          <w:rtl/>
        </w:rPr>
        <w:t xml:space="preserve">   ○ 4      ○ 5      ○ 27</w:t>
      </w:r>
    </w:p>
    <w:p>
      <w:pPr>
        <w:bidi/>
        <w:spacing w:before="0" w:after="20"/>
        <w:jc w:val="both"/>
      </w:pPr>
      <w:r>
        <w:rPr>
          <w:rtl/>
        </w:rPr>
        <w:t>ג. 187 מדבקות מחולקות שווה בשווה ל-40 ילדים. כמה מדבקות נשארות?</w:t>
      </w:r>
    </w:p>
    <w:p>
      <w:pPr>
        <w:bidi/>
        <w:spacing w:before="0" w:after="80"/>
        <w:jc w:val="both"/>
      </w:pPr>
      <w:r>
        <w:rPr>
          <w:rtl/>
        </w:rPr>
        <w:t xml:space="preserve">   ○ 4      ○ 7      ○ 27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חלקו בחילוק ארוך ובדקו: ‪1,000 : 27‬.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הסבירו: למה בחילוק ב-15 אי אפשר לקבל שארית 16?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מספר קטן מ-100. כשמחלקים אותו ב-12 השארית 7, וכשמחלקים אותו ב-10 השארית 3. מהו המספר?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בקופסה 100 עפרונות. אורזים אותם בחבילות של 12 עפרונות. כמה חבילות מלאות יהיו, וכמה עפרונות יישארו?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לסיור בעיר העתיקה בירושלים נרשמו 75 ילדים. בכל רכב 8 מקומות לילדים. כמה רכבים צריך כדי שכל הילדים ייסעו?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בלול בקיבוץ אספו בבוקר 500 ביצים. מסדרים אותן בתבניות של 30 ביצים. כמה תבניות מלאות יהיו, וכמה ביצים יישארו מחוץ לתבניות?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לבית הספר יש 1,000 ₪ לקניית כרטיסים למוזיאון. כרטיס עולה 45 ₪. כמה כרטיסים לכל היותר אפשר לקנות, וכמה כסף יישאר?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מבית הספר יוצאות לטיול 7 כיתות, ובכל כיתה 32 תלמידים. נוסעים באוטובוסים של 50 מקומות. כמה אוטובוסים צריך להזמין? כמה מקומות יישארו פנויים?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משה קנה למסיבת הכיתה 3 שקים, ובכל שק 144 סוכריות. הוא ממלא שקיות קטנות של 25 סוכריות. כמה שקיות מלאות יהיו לו, וכמה סוכריות יישארו?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חילוק עם שארית ומשמעות השארית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השלימו את השארית.</w:t>
      </w:r>
    </w:p>
    <w:p>
      <w:pPr>
        <w:bidi/>
        <w:spacing w:before="0" w:after="40"/>
        <w:jc w:val="both"/>
      </w:pPr>
      <w:r>
        <w:rPr>
          <w:rtl/>
        </w:rPr>
        <w:t>א. ‪29 : 4 = 7‬ (שארית 1)</w:t>
      </w:r>
    </w:p>
    <w:p>
      <w:pPr>
        <w:bidi/>
        <w:spacing w:before="0" w:after="40"/>
        <w:jc w:val="both"/>
      </w:pPr>
      <w:r>
        <w:rPr>
          <w:rtl/>
        </w:rPr>
        <w:t>ב. ‪47 : 6 = 7‬ (שארית 5)</w:t>
      </w:r>
    </w:p>
    <w:p>
      <w:pPr>
        <w:bidi/>
        <w:spacing w:before="0" w:after="40"/>
        <w:jc w:val="both"/>
      </w:pPr>
      <w:r>
        <w:rPr>
          <w:rtl/>
        </w:rPr>
        <w:t>ג. ‪83 : 9 = 9‬ (שארית 2)</w:t>
      </w:r>
    </w:p>
    <w:p>
      <w:pPr>
        <w:bidi/>
        <w:spacing w:before="0" w:after="40"/>
        <w:jc w:val="both"/>
      </w:pPr>
      <w:r>
        <w:rPr>
          <w:rtl/>
        </w:rPr>
        <w:t>ד. ‪65 : 8 = 8‬ (שארית 1)</w:t>
      </w:r>
    </w:p>
    <w:p>
      <w:pPr>
        <w:bidi/>
        <w:spacing w:before="0" w:after="40"/>
        <w:jc w:val="both"/>
      </w:pPr>
      <w:r>
        <w:rPr>
          <w:rtl/>
        </w:rPr>
        <w:t>ה. ‪100 : 11 = 9‬ (שארית 1)</w:t>
      </w:r>
    </w:p>
    <w:p>
      <w:pPr>
        <w:bidi/>
        <w:spacing w:before="0" w:after="40"/>
        <w:jc w:val="both"/>
      </w:pPr>
      <w:r>
        <w:rPr>
          <w:rtl/>
        </w:rPr>
        <w:t>ו. ‪58 : 7 = 8‬ (שארית 2)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את המנה ואת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‪95 :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‪150 : 16‬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‪214 : 25‬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‪389 : 40‬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 בחילוק ארוך את המנה ואת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‪500 : 18‬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‪763 : 34‬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‪1,250 : 46‬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‪2,000 : 75‬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המחולק.</w:t>
      </w:r>
    </w:p>
    <w:p>
      <w:pPr>
        <w:bidi/>
        <w:spacing w:before="0" w:after="40"/>
        <w:jc w:val="both"/>
      </w:pPr>
      <w:r>
        <w:rPr>
          <w:rtl/>
        </w:rPr>
        <w:t>א. ‪113 : 12 = 9‬ (שארית 5)</w:t>
      </w:r>
    </w:p>
    <w:p>
      <w:pPr>
        <w:bidi/>
        <w:spacing w:before="0" w:after="40"/>
        <w:jc w:val="both"/>
      </w:pPr>
      <w:r>
        <w:rPr>
          <w:rtl/>
        </w:rPr>
        <w:t>ב. ‪353 : 25 = 14‬ (שארית 3)</w:t>
      </w:r>
    </w:p>
    <w:p>
      <w:pPr>
        <w:bidi/>
        <w:spacing w:before="0" w:after="40"/>
        <w:jc w:val="both"/>
      </w:pPr>
      <w:r>
        <w:rPr>
          <w:rtl/>
        </w:rPr>
        <w:t>ג. ‪611 : 30 = 20‬ (שארית 11)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‪78 : 9 = 7‬ (שארית 15) – לא נכון – השארית גדולה מהמחלק; ‪78 : 9 = 8‬ (שארית 6)</w:t>
      </w:r>
    </w:p>
    <w:p>
      <w:pPr>
        <w:bidi/>
        <w:spacing w:before="0" w:after="40"/>
        <w:jc w:val="both"/>
      </w:pPr>
      <w:r>
        <w:rPr>
          <w:rtl/>
        </w:rPr>
        <w:t>ב. בחילוק ב-20 השארית יכולה להיות 19. – נכון</w:t>
      </w:r>
    </w:p>
    <w:p>
      <w:pPr>
        <w:bidi/>
        <w:spacing w:before="0" w:after="40"/>
        <w:jc w:val="both"/>
      </w:pPr>
      <w:r>
        <w:rPr>
          <w:rtl/>
        </w:rPr>
        <w:t>ג. בחילוק ב-20 השארית יכולה להיות 20. – לא נכון – השארית קטנה מהמחלק, לכל היותר 19</w:t>
      </w:r>
    </w:p>
    <w:p>
      <w:pPr>
        <w:bidi/>
        <w:spacing w:before="0" w:after="40"/>
        <w:jc w:val="both"/>
      </w:pPr>
      <w:r>
        <w:rPr>
          <w:rtl/>
        </w:rPr>
        <w:t>ד. ‪120 : 13 = 9‬ (שארית 3)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מיינו את התרגילים לפי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 1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 2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 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 : 5‬, ‪43 : 7‬, ‪37 :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‪26 : 4‬, ‪44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‪51 : 8‬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‪70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5 (שארית 10)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‪70 :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4 (שארית 10)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‪70 : 11‬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8 (שארית 6)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‪70 : 12‬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6 (שארית 4)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‪70 : 15‬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7 (שארית 7)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קראו ובחרו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187 תלמידים נוסעים בהסעות של 40 מקומות. כמה הסעות צריך?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5</w:t>
      </w:r>
    </w:p>
    <w:p>
      <w:pPr>
        <w:bidi/>
        <w:spacing w:before="0" w:after="20"/>
        <w:jc w:val="both"/>
      </w:pPr>
      <w:r>
        <w:rPr>
          <w:rtl/>
        </w:rPr>
        <w:t>ב. יש 187 שקלים, וכרטיס עולה 40 שקלים. כמה כרטיסים אפשר לקנות?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</w:t>
      </w:r>
    </w:p>
    <w:p>
      <w:pPr>
        <w:bidi/>
        <w:spacing w:before="0" w:after="20"/>
        <w:jc w:val="both"/>
      </w:pPr>
      <w:r>
        <w:rPr>
          <w:rtl/>
        </w:rPr>
        <w:t>ג. 187 מדבקות מחולקות שווה בשווה ל-40 ילדים. כמה מדבקות נשארות?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27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חלקו בחילוק ארוך ובדקו: ‪1,000 : 27‬.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‪100 : 27‬ → 3 (81), שארית 19; מורידים ‪0: 190 : 27‬ → 7 (189), שארית 1. המנה 37, שארית 1. בדיקה: ‪27 × 37 + 1 = 999 + 1 = 1,000‬.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הסבירו: למה בחילוק ב-15 אי אפשר לקבל שארית 16?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 אם נשארו 16, אפשר לתת עוד 15 לכל קבוצה (עוד פעם אחת), ואז המנה גדלה ב-1 והשארית היא 1. השארית תמיד קטנה מהמחלק.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מספר קטן מ-100. כשמחלקים אותו ב-12 השארית 7, וכשמחלקים אותו ב-10 השארית 3. מהו המספר?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מספרים עם שארית 7 בחילוק ב-‪12: 19‬, 31, 43, 55, 67, 79, 91. רק 43 מסתיים ב-3. תשובה: 43.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בקופסה 100 עפרונות. אורזים אותם בחבילות של 12 עפרונות. כמה חבילות מלאות יהיו, וכמה עפרונות יישארו?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12 = 96‬ ; ‪100 − 96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8 חבילות מלאות, ויישארו 4 עפרונות.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לסיור בעיר העתיקה בירושלים נרשמו 75 ילדים. בכל רכב 8 מקומות לילדים. כמה רכבים צריך כדי שכל הילדים ייסעו?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× 8 = 72‬ ; ‪75 − 72 = 3‬ ; נשארו 3 ילדים, לכן צריך עוד רכב: ‪9 + 1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10 רכבים.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בלול בקיבוץ אספו בבוקר 500 ביצים. מסדרים אותן בתבניות של 30 ביצים. כמה תבניות מלאות יהיו, וכמה ביצים יישארו מחוץ לתבניות?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‪16 × 30 = 480‬ ; ‪500 − 480 = 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16 תבניות מלאות, ו-20 ביצים יישארו בחוץ.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לבית הספר יש 1,000 ₪ לקניית כרטיסים למוזיאון. כרטיס עולה 45 ₪. כמה כרטיסים לכל היותר אפשר לקנות, וכמה כסף יישאר?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‪22 × 45 = 990‬ ; ‪1,000 − 990 = 10‬ ; ‪23 × 45 = 1,035‬ – יותר מ-1,000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אפשר לקנות 22 כרטיסים, ויישארו 10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מבית הספר יוצאות לטיול 7 כיתות, ובכל כיתה 32 תלמידים. נוסעים באוטובוסים של 50 מקומות. כמה אוטובוסים צריך להזמין? כמה מקומות יישארו פנויים?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32 = 224‬ ; ‪4 × 50 = 200‬, ו-‪224 − 200 = 24‬ – לתלמידים האלה צריך עוד אוטובוס ; ‪4 + 1 = 5‬ ; ‪5 × 50 = 250‬, ו-‪250 − 224 = 26‬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5 אוטובוסים, ויישארו 26 מקומות פנויים.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משה קנה למסיבת הכיתה 3 שקים, ובכל שק 144 סוכריות. הוא ממלא שקיות קטנות של 25 סוכריות. כמה שקיות מלאות יהיו לו, וכמה סוכריות יישארו?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144 = 432‬ ; ‪17 × 25 = 425‬ ; ‪432 − 425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17 שקיות מלאות, ויישארו 7 סוכריות.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