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אומדן תוצאות של כפל וחילוק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מעגלים כל מספר למספר «עגול» שנוח לחשב איתו – לעשרות, למאות או לאלפים.</w:t>
      </w:r>
    </w:p>
    <w:p>
      <w:pPr>
        <w:bidi/>
        <w:spacing w:before="0" w:after="20"/>
        <w:jc w:val="both"/>
      </w:pPr>
      <w:r>
        <w:rPr>
          <w:rtl/>
        </w:rPr>
        <w:t>2. מחשבים את התרגיל עם המספרים המעוגלים, בעל פה.</w:t>
      </w:r>
    </w:p>
    <w:p>
      <w:pPr>
        <w:bidi/>
        <w:spacing w:before="0" w:after="20"/>
        <w:jc w:val="both"/>
      </w:pPr>
      <w:r>
        <w:rPr>
          <w:rtl/>
        </w:rPr>
        <w:t>3. משווים: אם התוצאה המדויקת רחוקה מאוד מהאומדן – כנראה יש טעות בחישוב.</w:t>
      </w:r>
    </w:p>
    <w:p>
      <w:pPr>
        <w:bidi/>
        <w:spacing w:before="0" w:after="20"/>
        <w:jc w:val="both"/>
      </w:pPr>
      <w:r>
        <w:rPr>
          <w:rtl/>
        </w:rPr>
        <w:t>4. בחילוק מעגלים כך שהמספרים יתחלקו בקלות, למשל ‪2,800 : 40‬ במקום ‪2,752 : 43‬.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בערך כמה זה ‪312 × 49‬?</w:t>
      </w:r>
    </w:p>
    <w:p>
      <w:pPr>
        <w:bidi/>
        <w:spacing w:before="0" w:after="20"/>
        <w:jc w:val="both"/>
      </w:pPr>
      <w:r>
        <w:rPr>
          <w:rtl/>
        </w:rPr>
        <w:t>1. מעגלים: ‪312 ≈ 300‬, ו-‪49 ≈ 50‬</w:t>
      </w:r>
    </w:p>
    <w:p>
      <w:pPr>
        <w:bidi/>
        <w:spacing w:before="0" w:after="20"/>
        <w:jc w:val="both"/>
      </w:pPr>
      <w:r>
        <w:rPr>
          <w:rtl/>
        </w:rPr>
        <w:t>2. ‪300 × 50 = 15,000‬</w:t>
      </w:r>
    </w:p>
    <w:p>
      <w:pPr>
        <w:bidi/>
        <w:spacing w:before="0" w:after="20"/>
        <w:jc w:val="both"/>
      </w:pPr>
      <w:r>
        <w:rPr>
          <w:rtl/>
        </w:rPr>
        <w:t>3. בדיקה במדויק: ‪312 × 49 = 15,288‬ – קרוב לאומדן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בערך 15,000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עגלו ועשו אומדן.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עיגול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אומדן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‪39 × 52‬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‪40 × 50‬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‪198 ×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‪312 × 29‬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‪5,890 : 30‬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‪6,000 : 30‬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בחרו את האומדן המתאים ביותר.</w:t>
      </w:r>
    </w:p>
    <w:p>
      <w:pPr>
        <w:bidi/>
        <w:spacing w:before="0" w:after="20"/>
        <w:jc w:val="both"/>
      </w:pPr>
      <w:r>
        <w:rPr>
          <w:rtl/>
        </w:rPr>
        <w:t>א. ‪47 × 61‬</w:t>
      </w:r>
    </w:p>
    <w:p>
      <w:pPr>
        <w:bidi/>
        <w:spacing w:before="0" w:after="80"/>
        <w:jc w:val="both"/>
      </w:pPr>
      <w:r>
        <w:rPr>
          <w:rtl/>
        </w:rPr>
        <w:t xml:space="preserve">   ○ 300      ○ 3,000      ○ 30,000</w:t>
      </w:r>
    </w:p>
    <w:p>
      <w:pPr>
        <w:bidi/>
        <w:spacing w:before="0" w:after="20"/>
        <w:jc w:val="both"/>
      </w:pPr>
      <w:r>
        <w:rPr>
          <w:rtl/>
        </w:rPr>
        <w:t>ב. ‪803 × 19‬</w:t>
      </w:r>
    </w:p>
    <w:p>
      <w:pPr>
        <w:bidi/>
        <w:spacing w:before="0" w:after="80"/>
        <w:jc w:val="both"/>
      </w:pPr>
      <w:r>
        <w:rPr>
          <w:rtl/>
        </w:rPr>
        <w:t xml:space="preserve">   ○ 1,600      ○ 16,000      ○ 160,000</w:t>
      </w:r>
    </w:p>
    <w:p>
      <w:pPr>
        <w:bidi/>
        <w:spacing w:before="0" w:after="20"/>
        <w:jc w:val="both"/>
      </w:pPr>
      <w:r>
        <w:rPr>
          <w:rtl/>
        </w:rPr>
        <w:t>ג. ‪7,150 : 68‬</w:t>
      </w:r>
    </w:p>
    <w:p>
      <w:pPr>
        <w:bidi/>
        <w:spacing w:before="0" w:after="80"/>
        <w:jc w:val="both"/>
      </w:pPr>
      <w:r>
        <w:rPr>
          <w:rtl/>
        </w:rPr>
        <w:t xml:space="preserve">   ○ 10      ○ 100      ○ 1,000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כתבו &gt; או &lt;, בלי לחשב את התוצאה המדויקת.</w:t>
      </w:r>
    </w:p>
    <w:p>
      <w:pPr>
        <w:bidi/>
        <w:spacing w:before="0" w:after="60"/>
        <w:jc w:val="both"/>
      </w:pPr>
      <w:r>
        <w:rPr>
          <w:rtl/>
        </w:rPr>
        <w:t>א. ‪49 × 20 __________ 1,000‬</w:t>
      </w:r>
    </w:p>
    <w:p>
      <w:pPr>
        <w:bidi/>
        <w:spacing w:before="0" w:after="60"/>
        <w:jc w:val="both"/>
      </w:pPr>
      <w:r>
        <w:rPr>
          <w:rtl/>
        </w:rPr>
        <w:t>ב. ‪301 × 5 __________ 1,500‬</w:t>
      </w:r>
    </w:p>
    <w:p>
      <w:pPr>
        <w:bidi/>
        <w:spacing w:before="0" w:after="60"/>
        <w:jc w:val="both"/>
      </w:pPr>
      <w:r>
        <w:rPr>
          <w:rtl/>
        </w:rPr>
        <w:t>ג. ‪2,100 : 70 __________ 2,100 : 60‬</w:t>
      </w:r>
    </w:p>
    <w:p>
      <w:pPr>
        <w:bidi/>
        <w:spacing w:before="0" w:after="60"/>
        <w:jc w:val="both"/>
      </w:pPr>
      <w:r>
        <w:rPr>
          <w:rtl/>
        </w:rPr>
        <w:t>ד. ‪812 : 4 __________ 200‬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ידוע: ‪420 : 14 = 30‬. השלימו בלי לחשב מחדש.</w:t>
      </w:r>
    </w:p>
    <w:p>
      <w:pPr>
        <w:bidi/>
        <w:spacing w:before="0" w:after="60"/>
        <w:jc w:val="both"/>
      </w:pPr>
      <w:r>
        <w:rPr>
          <w:rtl/>
        </w:rPr>
        <w:t>א. ‪840 : 14 = __________‬</w:t>
      </w:r>
    </w:p>
    <w:p>
      <w:pPr>
        <w:bidi/>
        <w:spacing w:before="0" w:after="60"/>
        <w:jc w:val="both"/>
      </w:pPr>
      <w:r>
        <w:rPr>
          <w:rtl/>
        </w:rPr>
        <w:t>ב. ‪420 : 28 = __________‬</w:t>
      </w:r>
    </w:p>
    <w:p>
      <w:pPr>
        <w:bidi/>
        <w:spacing w:before="0" w:after="60"/>
        <w:jc w:val="both"/>
      </w:pPr>
      <w:r>
        <w:rPr>
          <w:rtl/>
        </w:rPr>
        <w:t>ג. ‪840 : 28 = __________‬</w:t>
      </w:r>
    </w:p>
    <w:p>
      <w:pPr>
        <w:bidi/>
        <w:spacing w:before="0" w:after="60"/>
        <w:jc w:val="both"/>
      </w:pPr>
      <w:r>
        <w:rPr>
          <w:rtl/>
        </w:rPr>
        <w:t>ד. ‪4,200 : 14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ידוע: ‪36 × 25 = 900‬. השלימו.</w:t>
      </w:r>
    </w:p>
    <w:p>
      <w:pPr>
        <w:bidi/>
        <w:spacing w:before="0" w:after="60"/>
        <w:jc w:val="both"/>
      </w:pPr>
      <w:r>
        <w:rPr>
          <w:rtl/>
        </w:rPr>
        <w:t>א. ‪72 × 25 = __________‬</w:t>
      </w:r>
    </w:p>
    <w:p>
      <w:pPr>
        <w:bidi/>
        <w:spacing w:before="0" w:after="60"/>
        <w:jc w:val="both"/>
      </w:pPr>
      <w:r>
        <w:rPr>
          <w:rtl/>
        </w:rPr>
        <w:t>ב. ‪36 × 50 = __________‬</w:t>
      </w:r>
    </w:p>
    <w:p>
      <w:pPr>
        <w:bidi/>
        <w:spacing w:before="0" w:after="60"/>
        <w:jc w:val="both"/>
      </w:pPr>
      <w:r>
        <w:rPr>
          <w:rtl/>
        </w:rPr>
        <w:t>ג. ‪18 × 50 = __________‬</w:t>
      </w:r>
    </w:p>
    <w:p>
      <w:pPr>
        <w:bidi/>
        <w:spacing w:before="0" w:after="60"/>
        <w:jc w:val="both"/>
      </w:pPr>
      <w:r>
        <w:rPr>
          <w:rtl/>
        </w:rPr>
        <w:t>ד. ‪36 × 250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אם מגדילים את המחלק, המנה קטנה (כשהמחולק לא משתנה).      נכון / לא נכון</w:t>
      </w:r>
    </w:p>
    <w:p>
      <w:pPr>
        <w:bidi/>
        <w:spacing w:before="0" w:after="60"/>
        <w:jc w:val="both"/>
      </w:pPr>
      <w:r>
        <w:rPr>
          <w:rtl/>
        </w:rPr>
        <w:t>ב. האומדן של ‪596 × 4‬ הוא בערך 24,000.      נכון / לא נכון</w:t>
      </w:r>
    </w:p>
    <w:p>
      <w:pPr>
        <w:bidi/>
        <w:spacing w:before="0" w:after="60"/>
        <w:jc w:val="both"/>
      </w:pPr>
      <w:r>
        <w:rPr>
          <w:rtl/>
        </w:rPr>
        <w:t>ג. אם מכפילים פי 3 את המחולק ופי 3 את המחלק, המנה גדלה פי 3.      נכון / לא נכון</w:t>
      </w:r>
    </w:p>
    <w:p>
      <w:pPr>
        <w:bidi/>
        <w:spacing w:before="0" w:after="60"/>
        <w:jc w:val="both"/>
      </w:pPr>
      <w:r>
        <w:rPr>
          <w:rtl/>
        </w:rPr>
        <w:t>ד. ‪88 × 12‬ גדול מ-900.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 המדויקת. היעזרו באומדן.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‪29 × 31‬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‪51 × 49‬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2,499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‪102 × 98‬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140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‪9,940 : 71‬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899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‪2,958 : 29‬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9,996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מיינו בעזרת אומדן: האם התוצאה קטנה מ-1,000 או גדולה מ-1,000?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‪19 × 48‬  |  ‪31 × 35‬  |  ‪8 × 130‬  |  ‪4,200 : 5‬  |  ‪990 : 3‬  |  ‪27 × 41‬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מ-1,000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איתי חישב ‪48 × 52‬ וקיבל 24,960. בלי לחשב מדויק, הסבירו בעזרת אומדן למה התשובה לא הגיונית. מה התשובה הנכונה?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במאונך: ‪389 × 21‬. כתבו קודם אומדן ובדקו שהתוצאה קרובה אליו.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כתבו תרגיל כפל של שני מספרים דו-ספרתיים שהאומדן שלו (עיגול לעשרות) הוא 1,200, אבל התוצאה המדויקת קטנה מ-1,000.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בכל קופסה 48 מדבקות. בערך כמה מדבקות יש ב-21 קופסאות? עגלו לעשרות.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שולחן לכיתה עולה 395 ₪. בערך כמה יעלו 6 שולחנות כאלה?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ביום אחד עלו ברכבל במצדה 4,120 מטיילים, בקבוצות של 19 מטיילים בכל נסיעה. בערך כמה נסיעות עשה הרכבל?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לאורי 500 ₪. הוא רוצה לקנות 9 כרטיסים לפארק, כל כרטיס ב-48 ₪. בדקו באומדן אם הכסף מספיק, ואחר כך חשבו כמה עודף יקבל.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במפעל אורזים 312 קופסאות בכל יום, ובחודש יש 22 ימי עבודה. המנהל אמר: «בחודש נארוז יותר מ-6,000 קופסאות». בדקו באומדן ובחישוב מדויק אם הוא צודק.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לטיול השנתי יוצאות 6 כיתות, ובכל כיתה 31 תלמידים. בכל אוטובוס 52 מקומות. עשו אומדן, ואחר כך חשבו במדויק: כמה תלמידים יוצאים לטיול, וכמה אוטובוסים צריך?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אומדן תוצאות של כפל וחילוק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עגלו ועשו אומדן.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עיגול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אומדן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‪39 × 52‬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‪40 × 50‬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2,000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‪198 ×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‪200 ×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1,400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‪312 × 29‬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‪300 × 30‬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9,000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‪5,890 : 30‬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‪6,000 : 30‬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בחרו את האומדן המתאים ביותר.</w:t>
      </w:r>
    </w:p>
    <w:p>
      <w:pPr>
        <w:bidi/>
        <w:spacing w:before="0" w:after="20"/>
        <w:jc w:val="both"/>
      </w:pPr>
      <w:r>
        <w:rPr>
          <w:rtl/>
        </w:rPr>
        <w:t>א. ‪47 × 61‬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3,000</w:t>
      </w:r>
    </w:p>
    <w:p>
      <w:pPr>
        <w:bidi/>
        <w:spacing w:before="0" w:after="20"/>
        <w:jc w:val="both"/>
      </w:pPr>
      <w:r>
        <w:rPr>
          <w:rtl/>
        </w:rPr>
        <w:t>ב. ‪803 × 19‬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16,000</w:t>
      </w:r>
    </w:p>
    <w:p>
      <w:pPr>
        <w:bidi/>
        <w:spacing w:before="0" w:after="20"/>
        <w:jc w:val="both"/>
      </w:pPr>
      <w:r>
        <w:rPr>
          <w:rtl/>
        </w:rPr>
        <w:t>ג. ‪7,150 : 68‬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כתבו &gt; או &lt;, בלי לחשב את התוצאה המדויקת.</w:t>
      </w:r>
    </w:p>
    <w:p>
      <w:pPr>
        <w:bidi/>
        <w:spacing w:before="0" w:after="40"/>
        <w:jc w:val="both"/>
      </w:pPr>
      <w:r>
        <w:rPr>
          <w:rtl/>
        </w:rPr>
        <w:t>א. ‪49 × 20 &lt; 1,000‬</w:t>
      </w:r>
    </w:p>
    <w:p>
      <w:pPr>
        <w:bidi/>
        <w:spacing w:before="0" w:after="40"/>
        <w:jc w:val="both"/>
      </w:pPr>
      <w:r>
        <w:rPr>
          <w:rtl/>
        </w:rPr>
        <w:t>ב. ‪301 × 5 &gt; 1,500‬</w:t>
      </w:r>
    </w:p>
    <w:p>
      <w:pPr>
        <w:bidi/>
        <w:spacing w:before="0" w:after="40"/>
        <w:jc w:val="both"/>
      </w:pPr>
      <w:r>
        <w:rPr>
          <w:rtl/>
        </w:rPr>
        <w:t>ג. ‪2,100 : 70 &lt; 2,100 : 60‬</w:t>
      </w:r>
    </w:p>
    <w:p>
      <w:pPr>
        <w:bidi/>
        <w:spacing w:before="0" w:after="40"/>
        <w:jc w:val="both"/>
      </w:pPr>
      <w:r>
        <w:rPr>
          <w:rtl/>
        </w:rPr>
        <w:t>ד. ‪812 : 4 &gt; 200‬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ידוע: ‪420 : 14 = 30‬. השלימו בלי לחשב מחדש.</w:t>
      </w:r>
    </w:p>
    <w:p>
      <w:pPr>
        <w:bidi/>
        <w:spacing w:before="0" w:after="40"/>
        <w:jc w:val="both"/>
      </w:pPr>
      <w:r>
        <w:rPr>
          <w:rtl/>
        </w:rPr>
        <w:t>א. ‪840 : 14 = 60‬</w:t>
      </w:r>
    </w:p>
    <w:p>
      <w:pPr>
        <w:bidi/>
        <w:spacing w:before="0" w:after="40"/>
        <w:jc w:val="both"/>
      </w:pPr>
      <w:r>
        <w:rPr>
          <w:rtl/>
        </w:rPr>
        <w:t>ב. ‪420 : 28 = 15‬</w:t>
      </w:r>
    </w:p>
    <w:p>
      <w:pPr>
        <w:bidi/>
        <w:spacing w:before="0" w:after="40"/>
        <w:jc w:val="both"/>
      </w:pPr>
      <w:r>
        <w:rPr>
          <w:rtl/>
        </w:rPr>
        <w:t>ג. ‪840 : 28 = 30‬</w:t>
      </w:r>
    </w:p>
    <w:p>
      <w:pPr>
        <w:bidi/>
        <w:spacing w:before="0" w:after="40"/>
        <w:jc w:val="both"/>
      </w:pPr>
      <w:r>
        <w:rPr>
          <w:rtl/>
        </w:rPr>
        <w:t>ד. ‪4,200 : 14 = 300‬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ידוע: ‪36 × 25 = 900‬. השלימו.</w:t>
      </w:r>
    </w:p>
    <w:p>
      <w:pPr>
        <w:bidi/>
        <w:spacing w:before="0" w:after="40"/>
        <w:jc w:val="both"/>
      </w:pPr>
      <w:r>
        <w:rPr>
          <w:rtl/>
        </w:rPr>
        <w:t>א. ‪72 × 25 = 1,800‬</w:t>
      </w:r>
    </w:p>
    <w:p>
      <w:pPr>
        <w:bidi/>
        <w:spacing w:before="0" w:after="40"/>
        <w:jc w:val="both"/>
      </w:pPr>
      <w:r>
        <w:rPr>
          <w:rtl/>
        </w:rPr>
        <w:t>ב. ‪36 × 50 = 1,800‬</w:t>
      </w:r>
    </w:p>
    <w:p>
      <w:pPr>
        <w:bidi/>
        <w:spacing w:before="0" w:after="40"/>
        <w:jc w:val="both"/>
      </w:pPr>
      <w:r>
        <w:rPr>
          <w:rtl/>
        </w:rPr>
        <w:t>ג. ‪18 × 50 = 900‬</w:t>
      </w:r>
    </w:p>
    <w:p>
      <w:pPr>
        <w:bidi/>
        <w:spacing w:before="0" w:after="40"/>
        <w:jc w:val="both"/>
      </w:pPr>
      <w:r>
        <w:rPr>
          <w:rtl/>
        </w:rPr>
        <w:t>ד. ‪36 × 250 = 9,000‬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אם מגדילים את המחלק, המנה קטנה (כשהמחולק לא משתנה). – נכון</w:t>
      </w:r>
    </w:p>
    <w:p>
      <w:pPr>
        <w:bidi/>
        <w:spacing w:before="0" w:after="40"/>
        <w:jc w:val="both"/>
      </w:pPr>
      <w:r>
        <w:rPr>
          <w:rtl/>
        </w:rPr>
        <w:t>ב. האומדן של ‪596 × 4‬ הוא בערך 24,000. – לא נכון – בערך 2,400</w:t>
      </w:r>
    </w:p>
    <w:p>
      <w:pPr>
        <w:bidi/>
        <w:spacing w:before="0" w:after="40"/>
        <w:jc w:val="both"/>
      </w:pPr>
      <w:r>
        <w:rPr>
          <w:rtl/>
        </w:rPr>
        <w:t>ג. אם מכפילים פי 3 את המחולק ופי 3 את המחלק, המנה גדלה פי 3. – לא נכון – המנה לא משתנה</w:t>
      </w:r>
    </w:p>
    <w:p>
      <w:pPr>
        <w:bidi/>
        <w:spacing w:before="0" w:after="40"/>
        <w:jc w:val="both"/>
      </w:pPr>
      <w:r>
        <w:rPr>
          <w:rtl/>
        </w:rPr>
        <w:t>ד. ‪88 × 12‬ גדול מ-900.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 המדויקת. היעזרו באומדן.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‪29 × 31‬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102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‪51 × 49‬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2,499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‪102 × 98‬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140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‪9,940 : 71‬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899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‪2,958 : 29‬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9,996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מיינו בעזרת אומדן: האם התוצאה קטנה מ-1,000 או גדולה מ-1,000?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מ-1,000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‪19 × 48‬, ‪4,200 : 5‬, ‪990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 × 35‬, ‪8 × 130‬, ‪27 × 41‬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איתי חישב ‪48 × 52‬ וקיבל 24,960. בלי לחשב מדויק, הסבירו בעזרת אומדן למה התשובה לא הגיונית. מה התשובה הנכונה?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אומדן: ‪50 × 50 = 2,500‬, ו-24,960 גדול פי 10 בערך. התשובה הנכונה: 2,496.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במאונך: ‪389 × 21‬. כתבו קודם אומדן ובדקו שהתוצאה קרובה אליו.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אומדן: ‪400 × 20 = 8,000‬. ‪389 × 1 = 389‬; ‪389 × 20 = 7,780‬; ‪389 + 7,780 = 8,169‬ – קרוב לאומדן.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כתבו תרגיל כפל של שני מספרים דו-ספרתיים שהאומדן שלו (עיגול לעשרות) הוא 1,200, אבל התוצאה המדויקת קטנה מ-1,000.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 ‪26 × 38‬: אומדן ‪30 × 40 = 1,200‬, מדויק 988. שני המספרים עוגלו כלפי מעלה, לכן האומדן גדול מהתוצאה.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בכל קופסה 48 מדבקות. בערך כמה מדבקות יש ב-21 קופסאות? עגלו לעשרות.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‪48 ≈ 50‬, ו-‪21 ≈ 20‬ ; ‪50 × 20 = 1,000‬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בערך 1,000 מדבקות.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שולחן לכיתה עולה 395 ₪. בערך כמה יעלו 6 שולחנות כאלה?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‪395 ≈ 400‬ ; ‪400 × 6 = 2,400‬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בערך 2,400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ביום אחד עלו ברכבל במצדה 4,120 מטיילים, בקבוצות של 19 מטיילים בכל נסיעה. בערך כמה נסיעות עשה הרכבל?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‪4,120 ≈ 4,000‬, ו-‪19 ≈ 20‬ ; ‪4,000 : 20 = 200‬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בערך 200 נסיעות.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לאורי 500 ₪. הוא רוצה לקנות 9 כרטיסים לפארק, כל כרטיס ב-48 ₪. בדקו באומדן אם הכסף מספיק, ואחר כך חשבו כמה עודף יקבל.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אומדן: ‪9 × 50 = 450‬ – פחות מ-500, לכן הכסף מספיק ; במדויק: ‪9 × 48 = 432‬ ; ‪500 − 432 = 68‬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הכסף מספיק (אומדן 450 ₪), ואורי יקבל 68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במפעל אורזים 312 קופסאות בכל יום, ובחודש יש 22 ימי עבודה. המנהל אמר: «בחודש נארוז יותר מ-6,000 קופסאות». בדקו באומדן ובחישוב מדויק אם הוא צודק.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אומדן: ‪300 × 20 = 6,000‬ – עיגלנו את שני המספרים כלפי מטה, לכן התוצאה האמיתית גדולה יותר ; במדויק: ‪312 × 22 = 6,864‬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המנהל צודק – האומדן 6,000, ובמדויק יארזו 6,864 קופסאות.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לטיול השנתי יוצאות 6 כיתות, ובכל כיתה 31 תלמידים. בכל אוטובוס 52 מקומות. עשו אומדן, ואחר כך חשבו במדויק: כמה תלמידים יוצאים לטיול, וכמה אוטובוסים צריך?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אומדן: ‪6 × 30 = 180‬ תלמידים, ו-‪180 : 50‬ בערך 4 אוטובוסים ; במדויק: ‪6 × 31 = 186‬ ; ‪3 × 52 = 156‬, ו-‪186 − 156 = 30‬ – לתלמידים האלה צריך עוד אוטובוס ; ‪3 + 1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יוצאים 186 תלמידים, וצריך 4 אוטובוסים.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