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חוקי החילוף, הקיבוץ והפילוג – חישוב נוח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חוקי הכפל לחישוב נוח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שלושה חוקים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החוק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אומר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החילוף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מחליפים סדר גורמים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45 = 45 × 6‬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הקיבוץ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בוחרים מה לכפול קודם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× 37 × 5 = 37 × 10‬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הפילוג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מפרקים גורם וכופלים כל חלק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× 52 = 8 × 50 + 8 × 2‬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זוגות נוחים</w:t>
      </w:r>
    </w:p>
    <w:p>
      <w:pPr>
        <w:bidi/>
        <w:spacing w:before="0" w:after="20"/>
        <w:jc w:val="both"/>
      </w:pPr>
      <w:r>
        <w:rPr>
          <w:rtl/>
        </w:rPr>
        <w:t>1. ‪2 × 5 = 10‬</w:t>
      </w:r>
    </w:p>
    <w:p>
      <w:pPr>
        <w:bidi/>
        <w:spacing w:before="0" w:after="20"/>
        <w:jc w:val="both"/>
      </w:pPr>
      <w:r>
        <w:rPr>
          <w:rtl/>
        </w:rPr>
        <w:t>2. ‪4 × 25 = 100‬</w:t>
      </w:r>
    </w:p>
    <w:p>
      <w:pPr>
        <w:bidi/>
        <w:spacing w:before="0" w:after="20"/>
        <w:jc w:val="both"/>
      </w:pPr>
      <w:r>
        <w:rPr>
          <w:rtl/>
        </w:rPr>
        <w:t>3. ‪8 × 125 = 1,000‬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פילוג גם בחילוק</w:t>
      </w:r>
    </w:p>
    <w:p>
      <w:pPr>
        <w:bidi/>
        <w:spacing w:before="0" w:after="20"/>
        <w:jc w:val="both"/>
      </w:pPr>
      <w:r>
        <w:rPr>
          <w:rtl/>
        </w:rPr>
        <w:t>1. מפרקים את המחולק לחלקים שמתחלקים בקלות.</w:t>
      </w:r>
    </w:p>
    <w:p>
      <w:pPr>
        <w:bidi/>
        <w:spacing w:before="0" w:after="20"/>
        <w:jc w:val="both"/>
      </w:pPr>
      <w:r>
        <w:rPr>
          <w:rtl/>
        </w:rPr>
        <w:t>2. בחילוק אין חוק חילוף!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‪848 : 8 = 800 : 8 + 48 : 8 = 100 + 6 = 106‬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חפשו «חברים נוחים»: 2 ו-5 נותנים 10, 4 ו-25 נותנים 100, 8 ו-125 נותנים 1,000.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‪125 × 23 × 8 = ___‬</w:t>
      </w:r>
    </w:p>
    <w:p>
      <w:pPr>
        <w:bidi/>
        <w:spacing w:before="0" w:after="20"/>
        <w:jc w:val="both"/>
      </w:pPr>
      <w:r>
        <w:rPr>
          <w:rtl/>
        </w:rPr>
        <w:t>1. חוק החילוף והקיבוץ: ‪23 × (125 × 8)‬.</w:t>
      </w:r>
    </w:p>
    <w:p>
      <w:pPr>
        <w:bidi/>
        <w:spacing w:before="0" w:after="20"/>
        <w:jc w:val="both"/>
      </w:pPr>
      <w:r>
        <w:rPr>
          <w:rtl/>
        </w:rPr>
        <w:t>2. ‪125 × 8 = 1,000‬.</w:t>
      </w:r>
    </w:p>
    <w:p>
      <w:pPr>
        <w:bidi/>
        <w:spacing w:before="0" w:after="20"/>
        <w:jc w:val="both"/>
      </w:pPr>
      <w:r>
        <w:rPr>
          <w:rtl/>
        </w:rPr>
        <w:t>3. ‪23 × 1,000 = 23,000‬.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23,000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חשבו בדרך נוחה:</w:t>
      </w:r>
    </w:p>
    <w:p>
      <w:pPr>
        <w:bidi/>
        <w:spacing w:before="0" w:after="60"/>
        <w:jc w:val="both"/>
      </w:pPr>
      <w:r>
        <w:rPr>
          <w:rtl/>
        </w:rPr>
        <w:t>א. ‪4 × 19 × 25 = __________‬</w:t>
      </w:r>
    </w:p>
    <w:p>
      <w:pPr>
        <w:bidi/>
        <w:spacing w:before="0" w:after="60"/>
        <w:jc w:val="both"/>
      </w:pPr>
      <w:r>
        <w:rPr>
          <w:rtl/>
        </w:rPr>
        <w:t>ב. ‪6 × 99 = 6 × 100 − 6 × 1 = __________‬</w:t>
      </w:r>
    </w:p>
    <w:p>
      <w:pPr>
        <w:bidi/>
        <w:spacing w:before="0" w:after="60"/>
        <w:jc w:val="both"/>
      </w:pPr>
      <w:r>
        <w:rPr>
          <w:rtl/>
        </w:rPr>
        <w:t>ג. ‪13 × 8 + 13 × 2 = 13 × __________‬</w:t>
      </w:r>
    </w:p>
    <w:p>
      <w:pPr>
        <w:bidi/>
        <w:spacing w:before="0" w:after="60"/>
        <w:jc w:val="both"/>
      </w:pPr>
      <w:r>
        <w:rPr>
          <w:rtl/>
        </w:rPr>
        <w:t>ד. ‪(500 + 75) : 25 = 20 +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1,900 · ב. 594 · ג. 10 · ד. 3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