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חוקי החילוף, הקיבוץ והפילוג – חישוב נוח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חוק החילוף: אפשר להחליף את סדר הגורמים, למשל ‪25 × 7 × 4 = 25 × 4 × 7‬.</w:t>
      </w:r>
    </w:p>
    <w:p>
      <w:pPr>
        <w:bidi/>
        <w:spacing w:before="0" w:after="20"/>
        <w:jc w:val="both"/>
      </w:pPr>
      <w:r>
        <w:rPr>
          <w:rtl/>
        </w:rPr>
        <w:t>2. חוק הקיבוץ: מקבצים יחד גורמים שנותנים מספר עגול, כמו ‪25 × 4 = 100‬ או ‪125 × 8 = 1,000‬.</w:t>
      </w:r>
    </w:p>
    <w:p>
      <w:pPr>
        <w:bidi/>
        <w:spacing w:before="0" w:after="20"/>
        <w:jc w:val="both"/>
      </w:pPr>
      <w:r>
        <w:rPr>
          <w:rtl/>
        </w:rPr>
        <w:t>3. חוק הפילוג: מפרקים מספר לסכום או להפרש נוח, למשל ‪6 × 19 = 6 × 20 − 6 × 1‬.</w:t>
      </w:r>
    </w:p>
    <w:p>
      <w:pPr>
        <w:bidi/>
        <w:spacing w:before="0" w:after="20"/>
        <w:jc w:val="both"/>
      </w:pPr>
      <w:r>
        <w:rPr>
          <w:rtl/>
        </w:rPr>
        <w:t>4. מחשבים כל חלק בעל פה, ואז מחברים או מחסרים.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 × 37 × 25 = ?‬</w:t>
      </w:r>
    </w:p>
    <w:p>
      <w:pPr>
        <w:bidi/>
        <w:spacing w:before="0" w:after="20"/>
        <w:jc w:val="both"/>
      </w:pPr>
      <w:r>
        <w:rPr>
          <w:rtl/>
        </w:rPr>
        <w:t>1. לפי חוק החילוף: ‪4 × 37 × 25 = 4 × 25 × 37‬</w:t>
      </w:r>
    </w:p>
    <w:p>
      <w:pPr>
        <w:bidi/>
        <w:spacing w:before="0" w:after="20"/>
        <w:jc w:val="both"/>
      </w:pPr>
      <w:r>
        <w:rPr>
          <w:rtl/>
        </w:rPr>
        <w:t>2. ‪4 × 25 = 100‬</w:t>
      </w:r>
    </w:p>
    <w:p>
      <w:pPr>
        <w:bidi/>
        <w:spacing w:before="0" w:after="20"/>
        <w:jc w:val="both"/>
      </w:pPr>
      <w:r>
        <w:rPr>
          <w:rtl/>
        </w:rPr>
        <w:t>3. ‪100 × 37 = 3,700‬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3,700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חוק הקיבוץ.</w:t>
      </w:r>
    </w:p>
    <w:p>
      <w:pPr>
        <w:bidi/>
        <w:spacing w:before="0" w:after="60"/>
        <w:jc w:val="both"/>
      </w:pPr>
      <w:r>
        <w:rPr>
          <w:rtl/>
        </w:rPr>
        <w:t>א. ‪2 × 43 × 5 = __________‬</w:t>
      </w:r>
    </w:p>
    <w:p>
      <w:pPr>
        <w:bidi/>
        <w:spacing w:before="0" w:after="60"/>
        <w:jc w:val="both"/>
      </w:pPr>
      <w:r>
        <w:rPr>
          <w:rtl/>
        </w:rPr>
        <w:t>ב. ‪25 × 16 × 4 = __________‬</w:t>
      </w:r>
    </w:p>
    <w:p>
      <w:pPr>
        <w:bidi/>
        <w:spacing w:before="0" w:after="60"/>
        <w:jc w:val="both"/>
      </w:pPr>
      <w:r>
        <w:rPr>
          <w:rtl/>
        </w:rPr>
        <w:t>ג. ‪5 × 7 × 20 = __________‬</w:t>
      </w:r>
    </w:p>
    <w:p>
      <w:pPr>
        <w:bidi/>
        <w:spacing w:before="0" w:after="60"/>
        <w:jc w:val="both"/>
      </w:pPr>
      <w:r>
        <w:rPr>
          <w:rtl/>
        </w:rPr>
        <w:t>ד. ‪4 × 9 × 25 = __________‬</w:t>
      </w:r>
    </w:p>
    <w:p>
      <w:pPr>
        <w:bidi/>
        <w:spacing w:before="0" w:after="60"/>
        <w:jc w:val="both"/>
      </w:pPr>
      <w:r>
        <w:rPr>
          <w:rtl/>
        </w:rPr>
        <w:t>ה. ‪125 × 6 ×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לפי חוק הפילוג.</w:t>
      </w:r>
    </w:p>
    <w:p>
      <w:pPr>
        <w:bidi/>
        <w:spacing w:before="0" w:after="60"/>
        <w:jc w:val="both"/>
      </w:pPr>
      <w:r>
        <w:rPr>
          <w:rtl/>
        </w:rPr>
        <w:t>א. ‪6 × 53 = 6 × 50 + 6 × __________‬</w:t>
      </w:r>
    </w:p>
    <w:p>
      <w:pPr>
        <w:bidi/>
        <w:spacing w:before="0" w:after="60"/>
        <w:jc w:val="both"/>
      </w:pPr>
      <w:r>
        <w:rPr>
          <w:rtl/>
        </w:rPr>
        <w:t>ב. ‪9 × 48 = 9 × 50 − 9 × __________‬</w:t>
      </w:r>
    </w:p>
    <w:p>
      <w:pPr>
        <w:bidi/>
        <w:spacing w:before="0" w:after="60"/>
        <w:jc w:val="both"/>
      </w:pPr>
      <w:r>
        <w:rPr>
          <w:rtl/>
        </w:rPr>
        <w:t>ג. ‪12 × 105 = 12 × 100 + __________ × 5‬</w:t>
      </w:r>
    </w:p>
    <w:p>
      <w:pPr>
        <w:bidi/>
        <w:spacing w:before="0" w:after="60"/>
        <w:jc w:val="both"/>
      </w:pPr>
      <w:r>
        <w:rPr>
          <w:rtl/>
        </w:rPr>
        <w:t>ד. ‪15 × 21 = __________ × 20 + 15 ×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בעזרת חוק הפילוג.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102‬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100 + 7 ×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99‬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× 46‬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את החוק שבו השתמשו.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‪14 × 9 = 9 × 14‬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חוק הקיבוץ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‪(3 × 25) × 4 = 3 × (25 × 4)‬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חוק החילוף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 × 27 = 6 × 20 + 6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פילוג בחילוק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‪(90 + 18) : 9 = 10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חוק הפילוג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‪36 : 4 = 4 : 36‬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‪5 × 64 × 2 = 640‬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‪8 × 47 = 8 × 40 + 7‬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‪(600 + 24) : 6 = 100 + 4‬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גורם משותף.</w:t>
      </w:r>
    </w:p>
    <w:p>
      <w:pPr>
        <w:bidi/>
        <w:spacing w:before="0" w:after="60"/>
        <w:jc w:val="both"/>
      </w:pPr>
      <w:r>
        <w:rPr>
          <w:rtl/>
        </w:rPr>
        <w:t>א. ‪17 × 6 + 17 × 4 = __________‬</w:t>
      </w:r>
    </w:p>
    <w:p>
      <w:pPr>
        <w:bidi/>
        <w:spacing w:before="0" w:after="60"/>
        <w:jc w:val="both"/>
      </w:pPr>
      <w:r>
        <w:rPr>
          <w:rtl/>
        </w:rPr>
        <w:t>ב. ‪45 × 8 + 55 × 8 = __________‬</w:t>
      </w:r>
    </w:p>
    <w:p>
      <w:pPr>
        <w:bidi/>
        <w:spacing w:before="0" w:after="60"/>
        <w:jc w:val="both"/>
      </w:pPr>
      <w:r>
        <w:rPr>
          <w:rtl/>
        </w:rPr>
        <w:t>ג. ‪23 × 12 − 13 × 12 = __________‬</w:t>
      </w:r>
    </w:p>
    <w:p>
      <w:pPr>
        <w:bidi/>
        <w:spacing w:before="0" w:after="60"/>
        <w:jc w:val="both"/>
      </w:pPr>
      <w:r>
        <w:rPr>
          <w:rtl/>
        </w:rPr>
        <w:t>ד. ‪99 × 7 + 1 ×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איזו דרך נוחה ביותר לחשב?</w:t>
      </w:r>
    </w:p>
    <w:p>
      <w:pPr>
        <w:bidi/>
        <w:spacing w:before="0" w:after="20"/>
        <w:jc w:val="both"/>
      </w:pPr>
      <w:r>
        <w:rPr>
          <w:rtl/>
        </w:rPr>
        <w:t>א. ‪25 × 38 × 4‬</w:t>
      </w:r>
    </w:p>
    <w:p>
      <w:pPr>
        <w:bidi/>
        <w:spacing w:before="0" w:after="80"/>
        <w:jc w:val="both"/>
      </w:pPr>
      <w:r>
        <w:rPr>
          <w:rtl/>
        </w:rPr>
        <w:t xml:space="preserve">   ○ ‪25 × 38‬ ואז × 4      ○ ‪25 × 4‬ ואז × 38      ○ ‪38 × 4‬ ואז × 25</w:t>
      </w:r>
    </w:p>
    <w:p>
      <w:pPr>
        <w:bidi/>
        <w:spacing w:before="0" w:after="20"/>
        <w:jc w:val="both"/>
      </w:pPr>
      <w:r>
        <w:rPr>
          <w:rtl/>
        </w:rPr>
        <w:t>ב. ‪9 × 199‬</w:t>
      </w:r>
    </w:p>
    <w:p>
      <w:pPr>
        <w:bidi/>
        <w:spacing w:before="0" w:after="80"/>
        <w:jc w:val="both"/>
      </w:pPr>
      <w:r>
        <w:rPr>
          <w:rtl/>
        </w:rPr>
        <w:t xml:space="preserve">   ○ ‪9 × 200 − 9‬      ○ ‪9 × 100 + 99‬      ○ ‪10 × 199 + 9‬</w:t>
      </w:r>
    </w:p>
    <w:p>
      <w:pPr>
        <w:bidi/>
        <w:spacing w:before="0" w:after="20"/>
        <w:jc w:val="both"/>
      </w:pPr>
      <w:r>
        <w:rPr>
          <w:rtl/>
        </w:rPr>
        <w:t>ג. ‪744 : 24‬</w:t>
      </w:r>
    </w:p>
    <w:p>
      <w:pPr>
        <w:bidi/>
        <w:spacing w:before="0" w:after="80"/>
        <w:jc w:val="both"/>
      </w:pPr>
      <w:r>
        <w:rPr>
          <w:rtl/>
        </w:rPr>
        <w:t xml:space="preserve">   ○ ‪700 : 24 + 44 : 24‬      ○ ‪720 : 24 + 24 : 24‬      ○ ‪744 : 20 + 744 :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חשבו בעזרת פילוג המחולק.</w:t>
      </w:r>
    </w:p>
    <w:p>
      <w:pPr>
        <w:bidi/>
        <w:spacing w:before="0" w:after="60"/>
        <w:jc w:val="both"/>
      </w:pPr>
      <w:r>
        <w:rPr>
          <w:rtl/>
        </w:rPr>
        <w:t>א. ‪426 : 6 = __________‬</w:t>
      </w:r>
    </w:p>
    <w:p>
      <w:pPr>
        <w:bidi/>
        <w:spacing w:before="0" w:after="60"/>
        <w:jc w:val="both"/>
      </w:pPr>
      <w:r>
        <w:rPr>
          <w:rtl/>
        </w:rPr>
        <w:t>ב. ‪936 : 9 = __________‬</w:t>
      </w:r>
    </w:p>
    <w:p>
      <w:pPr>
        <w:bidi/>
        <w:spacing w:before="0" w:after="60"/>
        <w:jc w:val="both"/>
      </w:pPr>
      <w:r>
        <w:rPr>
          <w:rtl/>
        </w:rPr>
        <w:t>ג. ‪1,284 : 4 = __________‬</w:t>
      </w:r>
    </w:p>
    <w:p>
      <w:pPr>
        <w:bidi/>
        <w:spacing w:before="0" w:after="60"/>
        <w:jc w:val="both"/>
      </w:pPr>
      <w:r>
        <w:rPr>
          <w:rtl/>
        </w:rPr>
        <w:t>ד. ‪756 : 12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 ‪125 × 32‬ בעל פה.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בשתי דרכים: במאונך, ובעזרת חוק הפילוג: ‪48 × 25‬.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חשבו בדרך הקצרה ביותר והסבירו: ‪37 × 125 × 16‬.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באולם התרבות 36 שורות, ובכל שורה 25 כיסאות. כמה כיסאות יש באולם? חשבו בדרך נוחה.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יואב קנה 6 חולצות, כל חולצה ב-19 ₪. כמה שילם? חשבו בעזרת חוק הפילוג.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איתי קנה 7 מחברות ב-8 ₪ כל אחת ו-7 עטים ב-2 ₪ כל אחד. כמה שילם בסך הכול? חשבו בעזרת גורם משותף.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בחנות לציוד משרדי 102 קופסאות, ובכל קופסה 15 עטים. כמה עטים יש בחנות? חשבו בדרך נוחה.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לשמחת בר המצווה של אליה הזמינו 8 מגשים של 125 עוגיות ו-8 מגשים של 75 ופלים. כמה עוגיות וופלים הוזמנו בסך הכול? חשבו בדרך הקצרה ביותר.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באולם הספורט 25 שורות, ובכל שורה 16 כיסאות. למשחק נמכרו כרטיסים לכל הכיסאות, כל כרטיס ב-12 ₪. כמה כסף התקבל? חשבו בעזרת חוקי הכפל.</w:t>
      </w:r>
    </w:p>
    <w:p>
      <w:pPr>
        <w:bidi/>
        <w:spacing w:before="0" w:after="20"/>
        <w:jc w:val="both"/>
      </w:pPr>
      <w:r>
        <w:rPr>
          <w:b/>
          <w:bCs/>
          <w:color w:val="6D28D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חוקי החילוף, הקיבוץ והפילוג – חישוב נוח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בעזרת חוק הקיבוץ.</w:t>
      </w:r>
    </w:p>
    <w:p>
      <w:pPr>
        <w:bidi/>
        <w:spacing w:before="0" w:after="40"/>
        <w:jc w:val="both"/>
      </w:pPr>
      <w:r>
        <w:rPr>
          <w:rtl/>
        </w:rPr>
        <w:t>א. ‪2 × 43 × 5 = 430‬</w:t>
      </w:r>
    </w:p>
    <w:p>
      <w:pPr>
        <w:bidi/>
        <w:spacing w:before="0" w:after="40"/>
        <w:jc w:val="both"/>
      </w:pPr>
      <w:r>
        <w:rPr>
          <w:rtl/>
        </w:rPr>
        <w:t>ב. ‪25 × 16 × 4 = 1,600‬</w:t>
      </w:r>
    </w:p>
    <w:p>
      <w:pPr>
        <w:bidi/>
        <w:spacing w:before="0" w:after="40"/>
        <w:jc w:val="both"/>
      </w:pPr>
      <w:r>
        <w:rPr>
          <w:rtl/>
        </w:rPr>
        <w:t>ג. ‪5 × 7 × 20 = 700‬</w:t>
      </w:r>
    </w:p>
    <w:p>
      <w:pPr>
        <w:bidi/>
        <w:spacing w:before="0" w:after="40"/>
        <w:jc w:val="both"/>
      </w:pPr>
      <w:r>
        <w:rPr>
          <w:rtl/>
        </w:rPr>
        <w:t>ד. ‪4 × 9 × 25 = 900‬</w:t>
      </w:r>
    </w:p>
    <w:p>
      <w:pPr>
        <w:bidi/>
        <w:spacing w:before="0" w:after="40"/>
        <w:jc w:val="both"/>
      </w:pPr>
      <w:r>
        <w:rPr>
          <w:rtl/>
        </w:rPr>
        <w:t>ה. ‪125 × 6 × 8 = 6,000‬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לפי חוק הפילוג.</w:t>
      </w:r>
    </w:p>
    <w:p>
      <w:pPr>
        <w:bidi/>
        <w:spacing w:before="0" w:after="40"/>
        <w:jc w:val="both"/>
      </w:pPr>
      <w:r>
        <w:rPr>
          <w:rtl/>
        </w:rPr>
        <w:t>א. ‪6 × 53 = 6 × 50 + 6 × 3‬</w:t>
      </w:r>
    </w:p>
    <w:p>
      <w:pPr>
        <w:bidi/>
        <w:spacing w:before="0" w:after="40"/>
        <w:jc w:val="both"/>
      </w:pPr>
      <w:r>
        <w:rPr>
          <w:rtl/>
        </w:rPr>
        <w:t>ב. ‪9 × 48 = 9 × 50 − 9 × 2‬</w:t>
      </w:r>
    </w:p>
    <w:p>
      <w:pPr>
        <w:bidi/>
        <w:spacing w:before="0" w:after="40"/>
        <w:jc w:val="both"/>
      </w:pPr>
      <w:r>
        <w:rPr>
          <w:rtl/>
        </w:rPr>
        <w:t>ג. ‪12 × 105 = 12 × 100 + 12 × 5‬</w:t>
      </w:r>
    </w:p>
    <w:p>
      <w:pPr>
        <w:bidi/>
        <w:spacing w:before="0" w:after="40"/>
        <w:jc w:val="both"/>
      </w:pPr>
      <w:r>
        <w:rPr>
          <w:rtl/>
        </w:rPr>
        <w:t>ד. ‪15 × 21 = 15 × 20 + 15 × 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חשבו בעזרת חוק הפילוג.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102‬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 × 100 + 7 ×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714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× 99‬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‪8 × 100 − 8 × 1‬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792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 × 315‬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 × 300 + 4 × 15‬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1,260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‪11 × 46‬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‪10 × 46 + 1 × 46‬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506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התאימו לכל תרגיל את החוק שבו השתמשו.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‪14 × 9 = 9 × 14‬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חוק הקיבוץ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‪(3 × 25) × 4 = 3 × (25 × 4)‬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חוק החילוף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 × 27 = 6 × 20 + 6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פילוג בחילוק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‪(90 + 18) : 9 = 10 + 2‬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חוק הפילוג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‪36 : 4 = 4 : 36‬ – לא נכון – בחילוק אין חוק חילוף; ‪36 : 4 = 9‬</w:t>
      </w:r>
    </w:p>
    <w:p>
      <w:pPr>
        <w:bidi/>
        <w:spacing w:before="0" w:after="40"/>
        <w:jc w:val="both"/>
      </w:pPr>
      <w:r>
        <w:rPr>
          <w:rtl/>
        </w:rPr>
        <w:t>ב. ‪5 × 64 × 2 = 640‬ – נכון</w:t>
      </w:r>
    </w:p>
    <w:p>
      <w:pPr>
        <w:bidi/>
        <w:spacing w:before="0" w:after="40"/>
        <w:jc w:val="both"/>
      </w:pPr>
      <w:r>
        <w:rPr>
          <w:rtl/>
        </w:rPr>
        <w:t>ג. ‪8 × 47 = 8 × 40 + 7‬ – לא נכון – ‪8 × 47 = 8 × 40 + 8 × 7 = 376‬</w:t>
      </w:r>
    </w:p>
    <w:p>
      <w:pPr>
        <w:bidi/>
        <w:spacing w:before="0" w:after="40"/>
        <w:jc w:val="both"/>
      </w:pPr>
      <w:r>
        <w:rPr>
          <w:rtl/>
        </w:rPr>
        <w:t>ד. ‪(600 + 24) : 6 = 100 + 4‬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גורם משותף.</w:t>
      </w:r>
    </w:p>
    <w:p>
      <w:pPr>
        <w:bidi/>
        <w:spacing w:before="0" w:after="40"/>
        <w:jc w:val="both"/>
      </w:pPr>
      <w:r>
        <w:rPr>
          <w:rtl/>
        </w:rPr>
        <w:t>א. ‪17 × 6 + 17 × 4 = 170‬</w:t>
      </w:r>
    </w:p>
    <w:p>
      <w:pPr>
        <w:bidi/>
        <w:spacing w:before="0" w:after="40"/>
        <w:jc w:val="both"/>
      </w:pPr>
      <w:r>
        <w:rPr>
          <w:rtl/>
        </w:rPr>
        <w:t>ב. ‪45 × 8 + 55 × 8 = 800‬</w:t>
      </w:r>
    </w:p>
    <w:p>
      <w:pPr>
        <w:bidi/>
        <w:spacing w:before="0" w:after="40"/>
        <w:jc w:val="both"/>
      </w:pPr>
      <w:r>
        <w:rPr>
          <w:rtl/>
        </w:rPr>
        <w:t>ג. ‪23 × 12 − 13 × 12 = 120‬</w:t>
      </w:r>
    </w:p>
    <w:p>
      <w:pPr>
        <w:bidi/>
        <w:spacing w:before="0" w:after="40"/>
        <w:jc w:val="both"/>
      </w:pPr>
      <w:r>
        <w:rPr>
          <w:rtl/>
        </w:rPr>
        <w:t>ד. ‪99 × 7 + 1 × 7 = 700‬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איזו דרך נוחה ביותר לחשב?</w:t>
      </w:r>
    </w:p>
    <w:p>
      <w:pPr>
        <w:bidi/>
        <w:spacing w:before="0" w:after="20"/>
        <w:jc w:val="both"/>
      </w:pPr>
      <w:r>
        <w:rPr>
          <w:rtl/>
        </w:rPr>
        <w:t>א. ‪25 × 38 ×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‪25 × 4‬ ואז × 38</w:t>
      </w:r>
    </w:p>
    <w:p>
      <w:pPr>
        <w:bidi/>
        <w:spacing w:before="0" w:after="20"/>
        <w:jc w:val="both"/>
      </w:pPr>
      <w:r>
        <w:rPr>
          <w:rtl/>
        </w:rPr>
        <w:t>ב. ‪9 × 199‬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‪9 × 200 − 9‬</w:t>
      </w:r>
    </w:p>
    <w:p>
      <w:pPr>
        <w:bidi/>
        <w:spacing w:before="0" w:after="20"/>
        <w:jc w:val="both"/>
      </w:pPr>
      <w:r>
        <w:rPr>
          <w:rtl/>
        </w:rPr>
        <w:t>ג. ‪744 : 24‬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‪720 : 24 + 24 : 24‬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חשבו בעזרת פילוג המחולק.</w:t>
      </w:r>
    </w:p>
    <w:p>
      <w:pPr>
        <w:bidi/>
        <w:spacing w:before="0" w:after="40"/>
        <w:jc w:val="both"/>
      </w:pPr>
      <w:r>
        <w:rPr>
          <w:rtl/>
        </w:rPr>
        <w:t>א. ‪426 : 6 = 71‬</w:t>
      </w:r>
    </w:p>
    <w:p>
      <w:pPr>
        <w:bidi/>
        <w:spacing w:before="0" w:after="40"/>
        <w:jc w:val="both"/>
      </w:pPr>
      <w:r>
        <w:rPr>
          <w:rtl/>
        </w:rPr>
        <w:t>ב. ‪936 : 9 = 104‬</w:t>
      </w:r>
    </w:p>
    <w:p>
      <w:pPr>
        <w:bidi/>
        <w:spacing w:before="0" w:after="40"/>
        <w:jc w:val="both"/>
      </w:pPr>
      <w:r>
        <w:rPr>
          <w:rtl/>
        </w:rPr>
        <w:t>ג. ‪1,284 : 4 = 321‬</w:t>
      </w:r>
    </w:p>
    <w:p>
      <w:pPr>
        <w:bidi/>
        <w:spacing w:before="0" w:after="40"/>
        <w:jc w:val="both"/>
      </w:pPr>
      <w:r>
        <w:rPr>
          <w:rtl/>
        </w:rPr>
        <w:t>ד. ‪756 : 12 = 63‬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הסבירו איך חישבתם ‪125 × 32‬ בעל פה.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 = 8 × 4‬, לכן ‪125 × 32 = (125 × 8) × 4 = 1,000 × 4 = 4,000‬.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בשתי דרכים: במאונך, ובעזרת חוק הפילוג: ‪48 × 25‬.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במאונך: ‪48 × 5 = 240‬, ‪48 × 20 = 960‬, יחד 1,200. פילוג: ‪50 × 25 − 2 × 25 = 1,250 − 50 = 1,200‬.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אתגר: חשבו בדרך הקצרה ביותר והסבירו: ‪37 × 125 × 16‬.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‪16 = 8 × 2: 37 × 2 × (125 × 8) = 74 × 1,000 = 74,000‬.</w:t>
      </w:r>
    </w:p>
    <w:p>
      <w:pPr>
        <w:bidi/>
        <w:spacing w:before="240" w:after="40"/>
        <w:jc w:val="both"/>
      </w:pPr>
      <w:r>
        <w:rPr>
          <w:rFonts w:ascii="Gisha" w:hAnsi="Gisha" w:cs="Gisha"/>
          <w:b/>
          <w:bCs/>
          <w:color w:val="6D28D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באולם התרבות 36 שורות, ובכל שורה 25 כיסאות. כמה כיסאות יש באולם? חשבו בדרך נוחה.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‪36 × 25 = 9 × 4 × 25‬ ; ‪4 × 25 = 100‬ ; ‪9 × 100 = 900‬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באולם 900 כיסאות.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יואב קנה 6 חולצות, כל חולצה ב-19 ₪. כמה שילם? חשבו בעזרת חוק הפילוג.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19 = 6 × 20 − 6 × 1‬ ; ‪6 × 20 = 120‬ ; ‪120 − 6 = 114‬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שילם 114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איתי קנה 7 מחברות ב-8 ₪ כל אחת ו-7 עטים ב-2 ₪ כל אחד. כמה שילם בסך הכול? חשבו בעזרת גורם משותף.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 × 8 + 7 × 2 = 7 × (8 + 2)‬ ; ‪8 + 2 = 10‬ ; ‪7 × 10 = 70‬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איתי שילם 70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בחנות לציוד משרדי 102 קופסאות, ובכל קופסה 15 עטים. כמה עטים יש בחנות? חשבו בדרך נוחה.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‪102 = 100 + 2‬ ; ‪100 × 15 = 1,500‬ ; ‪2 × 15 = 30‬ ; ‪1,500 + 30 = 1,530‬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בחנות 1,530 עטים.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לשמחת בר המצווה של אליה הזמינו 8 מגשים של 125 עוגיות ו-8 מגשים של 75 ופלים. כמה עוגיות וופלים הוזמנו בסך הכול? חשבו בדרך הקצרה ביותר.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125 + 8 × 75 = 8 × (125 + 75)‬ ; ‪125 + 75 = 200‬ ; ‪8 × 200 = 1,600‬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הוזמנו 1,600 עוגיות וופלים.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באולם הספורט 25 שורות, ובכל שורה 16 כיסאות. למשחק נמכרו כרטיסים לכל הכיסאות, כל כרטיס ב-12 ₪. כמה כסף התקבל? חשבו בעזרת חוקי הכפל.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‪16 = 4 × 4‬ ; ‪25 × 4 = 100‬ ; ‪4 × 12 = 48‬ ; ‪100 × 48 = 4,800‬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התקבלו 4,800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