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ה'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שבר כמנת חילוק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שבר כמנת חילוק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5_t0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השבר הוא חילוק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זה אומר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 : 4‬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 שלמים מחולקים ל-4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‪5 : 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2¹⁄₂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 שלמים מחולקים ל-2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: 10‬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0.9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9 מחולק ל-10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מחולק גדול מהמחלק</w:t>
      </w:r>
    </w:p>
    <w:p>
      <w:pPr>
        <w:bidi/>
        <w:spacing w:before="0" w:after="20"/>
        <w:jc w:val="both"/>
      </w:pPr>
      <w:r>
        <w:rPr>
          <w:rtl/>
        </w:rPr>
        <w:t>1. מחלקים ומוצאים מנה ושארית.</w:t>
      </w:r>
    </w:p>
    <w:p>
      <w:pPr>
        <w:bidi/>
        <w:spacing w:before="0" w:after="20"/>
        <w:jc w:val="both"/>
      </w:pPr>
      <w:r>
        <w:rPr>
          <w:rtl/>
        </w:rPr>
        <w:t>2. השלם = המנה.</w:t>
      </w:r>
    </w:p>
    <w:p>
      <w:pPr>
        <w:bidi/>
        <w:spacing w:before="0" w:after="20"/>
        <w:jc w:val="both"/>
      </w:pPr>
      <w:r>
        <w:rPr>
          <w:rtl/>
        </w:rPr>
        <w:t>3. השבר = השארית חלקי המחלק.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דוגמה: ‪11 : 3 = 3‬ (שארית ‪2) = 3‬²⁄₃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בבעיות</w:t>
      </w:r>
    </w:p>
    <w:p>
      <w:pPr>
        <w:bidi/>
        <w:spacing w:before="0" w:after="20"/>
        <w:jc w:val="both"/>
      </w:pPr>
      <w:r>
        <w:rPr>
          <w:rtl/>
        </w:rPr>
        <w:t>1. «מחלקים X שלמים בין Y» – כל אחד מקבל X/Y.</w:t>
      </w:r>
    </w:p>
    <w:p>
      <w:pPr>
        <w:bidi/>
        <w:spacing w:before="0" w:after="20"/>
        <w:jc w:val="both"/>
      </w:pPr>
      <w:r>
        <w:rPr>
          <w:rtl/>
        </w:rPr>
        <w:t>2. אם X מתחלק ב-Y – התשובה מספר שלם.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במספר מעורב: המנה השלמה היא השלם, השארית היא המונה, והמחלק הוא המכנה. ‪23 : 6 = 3‬ (שארית ‪5) = 3‬⁵⁄₆.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5 עוגות מחולקות שווה בשווה בין 3 ילדים. כמה מקבל כל ילד?</w:t>
      </w:r>
    </w:p>
    <w:p>
      <w:pPr>
        <w:bidi/>
        <w:spacing w:before="0" w:after="20"/>
        <w:jc w:val="both"/>
      </w:pPr>
      <w:r>
        <w:rPr>
          <w:rtl/>
        </w:rPr>
        <w:t>1. ‪5 : 3 = 1‬ (שארית 2).</w:t>
      </w:r>
    </w:p>
    <w:p>
      <w:pPr>
        <w:bidi/>
        <w:spacing w:before="0" w:after="20"/>
        <w:jc w:val="both"/>
      </w:pPr>
      <w:r>
        <w:rPr>
          <w:rtl/>
        </w:rPr>
        <w:t>2. השארית 2 מחולקת ל-3: ²⁄₃.</w:t>
      </w:r>
    </w:p>
    <w:p>
      <w:pPr>
        <w:bidi/>
        <w:spacing w:before="0" w:after="20"/>
        <w:jc w:val="both"/>
      </w:pPr>
      <w:r>
        <w:rPr>
          <w:rtl/>
        </w:rPr>
        <w:t>3. כל ילד מקבל 1²⁄₃ עוגה.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1²⁄₃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כתבו את המנה כשבר או כמספר מעורב:</w:t>
      </w:r>
    </w:p>
    <w:p>
      <w:pPr>
        <w:bidi/>
        <w:spacing w:before="0" w:after="60"/>
        <w:jc w:val="both"/>
      </w:pPr>
      <w:r>
        <w:rPr>
          <w:rtl/>
        </w:rPr>
        <w:t>א. ‪2 : 7 = __________‬</w:t>
      </w:r>
    </w:p>
    <w:p>
      <w:pPr>
        <w:bidi/>
        <w:spacing w:before="0" w:after="60"/>
        <w:jc w:val="both"/>
      </w:pPr>
      <w:r>
        <w:rPr>
          <w:rtl/>
        </w:rPr>
        <w:t>ב. ‪9 : 4 = __________‬</w:t>
      </w:r>
    </w:p>
    <w:p>
      <w:pPr>
        <w:bidi/>
        <w:spacing w:before="0" w:after="60"/>
        <w:jc w:val="both"/>
      </w:pPr>
      <w:r>
        <w:rPr>
          <w:rtl/>
        </w:rPr>
        <w:t>ג. ‪40 : 8 = __________‬</w:t>
      </w:r>
    </w:p>
    <w:p>
      <w:pPr>
        <w:bidi/>
        <w:spacing w:before="0" w:after="60"/>
        <w:jc w:val="both"/>
      </w:pPr>
      <w:r>
        <w:rPr>
          <w:rtl/>
        </w:rPr>
        <w:t>ד. ‪13 : 10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²⁄₇ · ב. 2¹⁄₄ · ג. 5 · ד. 1³⁄₁₀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