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שבר כמנת חילוק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כל תרגיל חילוק אפשר לכתוב כשבר: המחולק הוא המונה, והמחלק הוא המכנה. למשל ‪3 : 4‬ = ³⁄₄.</w:t>
      </w:r>
    </w:p>
    <w:p>
      <w:pPr>
        <w:bidi/>
        <w:spacing w:before="0" w:after="20"/>
        <w:jc w:val="both"/>
      </w:pPr>
      <w:r>
        <w:rPr>
          <w:rtl/>
        </w:rPr>
        <w:t>2. אם המונה קטן מהמכנה – המנה קטנה מ-1. אם המונה גדול מהמכנה – המנה גדולה מ-1, וכותבים אותה כמספר מעורב: כמה שלמים יש, ואיזה חלק נשאר.</w:t>
      </w:r>
    </w:p>
    <w:p>
      <w:pPr>
        <w:bidi/>
        <w:spacing w:before="0" w:after="20"/>
        <w:jc w:val="both"/>
      </w:pPr>
      <w:r>
        <w:rPr>
          <w:rtl/>
        </w:rPr>
        <w:t>3. בבעיה מילולית שואלים: מה מחלקים (המונה)? לכמה חלקים שווים (המכנה)?</w:t>
      </w:r>
    </w:p>
    <w:p>
      <w:pPr>
        <w:bidi/>
        <w:spacing w:before="0" w:after="20"/>
        <w:jc w:val="both"/>
      </w:pPr>
      <w:r>
        <w:rPr>
          <w:rtl/>
        </w:rPr>
        <w:t>4. בודקים בכפל: המנה × המכנה = המונה.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‪5 : 3 = ?‬</w:t>
      </w:r>
    </w:p>
    <w:p>
      <w:pPr>
        <w:bidi/>
        <w:spacing w:before="0" w:after="20"/>
        <w:jc w:val="both"/>
      </w:pPr>
      <w:r>
        <w:rPr>
          <w:rtl/>
        </w:rPr>
        <w:t>1. ‪5 : 3‬ = ⁵⁄₃</w:t>
      </w:r>
    </w:p>
    <w:p>
      <w:pPr>
        <w:bidi/>
        <w:spacing w:before="0" w:after="20"/>
        <w:jc w:val="both"/>
      </w:pPr>
      <w:r>
        <w:rPr>
          <w:rtl/>
        </w:rPr>
        <w:t>2. ‪3 × 1 = 3‬, ונשארו עוד 2 שלישים</w:t>
      </w:r>
    </w:p>
    <w:p>
      <w:pPr>
        <w:bidi/>
        <w:spacing w:before="0" w:after="20"/>
        <w:jc w:val="both"/>
      </w:pPr>
      <w:r>
        <w:rPr>
          <w:rtl/>
        </w:rPr>
        <w:t>3. ⁵⁄₃ = 1²⁄₃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1²⁄₃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כתבו את המנה כשבר.</w:t>
      </w:r>
    </w:p>
    <w:p>
      <w:pPr>
        <w:bidi/>
        <w:spacing w:before="0" w:after="60"/>
        <w:jc w:val="both"/>
      </w:pPr>
      <w:r>
        <w:rPr>
          <w:rtl/>
        </w:rPr>
        <w:t>א. ‪1 : 3 = __________‬</w:t>
      </w:r>
    </w:p>
    <w:p>
      <w:pPr>
        <w:bidi/>
        <w:spacing w:before="0" w:after="60"/>
        <w:jc w:val="both"/>
      </w:pPr>
      <w:r>
        <w:rPr>
          <w:rtl/>
        </w:rPr>
        <w:t>ב. ‪2 : 5 = __________‬</w:t>
      </w:r>
    </w:p>
    <w:p>
      <w:pPr>
        <w:bidi/>
        <w:spacing w:before="0" w:after="60"/>
        <w:jc w:val="both"/>
      </w:pPr>
      <w:r>
        <w:rPr>
          <w:rtl/>
        </w:rPr>
        <w:t>ג. ‪3 : 8 = __________‬</w:t>
      </w:r>
    </w:p>
    <w:p>
      <w:pPr>
        <w:bidi/>
        <w:spacing w:before="0" w:after="60"/>
        <w:jc w:val="both"/>
      </w:pPr>
      <w:r>
        <w:rPr>
          <w:rtl/>
        </w:rPr>
        <w:t>ד. ‪4 : 9 = __________‬</w:t>
      </w:r>
    </w:p>
    <w:p>
      <w:pPr>
        <w:bidi/>
        <w:spacing w:before="0" w:after="60"/>
        <w:jc w:val="both"/>
      </w:pPr>
      <w:r>
        <w:rPr>
          <w:rtl/>
        </w:rPr>
        <w:t>ה. ‪5 : 6 = __________‬</w:t>
      </w:r>
    </w:p>
    <w:p>
      <w:pPr>
        <w:bidi/>
        <w:spacing w:before="0" w:after="60"/>
        <w:jc w:val="both"/>
      </w:pPr>
      <w:r>
        <w:rPr>
          <w:rtl/>
        </w:rPr>
        <w:t>ו. ‪7 : 10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כתבו את השבר כתרגיל חילוק.</w:t>
      </w:r>
    </w:p>
    <w:p>
      <w:pPr>
        <w:bidi/>
        <w:spacing w:before="0" w:after="60"/>
        <w:jc w:val="both"/>
      </w:pPr>
      <w:r>
        <w:rPr>
          <w:rtl/>
        </w:rPr>
        <w:t>א. ³⁄₇ = ‪3 : __________‬</w:t>
      </w:r>
    </w:p>
    <w:p>
      <w:pPr>
        <w:bidi/>
        <w:spacing w:before="0" w:after="60"/>
        <w:jc w:val="both"/>
      </w:pPr>
      <w:r>
        <w:rPr>
          <w:rtl/>
        </w:rPr>
        <w:t>ב. ⁵⁄₁₂ = ‪__________ : 12‬</w:t>
      </w:r>
    </w:p>
    <w:p>
      <w:pPr>
        <w:bidi/>
        <w:spacing w:before="0" w:after="60"/>
        <w:jc w:val="both"/>
      </w:pPr>
      <w:r>
        <w:rPr>
          <w:rtl/>
        </w:rPr>
        <w:t>ג. ⁹⁄₄ = ‪9 : __________‬</w:t>
      </w:r>
    </w:p>
    <w:p>
      <w:pPr>
        <w:bidi/>
        <w:spacing w:before="0" w:after="60"/>
        <w:jc w:val="both"/>
      </w:pPr>
      <w:r>
        <w:rPr>
          <w:rtl/>
        </w:rPr>
        <w:t>ד. ²⁰⁄₅ = ‪20 : 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 מעורב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: 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‪11 : 4‬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‪16 : 3‬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‪29 : 6‬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התאימו לכל תרגיל חילוק את המנה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‪3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²⁄₉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‪4 :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‪9 :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³⁄₄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 :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1¹⁄₃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‪10 :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מיינו את התרגילים: האם המנה קטנה מ-1, שווה ל-1 או גדולה מ-1?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‪3 : 5‬  |  ‪8 : 8‬  |  ‪7 : 4‬  |  ‪1 : 9‬  |  ‪12 : 12‬  |  ‪15 : 7‬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מ-1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שווה ל-1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מ-1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‪5 : 8‬ = ⁸⁄₅      נכון / לא נכון</w:t>
      </w:r>
    </w:p>
    <w:p>
      <w:pPr>
        <w:bidi/>
        <w:spacing w:before="0" w:after="60"/>
        <w:jc w:val="both"/>
      </w:pPr>
      <w:r>
        <w:rPr>
          <w:rtl/>
        </w:rPr>
        <w:t>ב. כשהמונה קטן מהמכנה, השבר קטן מ-1.      נכון / לא נכון</w:t>
      </w:r>
    </w:p>
    <w:p>
      <w:pPr>
        <w:bidi/>
        <w:spacing w:before="0" w:after="60"/>
        <w:jc w:val="both"/>
      </w:pPr>
      <w:r>
        <w:rPr>
          <w:rtl/>
        </w:rPr>
        <w:t>ג. ‪19 : 5 = 3‬⁴⁄₅      נכון / לא נכון</w:t>
      </w:r>
    </w:p>
    <w:p>
      <w:pPr>
        <w:bidi/>
        <w:spacing w:before="0" w:after="60"/>
        <w:jc w:val="both"/>
      </w:pPr>
      <w:r>
        <w:rPr>
          <w:rtl/>
        </w:rPr>
        <w:t>ד. ‪6 : 10 = 0.6‬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כתבו כשבר עשרוני.</w:t>
      </w:r>
    </w:p>
    <w:p>
      <w:pPr>
        <w:bidi/>
        <w:spacing w:before="0" w:after="60"/>
        <w:jc w:val="both"/>
      </w:pPr>
      <w:r>
        <w:rPr>
          <w:rtl/>
        </w:rPr>
        <w:t>א. ‪3 : 10 = __________‬</w:t>
      </w:r>
    </w:p>
    <w:p>
      <w:pPr>
        <w:bidi/>
        <w:spacing w:before="0" w:after="60"/>
        <w:jc w:val="both"/>
      </w:pPr>
      <w:r>
        <w:rPr>
          <w:rtl/>
        </w:rPr>
        <w:t>ב. ‪9 : 100 = __________‬</w:t>
      </w:r>
    </w:p>
    <w:p>
      <w:pPr>
        <w:bidi/>
        <w:spacing w:before="0" w:after="60"/>
        <w:jc w:val="both"/>
      </w:pPr>
      <w:r>
        <w:rPr>
          <w:rtl/>
        </w:rPr>
        <w:t>ג. ‪25 : 100 = __________‬</w:t>
      </w:r>
    </w:p>
    <w:p>
      <w:pPr>
        <w:bidi/>
        <w:spacing w:before="0" w:after="60"/>
        <w:jc w:val="both"/>
      </w:pPr>
      <w:r>
        <w:rPr>
          <w:rtl/>
        </w:rPr>
        <w:t>ד. ‪13 : 10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קראו ובחרו.</w:t>
      </w:r>
    </w:p>
    <w:p>
      <w:pPr>
        <w:bidi/>
        <w:spacing w:before="0" w:after="20"/>
        <w:jc w:val="both"/>
      </w:pPr>
      <w:r>
        <w:rPr>
          <w:rtl/>
        </w:rPr>
        <w:t>א. 4 פיתות מחולקות שווה בשווה בין 5 ילדים. כל ילד מקבל:</w:t>
      </w:r>
    </w:p>
    <w:p>
      <w:pPr>
        <w:bidi/>
        <w:spacing w:before="0" w:after="80"/>
        <w:jc w:val="both"/>
      </w:pPr>
      <w:r>
        <w:rPr>
          <w:rtl/>
        </w:rPr>
        <w:t xml:space="preserve">   ○ ⁵⁄₄ פיתה      ○ ⁴⁄₅ פיתה      ○ ¹⁄₅ פיתה</w:t>
      </w:r>
    </w:p>
    <w:p>
      <w:pPr>
        <w:bidi/>
        <w:spacing w:before="0" w:after="20"/>
        <w:jc w:val="both"/>
      </w:pPr>
      <w:r>
        <w:rPr>
          <w:rtl/>
        </w:rPr>
        <w:t>ב. איזה שבר שווה ל-2?</w:t>
      </w:r>
    </w:p>
    <w:p>
      <w:pPr>
        <w:bidi/>
        <w:spacing w:before="0" w:after="80"/>
        <w:jc w:val="both"/>
      </w:pPr>
      <w:r>
        <w:rPr>
          <w:rtl/>
        </w:rPr>
        <w:t xml:space="preserve">   ○ ²⁄₄      ○ ⁴⁄₂      ○ ¹⁄₂</w:t>
      </w:r>
    </w:p>
    <w:p>
      <w:pPr>
        <w:bidi/>
        <w:spacing w:before="0" w:after="20"/>
        <w:jc w:val="both"/>
      </w:pPr>
      <w:r>
        <w:rPr>
          <w:rtl/>
        </w:rPr>
        <w:t>ג. ‪23 : 4 = ?‬</w:t>
      </w:r>
    </w:p>
    <w:p>
      <w:pPr>
        <w:bidi/>
        <w:spacing w:before="0" w:after="80"/>
        <w:jc w:val="both"/>
      </w:pPr>
      <w:r>
        <w:rPr>
          <w:rtl/>
        </w:rPr>
        <w:t xml:space="preserve">   ○ 5³⁄₄      ○ 4³⁄₄      ○ 5¹⁄₄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שרטטו 3 מלבנים שווים וחלקו אותם בין 4 ילדים. הסבירו כמה מקבל כל ילד.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כתבו את המנה כמספר מעורב.</w:t>
      </w:r>
    </w:p>
    <w:p>
      <w:pPr>
        <w:bidi/>
        <w:spacing w:before="0" w:after="60"/>
        <w:jc w:val="both"/>
      </w:pPr>
      <w:r>
        <w:rPr>
          <w:rtl/>
        </w:rPr>
        <w:t>א. ‪7 : 2 = __________‬</w:t>
      </w:r>
    </w:p>
    <w:p>
      <w:pPr>
        <w:bidi/>
        <w:spacing w:before="0" w:after="60"/>
        <w:jc w:val="both"/>
      </w:pPr>
      <w:r>
        <w:rPr>
          <w:rtl/>
        </w:rPr>
        <w:t>ב. ‪11 : 4 = __________‬</w:t>
      </w:r>
    </w:p>
    <w:p>
      <w:pPr>
        <w:bidi/>
        <w:spacing w:before="0" w:after="60"/>
        <w:jc w:val="both"/>
      </w:pPr>
      <w:r>
        <w:rPr>
          <w:rtl/>
        </w:rPr>
        <w:t>ג. ‪17 : 5 = __________‬</w:t>
      </w:r>
    </w:p>
    <w:p>
      <w:pPr>
        <w:bidi/>
        <w:spacing w:before="0" w:after="60"/>
        <w:jc w:val="both"/>
      </w:pPr>
      <w:r>
        <w:rPr>
          <w:rtl/>
        </w:rPr>
        <w:t>ד. ‪20 : 3 = __________‬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9F1239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3 פיצות חולקו שווה בשווה בין 4 ילדים. איזה חלק מפיצה קיבל כל ילד?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אורי ועידו קיבלו 5 חפיסות שוקולד וחילקו אותן שווה בשווה ביניהם. כמה שוקולד קיבל כל אחד?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חבל באורך 7 מטרים נחתך ל-4 חלקים שווים. מה אורכו של כל חלק?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ליום הספורט הכינו 11 ליטרים של לימונדה ומזגו אותם שווה בשווה ל-4 כדים. כמה ליטרים יש בכל כד? האם יש בכל כד יותר מ-3 ליטרים?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למסיבת הכיתה קנו 3 מגשי עוגה, ואחר כך עוד 2 מגשים. את כל העוגות חילקו שווה בשווה בין 8 שולחנות. איזה חלק ממגש קיבל כל שולחן?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בקיבוץ חילקו שווה בשווה בין 4 משפחות 3 ארגזי תפוחים ו-6 ארגזי אגסים. כמה ארגזים קיבלה כל משפחה בסך הכול?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שבר כמנת חילוק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כתבו את המנה כשבר.</w:t>
      </w:r>
    </w:p>
    <w:p>
      <w:pPr>
        <w:bidi/>
        <w:spacing w:before="0" w:after="40"/>
        <w:jc w:val="both"/>
      </w:pPr>
      <w:r>
        <w:rPr>
          <w:rtl/>
        </w:rPr>
        <w:t>א. ‪1 : 3‬ = ¹⁄₃</w:t>
      </w:r>
    </w:p>
    <w:p>
      <w:pPr>
        <w:bidi/>
        <w:spacing w:before="0" w:after="40"/>
        <w:jc w:val="both"/>
      </w:pPr>
      <w:r>
        <w:rPr>
          <w:rtl/>
        </w:rPr>
        <w:t>ב. ‪2 : 5‬ = ²⁄₅</w:t>
      </w:r>
    </w:p>
    <w:p>
      <w:pPr>
        <w:bidi/>
        <w:spacing w:before="0" w:after="40"/>
        <w:jc w:val="both"/>
      </w:pPr>
      <w:r>
        <w:rPr>
          <w:rtl/>
        </w:rPr>
        <w:t>ג. ‪3 : 8‬ = ³⁄₈</w:t>
      </w:r>
    </w:p>
    <w:p>
      <w:pPr>
        <w:bidi/>
        <w:spacing w:before="0" w:after="40"/>
        <w:jc w:val="both"/>
      </w:pPr>
      <w:r>
        <w:rPr>
          <w:rtl/>
        </w:rPr>
        <w:t>ד. ‪4 : 9‬ = ⁴⁄₉</w:t>
      </w:r>
    </w:p>
    <w:p>
      <w:pPr>
        <w:bidi/>
        <w:spacing w:before="0" w:after="40"/>
        <w:jc w:val="both"/>
      </w:pPr>
      <w:r>
        <w:rPr>
          <w:rtl/>
        </w:rPr>
        <w:t>ה. ‪5 : 6‬ = ⁵⁄₆</w:t>
      </w:r>
    </w:p>
    <w:p>
      <w:pPr>
        <w:bidi/>
        <w:spacing w:before="0" w:after="40"/>
        <w:jc w:val="both"/>
      </w:pPr>
      <w:r>
        <w:rPr>
          <w:rtl/>
        </w:rPr>
        <w:t>ו. ‪7 : 10‬ = ⁷⁄₁₀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כתבו את השבר כתרגיל חילוק.</w:t>
      </w:r>
    </w:p>
    <w:p>
      <w:pPr>
        <w:bidi/>
        <w:spacing w:before="0" w:after="40"/>
        <w:jc w:val="both"/>
      </w:pPr>
      <w:r>
        <w:rPr>
          <w:rtl/>
        </w:rPr>
        <w:t>א. ³⁄₇ = ‪3 : 7‬</w:t>
      </w:r>
    </w:p>
    <w:p>
      <w:pPr>
        <w:bidi/>
        <w:spacing w:before="0" w:after="40"/>
        <w:jc w:val="both"/>
      </w:pPr>
      <w:r>
        <w:rPr>
          <w:rtl/>
        </w:rPr>
        <w:t>ב. ⁵⁄₁₂ = ‪5 : 12‬</w:t>
      </w:r>
    </w:p>
    <w:p>
      <w:pPr>
        <w:bidi/>
        <w:spacing w:before="0" w:after="40"/>
        <w:jc w:val="both"/>
      </w:pPr>
      <w:r>
        <w:rPr>
          <w:rtl/>
        </w:rPr>
        <w:t>ג. ⁹⁄₄ = ‪9 : 4‬</w:t>
      </w:r>
    </w:p>
    <w:p>
      <w:pPr>
        <w:bidi/>
        <w:spacing w:before="0" w:after="40"/>
        <w:jc w:val="both"/>
      </w:pPr>
      <w:r>
        <w:rPr>
          <w:rtl/>
        </w:rPr>
        <w:t>ד. ²⁰⁄₅ = ‪20 : 5 = 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 מעורב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: 2‬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3¹⁄₂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‪11 : 4‬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2³⁄₄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‪16 : 3‬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5¹⁄₃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‪29 : 6‬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4⁵⁄₆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התאימו לכל תרגיל חילוק את המנה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‪3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²⁄₉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‪4 :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4¹⁄₂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‪9 :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³⁄₄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 :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1¹⁄₃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‪10 :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מיינו את התרגילים: האם המנה קטנה מ-1, שווה ל-1 או גדולה מ-1?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מ-1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שווה ל-1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מ-1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: 5‬, ‪1 : 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 : 8‬, ‪12 : 12‬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: 4‬, ‪15 : 7‬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‪5 : 8‬ = ⁸⁄₅ – לא נכון – ‪5 : 8‬ = ⁵⁄₈</w:t>
      </w:r>
    </w:p>
    <w:p>
      <w:pPr>
        <w:bidi/>
        <w:spacing w:before="0" w:after="40"/>
        <w:jc w:val="both"/>
      </w:pPr>
      <w:r>
        <w:rPr>
          <w:rtl/>
        </w:rPr>
        <w:t>ב. כשהמונה קטן מהמכנה, השבר קטן מ-1. – נכון</w:t>
      </w:r>
    </w:p>
    <w:p>
      <w:pPr>
        <w:bidi/>
        <w:spacing w:before="0" w:after="40"/>
        <w:jc w:val="both"/>
      </w:pPr>
      <w:r>
        <w:rPr>
          <w:rtl/>
        </w:rPr>
        <w:t>ג. ‪19 : 5 = 3‬⁴⁄₅ – נכון</w:t>
      </w:r>
    </w:p>
    <w:p>
      <w:pPr>
        <w:bidi/>
        <w:spacing w:before="0" w:after="40"/>
        <w:jc w:val="both"/>
      </w:pPr>
      <w:r>
        <w:rPr>
          <w:rtl/>
        </w:rPr>
        <w:t>ד. ‪6 : 10 = 0.6‬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כתבו כשבר עשרוני.</w:t>
      </w:r>
    </w:p>
    <w:p>
      <w:pPr>
        <w:bidi/>
        <w:spacing w:before="0" w:after="40"/>
        <w:jc w:val="both"/>
      </w:pPr>
      <w:r>
        <w:rPr>
          <w:rtl/>
        </w:rPr>
        <w:t>א. ‪3 : 10 = 0.3‬</w:t>
      </w:r>
    </w:p>
    <w:p>
      <w:pPr>
        <w:bidi/>
        <w:spacing w:before="0" w:after="40"/>
        <w:jc w:val="both"/>
      </w:pPr>
      <w:r>
        <w:rPr>
          <w:rtl/>
        </w:rPr>
        <w:t>ב. ‪9 : 100 = 0.09‬</w:t>
      </w:r>
    </w:p>
    <w:p>
      <w:pPr>
        <w:bidi/>
        <w:spacing w:before="0" w:after="40"/>
        <w:jc w:val="both"/>
      </w:pPr>
      <w:r>
        <w:rPr>
          <w:rtl/>
        </w:rPr>
        <w:t>ג. ‪25 : 100 = 0.25‬</w:t>
      </w:r>
    </w:p>
    <w:p>
      <w:pPr>
        <w:bidi/>
        <w:spacing w:before="0" w:after="40"/>
        <w:jc w:val="both"/>
      </w:pPr>
      <w:r>
        <w:rPr>
          <w:rtl/>
        </w:rPr>
        <w:t>ד. ‪13 : 10 = 1.3‬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קראו ובחרו.</w:t>
      </w:r>
    </w:p>
    <w:p>
      <w:pPr>
        <w:bidi/>
        <w:spacing w:before="0" w:after="20"/>
        <w:jc w:val="both"/>
      </w:pPr>
      <w:r>
        <w:rPr>
          <w:rtl/>
        </w:rPr>
        <w:t>א. 4 פיתות מחולקות שווה בשווה בין 5 ילדים. כל ילד מקבל: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⁴⁄₅ פיתה</w:t>
      </w:r>
    </w:p>
    <w:p>
      <w:pPr>
        <w:bidi/>
        <w:spacing w:before="0" w:after="20"/>
        <w:jc w:val="both"/>
      </w:pPr>
      <w:r>
        <w:rPr>
          <w:rtl/>
        </w:rPr>
        <w:t>ב. איזה שבר שווה ל-2?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⁴⁄₂</w:t>
      </w:r>
    </w:p>
    <w:p>
      <w:pPr>
        <w:bidi/>
        <w:spacing w:before="0" w:after="20"/>
        <w:jc w:val="both"/>
      </w:pPr>
      <w:r>
        <w:rPr>
          <w:rtl/>
        </w:rPr>
        <w:t>ג. ‪23 : 4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5³⁄₄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שרטטו 3 מלבנים שווים וחלקו אותם בין 4 ילדים. הסבירו כמה מקבל כל ילד.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מחלקים כל מלבן ל-4 חלקים שווים. יש 12 רבעים, וכל ילד מקבל 3 רבעים: ³⁄₄ מלבן.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כתבו את המנה כמספר מעורב.</w:t>
      </w:r>
    </w:p>
    <w:p>
      <w:pPr>
        <w:bidi/>
        <w:spacing w:before="0" w:after="40"/>
        <w:jc w:val="both"/>
      </w:pPr>
      <w:r>
        <w:rPr>
          <w:rtl/>
        </w:rPr>
        <w:t>א. ‪7 : 2 = 3‬¹⁄₂</w:t>
      </w:r>
    </w:p>
    <w:p>
      <w:pPr>
        <w:bidi/>
        <w:spacing w:before="0" w:after="40"/>
        <w:jc w:val="both"/>
      </w:pPr>
      <w:r>
        <w:rPr>
          <w:rtl/>
        </w:rPr>
        <w:t>ב. ‪11 : 4 = 2‬³⁄₄</w:t>
      </w:r>
    </w:p>
    <w:p>
      <w:pPr>
        <w:bidi/>
        <w:spacing w:before="0" w:after="40"/>
        <w:jc w:val="both"/>
      </w:pPr>
      <w:r>
        <w:rPr>
          <w:rtl/>
        </w:rPr>
        <w:t>ג. ‪17 : 5 = 3‬²⁄₅</w:t>
      </w:r>
    </w:p>
    <w:p>
      <w:pPr>
        <w:bidi/>
        <w:spacing w:before="0" w:after="40"/>
        <w:jc w:val="both"/>
      </w:pPr>
      <w:r>
        <w:rPr>
          <w:rtl/>
        </w:rPr>
        <w:t>ד. ‪20 : 3 = 6‬²⁄₃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9F1239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3 פיצות חולקו שווה בשווה בין 4 ילדים. איזה חלק מפיצה קיבל כל ילד?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: 4‬ = ³⁄₄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ילד קיבל ³⁄₄ פיצה.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אורי ועידו קיבלו 5 חפיסות שוקולד וחילקו אותן שווה בשווה ביניהם. כמה שוקולד קיבל כל אחד?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: 2‬ = ⁵⁄₂ ; ⁵⁄₂ = 2¹⁄₂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אחד קיבל 2¹⁄₂ חפיסות.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חבל באורך 7 מטרים נחתך ל-4 חלקים שווים. מה אורכו של כל חלק?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: 4‬ = ⁷⁄₄ ; ⁷⁄₄ = 1³⁄₄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אורך כל חלק 1³⁄₄ מטר.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ליום הספורט הכינו 11 ליטרים של לימונדה ומזגו אותם שווה בשווה ל-4 כדים. כמה ליטרים יש בכל כד? האם יש בכל כד יותר מ-3 ליטרים?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‪11 : 4‬ = ¹¹⁄₄ ; ¹¹⁄₄ = 2³⁄₄ ; 2³⁄₄ &lt; 3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כד 2³⁄₄ ליטרים – פחות מ-3 ליטרים.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למסיבת הכיתה קנו 3 מגשי עוגה, ואחר כך עוד 2 מגשים. את כל העוגות חילקו שווה בשווה בין 8 שולחנות. איזה חלק ממגש קיבל כל שולחן?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+ 2 = 5‬ ; ‪5 : 8‬ = ⁵⁄₈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שולחן קיבל ⁵⁄₈ מגש.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בקיבוץ חילקו שווה בשווה בין 4 משפחות 3 ארגזי תפוחים ו-6 ארגזי אגסים. כמה ארגזים קיבלה כל משפחה בסך הכול?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+ 6 = 9‬ ; ‪9 : 4‬ = ⁹⁄₄ ; ⁹⁄₄ = 2¹⁄₄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משפחה קיבלה 2¹⁄₄ ארגזים.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