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בעיות רב-שלביות בכפל ובחילוק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פתרון בעיות רב-שלביות בכפל ובחילוק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שלבי הפתרון</w:t>
      </w:r>
    </w:p>
    <w:p>
      <w:pPr>
        <w:bidi/>
        <w:spacing w:before="0" w:after="20"/>
        <w:jc w:val="both"/>
      </w:pPr>
      <w:r>
        <w:rPr>
          <w:rtl/>
        </w:rPr>
        <w:t>1. קוראים: מה ידוע? מה שואלים?</w:t>
      </w:r>
    </w:p>
    <w:p>
      <w:pPr>
        <w:bidi/>
        <w:spacing w:before="0" w:after="20"/>
        <w:jc w:val="both"/>
      </w:pPr>
      <w:r>
        <w:rPr>
          <w:rtl/>
        </w:rPr>
        <w:t>2. מתכננים: אילו פעולות ובאיזה סדר?</w:t>
      </w:r>
    </w:p>
    <w:p>
      <w:pPr>
        <w:bidi/>
        <w:spacing w:before="0" w:after="20"/>
        <w:jc w:val="both"/>
      </w:pPr>
      <w:r>
        <w:rPr>
          <w:rtl/>
        </w:rPr>
        <w:t>3. מחשבים כל שלב וכותבים מה מצאנו.</w:t>
      </w:r>
    </w:p>
    <w:p>
      <w:pPr>
        <w:bidi/>
        <w:spacing w:before="0" w:after="20"/>
        <w:jc w:val="both"/>
      </w:pPr>
      <w:r>
        <w:rPr>
          <w:rtl/>
        </w:rPr>
        <w:t>4. בודקים בעזרת אומדן וכותבים תשובה במילים.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סדר פעולות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כלל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קודם סוגריים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‪(20 + 4) × 5 = 120‬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וחילוק לפני חיבור וחיסור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+ 4 × 5 = 40‬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מילים שעוזרות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בשאלה כתוב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הפעולה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 כמה? / חלקו שווה בשווה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חילוק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יותר? / כמה פחות?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בכל אחד... כמה בסך הכול?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כתבו ליד כל שלב מה מצאתם במילים: «288 – כל העפרונות». כך לא מתבלבלים באיזה מספר להשתמש בשלב הבא.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18 שקיות, 15 כדורים בכל שקית. מוכרים חבילות של 6 כדורים ב-20 ש"ח. כמה כסף יקבלו?</w:t>
      </w:r>
    </w:p>
    <w:p>
      <w:pPr>
        <w:bidi/>
        <w:spacing w:before="0" w:after="20"/>
        <w:jc w:val="both"/>
      </w:pPr>
      <w:r>
        <w:rPr>
          <w:rtl/>
        </w:rPr>
        <w:t>1. כל הכדורים: ‪18 × 15 = 270‬.</w:t>
      </w:r>
    </w:p>
    <w:p>
      <w:pPr>
        <w:bidi/>
        <w:spacing w:before="0" w:after="20"/>
        <w:jc w:val="both"/>
      </w:pPr>
      <w:r>
        <w:rPr>
          <w:rtl/>
        </w:rPr>
        <w:t>2. מספר החבילות: ‪270 : 6 = 45‬.</w:t>
      </w:r>
    </w:p>
    <w:p>
      <w:pPr>
        <w:bidi/>
        <w:spacing w:before="0" w:after="20"/>
        <w:jc w:val="both"/>
      </w:pPr>
      <w:r>
        <w:rPr>
          <w:rtl/>
        </w:rPr>
        <w:t>3. הכסף: ‪45 × 20 = 900‬.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900 שקלים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חשבו לפי סדר הפעולות:</w:t>
      </w:r>
    </w:p>
    <w:p>
      <w:pPr>
        <w:bidi/>
        <w:spacing w:before="0" w:after="60"/>
        <w:jc w:val="both"/>
      </w:pPr>
      <w:r>
        <w:rPr>
          <w:rtl/>
        </w:rPr>
        <w:t>א. ‪(15 × 40) : 25 = __________‬</w:t>
      </w:r>
    </w:p>
    <w:p>
      <w:pPr>
        <w:bidi/>
        <w:spacing w:before="0" w:after="60"/>
        <w:jc w:val="both"/>
      </w:pPr>
      <w:r>
        <w:rPr>
          <w:rtl/>
        </w:rPr>
        <w:t>ב. ‪1,000 − 24 × 30 = __________‬</w:t>
      </w:r>
    </w:p>
    <w:p>
      <w:pPr>
        <w:bidi/>
        <w:spacing w:before="0" w:after="60"/>
        <w:jc w:val="both"/>
      </w:pPr>
      <w:r>
        <w:rPr>
          <w:rtl/>
        </w:rPr>
        <w:t>ג. ‪(360 + 240) : 12 = __________‬</w:t>
      </w:r>
    </w:p>
    <w:p>
      <w:pPr>
        <w:bidi/>
        <w:spacing w:before="0" w:after="60"/>
        <w:jc w:val="both"/>
      </w:pPr>
      <w:r>
        <w:rPr>
          <w:rtl/>
        </w:rPr>
        <w:t>ד. ‪50 + 600 : 20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24 · ב. 280 · ג. 50 · ד. 80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