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בעיות רב-שלביות בכפל ובחילוק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קוראים את הבעיה עד הסוף ומסמנים: מה ידוע ומה שואלים.</w:t>
      </w:r>
    </w:p>
    <w:p>
      <w:pPr>
        <w:bidi/>
        <w:spacing w:before="0" w:after="20"/>
        <w:jc w:val="both"/>
      </w:pPr>
      <w:r>
        <w:rPr>
          <w:rtl/>
        </w:rPr>
        <w:t>2. מתכננים: מה צריך לחשב קודם כדי שאפשר יהיה לענות על השאלה? כותבים את סדר הפעולות.</w:t>
      </w:r>
    </w:p>
    <w:p>
      <w:pPr>
        <w:bidi/>
        <w:spacing w:before="0" w:after="20"/>
        <w:jc w:val="both"/>
      </w:pPr>
      <w:r>
        <w:rPr>
          <w:rtl/>
        </w:rPr>
        <w:t>3. מחשבים שלב אחרי שלב, וכותבים ליד כל תוצאה מה היא אומרת (תלמידים, ₪, ארגזים).</w:t>
      </w:r>
    </w:p>
    <w:p>
      <w:pPr>
        <w:bidi/>
        <w:spacing w:before="0" w:after="20"/>
        <w:jc w:val="both"/>
      </w:pPr>
      <w:r>
        <w:rPr>
          <w:rtl/>
        </w:rPr>
        <w:t>4. בודקים בעזרת אומדן שהתשובה הגיונית, וכותבים תשובה במשפט מלא.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לטיול יצאו 5 כיתות, ובכל כיתה 28 תלמידים. נוסעים באוטובוסים של 35 מקומות, וכל האוטובוסים מלאים. כמה אוטובוסים צריך?</w:t>
      </w:r>
    </w:p>
    <w:p>
      <w:pPr>
        <w:bidi/>
        <w:spacing w:before="0" w:after="20"/>
        <w:jc w:val="both"/>
      </w:pPr>
      <w:r>
        <w:rPr>
          <w:rtl/>
        </w:rPr>
        <w:t>1. מה שואלים? כמה אוטובוסים. מה צריך לדעת קודם? כמה תלמידים יש.</w:t>
      </w:r>
    </w:p>
    <w:p>
      <w:pPr>
        <w:bidi/>
        <w:spacing w:before="0" w:after="20"/>
        <w:jc w:val="both"/>
      </w:pPr>
      <w:r>
        <w:rPr>
          <w:rtl/>
        </w:rPr>
        <w:t>2. ‪5 × 28 = 140‬ תלמידים</w:t>
      </w:r>
    </w:p>
    <w:p>
      <w:pPr>
        <w:bidi/>
        <w:spacing w:before="0" w:after="20"/>
        <w:jc w:val="both"/>
      </w:pPr>
      <w:r>
        <w:rPr>
          <w:rtl/>
        </w:rPr>
        <w:t>3. ‪140 : 35 = 4‬ אוטובוסים</w:t>
      </w:r>
    </w:p>
    <w:p>
      <w:pPr>
        <w:bidi/>
        <w:spacing w:before="0" w:after="20"/>
        <w:jc w:val="both"/>
      </w:pPr>
      <w:r>
        <w:rPr>
          <w:rtl/>
        </w:rPr>
        <w:t>4. בדיקה: ‪4 × 35 = 140‬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תשובה: צריך 4 אוטובוסים.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לפי סדר הפעולות.</w:t>
      </w:r>
    </w:p>
    <w:p>
      <w:pPr>
        <w:bidi/>
        <w:spacing w:before="0" w:after="60"/>
        <w:jc w:val="both"/>
      </w:pPr>
      <w:r>
        <w:rPr>
          <w:rtl/>
        </w:rPr>
        <w:t>א. ‪20 + 5 × 8 = __________‬</w:t>
      </w:r>
    </w:p>
    <w:p>
      <w:pPr>
        <w:bidi/>
        <w:spacing w:before="0" w:after="60"/>
        <w:jc w:val="both"/>
      </w:pPr>
      <w:r>
        <w:rPr>
          <w:rtl/>
        </w:rPr>
        <w:t>ב. ‪(20 + 5) × 8 = __________‬</w:t>
      </w:r>
    </w:p>
    <w:p>
      <w:pPr>
        <w:bidi/>
        <w:spacing w:before="0" w:after="60"/>
        <w:jc w:val="both"/>
      </w:pPr>
      <w:r>
        <w:rPr>
          <w:rtl/>
        </w:rPr>
        <w:t>ג. ‪90 − 60 : 3 = __________‬</w:t>
      </w:r>
    </w:p>
    <w:p>
      <w:pPr>
        <w:bidi/>
        <w:spacing w:before="0" w:after="60"/>
        <w:jc w:val="both"/>
      </w:pPr>
      <w:r>
        <w:rPr>
          <w:rtl/>
        </w:rPr>
        <w:t>ד. ‪(90 − 60) : 3 = __________‬</w:t>
      </w:r>
    </w:p>
    <w:p>
      <w:pPr>
        <w:bidi/>
        <w:spacing w:before="0" w:after="60"/>
        <w:jc w:val="both"/>
      </w:pPr>
      <w:r>
        <w:rPr>
          <w:rtl/>
        </w:rPr>
        <w:t>ה. ‪4 × 25 − 50 = __________‬</w:t>
      </w:r>
    </w:p>
    <w:p>
      <w:pPr>
        <w:bidi/>
        <w:spacing w:before="0" w:after="60"/>
        <w:jc w:val="both"/>
      </w:pPr>
      <w:r>
        <w:rPr>
          <w:rtl/>
        </w:rPr>
        <w:t>ו. ‪300 : (12 + 3)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הוסיפו סוגריים כך שהתרגיל יהיה נכון, והעתיקו אותו.</w:t>
      </w:r>
    </w:p>
    <w:p>
      <w:pPr>
        <w:bidi/>
        <w:spacing w:before="0" w:after="100"/>
        <w:jc w:val="both"/>
      </w:pPr>
      <w:r>
        <w:rPr>
          <w:rtl/>
        </w:rPr>
        <w:t>א. ‪6 × 4 + 6 = 60‬</w:t>
      </w:r>
    </w:p>
    <w:p>
      <w:pPr>
        <w:bidi/>
        <w:spacing w:before="0" w:after="100"/>
        <w:jc w:val="both"/>
      </w:pPr>
      <w:r>
        <w:rPr>
          <w:rtl/>
        </w:rPr>
        <w:t>ב. ‪48 : 6 + 2 = 6‬</w:t>
      </w:r>
    </w:p>
    <w:p>
      <w:pPr>
        <w:bidi/>
        <w:spacing w:before="0" w:after="100"/>
        <w:jc w:val="both"/>
      </w:pPr>
      <w:r>
        <w:rPr>
          <w:rtl/>
        </w:rPr>
        <w:t>ג. ‪100 − 20 × 3 = 240‬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התאימו לכל בעיה את התרגיל שפותר אותה.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5 קופסאות של 12 ביצים, משתמשים ב-20 ביצים. כמה נשארו?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‪5 × 12 − 20‬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5 ארגזים, 12 תפוחים בכל ארגז, מחלקים ל-20 ילדים. כמה לכל ילד?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‪5 × 12 + 20‬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ל-5 ילדים 12 מדבקות לכל אחד, ולמורה עוד 20. כמה בסך הכול?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‪(5 × 12) : 20‬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בחרו את התרגיל המתאים.</w:t>
      </w:r>
    </w:p>
    <w:p>
      <w:pPr>
        <w:bidi/>
        <w:spacing w:before="0" w:after="20"/>
        <w:jc w:val="both"/>
      </w:pPr>
      <w:r>
        <w:rPr>
          <w:rtl/>
        </w:rPr>
        <w:t>א. איתי קנה 3 חולצות ב-45 שקלים כל אחת ושילם בשטר של 200. כמה עודף קיבל?</w:t>
      </w:r>
    </w:p>
    <w:p>
      <w:pPr>
        <w:bidi/>
        <w:spacing w:before="0" w:after="80"/>
        <w:jc w:val="both"/>
      </w:pPr>
      <w:r>
        <w:rPr>
          <w:rtl/>
        </w:rPr>
        <w:t xml:space="preserve">   ○ ‪200 − 3 × 45‬      ○ ‪(200 − 3) × 45‬      ○ ‪200 : 3 − 45‬</w:t>
      </w:r>
    </w:p>
    <w:p>
      <w:pPr>
        <w:bidi/>
        <w:spacing w:before="0" w:after="20"/>
        <w:jc w:val="both"/>
      </w:pPr>
      <w:r>
        <w:rPr>
          <w:rtl/>
        </w:rPr>
        <w:t>ב. ב-6 כיתות 28 תלמידים בכל כיתה. מחלקים אותם ל-12 קבוצות שוות. כמה בכל קבוצה?</w:t>
      </w:r>
    </w:p>
    <w:p>
      <w:pPr>
        <w:bidi/>
        <w:spacing w:before="0" w:after="80"/>
        <w:jc w:val="both"/>
      </w:pPr>
      <w:r>
        <w:rPr>
          <w:rtl/>
        </w:rPr>
        <w:t xml:space="preserve">   ○ ‪6 × 28 × 12‬      ○ ‪(6 × 28) : 12‬      ○ ‪6 × (28 : 12)‬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‪10 + 10 × 10 = 200‬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‪(40 + 20) : 6 = 10‬      נכון / לא נכון</w:t>
      </w:r>
    </w:p>
    <w:p>
      <w:pPr>
        <w:bidi/>
        <w:spacing w:before="0" w:after="60"/>
        <w:jc w:val="both"/>
      </w:pPr>
      <w:r>
        <w:rPr>
          <w:rtl/>
        </w:rPr>
        <w:t>ג. «פי כמה» פותרים בחיסור.      נכון / לא נכון</w:t>
      </w:r>
    </w:p>
    <w:p>
      <w:pPr>
        <w:bidi/>
        <w:spacing w:before="0" w:after="60"/>
        <w:jc w:val="both"/>
      </w:pPr>
      <w:r>
        <w:rPr>
          <w:rtl/>
        </w:rPr>
        <w:t>ד. ‪800 : 4 : 2 = 100‬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כתבו בעיה מילולית שהפתרון שלה הוא התרגיל ‪(8 × 25) : 50‬, ופתרו אותה.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בחנות ספרים נמכרו בשבוע 156 ספרים ב-35 שקלים כל אחד. פתרו במאונך: כמה כסף התקבל?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למסיבה הזמינו 144 בקבוקי מים ארוזים בשישיות. כמה שישיות הזמינו? שישייה עולה 9 שקלים. כמה עלו כל הבקבוקים?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יריד הספרים</w:t>
      </w:r>
    </w:p>
    <w:p>
      <w:pPr>
        <w:bidi/>
        <w:spacing w:before="0" w:after="80"/>
        <w:jc w:val="both"/>
      </w:pPr>
      <w:r>
        <w:rPr>
          <w:rtl/>
        </w:rPr>
        <w:t>ביריד הספרים של בית הספר מכרו ספרים משומשים. תלמידי שכבה ה' הביאו 18 ארגזים, ובכל ארגז 36 ספרים.</w:t>
      </w:r>
    </w:p>
    <w:p>
      <w:pPr>
        <w:bidi/>
        <w:spacing w:before="0" w:after="80"/>
        <w:jc w:val="both"/>
      </w:pPr>
      <w:r>
        <w:rPr>
          <w:rtl/>
        </w:rPr>
        <w:t>ביום הראשון נמכרו 324 ספרים, וכל ספר נמכר ב-8 שקלים. את הספרים שנשארו סידרו ביום השני על שולחנות, 27 ספרים על כל שולחן.</w:t>
      </w:r>
    </w:p>
    <w:p>
      <w:pPr>
        <w:bidi/>
        <w:spacing w:before="0" w:after="80"/>
        <w:jc w:val="both"/>
      </w:pPr>
      <w:r>
        <w:rPr>
          <w:rtl/>
        </w:rPr>
        <w:t>את כל הכסף שנאסף ביום הראשון חילקו שווה בשווה בין 4 עמותות.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כמה ספרים הביאו התלמידים? כמה ספרים נשארו אחרי היום הראשון?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כמה שולחנות היו ביום השני? כמה כסף קיבלה כל עמותה?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פי כמה גדול מספר הספרים שהביאו מהמספר שהיה על שולחן אחד ביום השני?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כמה ספרים היו צריכים למכור ביום הראשון כדי שכל עמותה תקבל 1,000 שקלים?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בכיתה 4 שורות, ובכל שורה 8 שולחנות. ליד כל שולחן 2 כיסאות. כמה כיסאות יש בכיתה?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נועם קנה 3 מחברות, כל אחת ב-12 ₪, ועט אחד ב-9 ₪. כמה שילם בסך הכול?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לסיור בחיפה הגיעו 156 תלמידים ו-12 מורים. כולם התחלקו לקבוצות שוות של 14 אנשים. כמה קבוצות היו?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איתי חסך 35 ₪ בכל שבוע במשך 12 שבועות. אחר כך קנה משחק ב-249 ₪. כמה כסף נשאר לו?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ירקן בשוק מחנה יהודה קנה 18 ארגזים של עגבניות, ובכל ארגז 25 ק"ג. 30 ק"ג עגבניות היו פגומות וזרק אותן. את השאר ארז בשקיות של 4 ק"ג, ומכר כל שקית ב-7 ₪. כמה כסף קיבל על כל השקיות?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בית הספר הזמין לטיול 3 אוטובוסים של 50 מקומות, וכל אוטובוס עלה 1,250 ₪. כל המקומות התמלאו, וכל נוסע שילם אותו סכום. כמה שילם כל נוסע?</w:t>
      </w:r>
    </w:p>
    <w:p>
      <w:pPr>
        <w:bidi/>
        <w:spacing w:before="0" w:after="20"/>
        <w:jc w:val="both"/>
      </w:pPr>
      <w:r>
        <w:rPr>
          <w:b/>
          <w:bCs/>
          <w:color w:val="C2410C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בעיות רב-שלביות בכפל ובחילוק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 לפי סדר הפעולות.</w:t>
      </w:r>
    </w:p>
    <w:p>
      <w:pPr>
        <w:bidi/>
        <w:spacing w:before="0" w:after="40"/>
        <w:jc w:val="both"/>
      </w:pPr>
      <w:r>
        <w:rPr>
          <w:rtl/>
        </w:rPr>
        <w:t>א. ‪20 + 5 × 8 = 60‬</w:t>
      </w:r>
    </w:p>
    <w:p>
      <w:pPr>
        <w:bidi/>
        <w:spacing w:before="0" w:after="40"/>
        <w:jc w:val="both"/>
      </w:pPr>
      <w:r>
        <w:rPr>
          <w:rtl/>
        </w:rPr>
        <w:t>ב. ‪(20 + 5) × 8 = 200‬</w:t>
      </w:r>
    </w:p>
    <w:p>
      <w:pPr>
        <w:bidi/>
        <w:spacing w:before="0" w:after="40"/>
        <w:jc w:val="both"/>
      </w:pPr>
      <w:r>
        <w:rPr>
          <w:rtl/>
        </w:rPr>
        <w:t>ג. ‪90 − 60 : 3 = 70‬</w:t>
      </w:r>
    </w:p>
    <w:p>
      <w:pPr>
        <w:bidi/>
        <w:spacing w:before="0" w:after="40"/>
        <w:jc w:val="both"/>
      </w:pPr>
      <w:r>
        <w:rPr>
          <w:rtl/>
        </w:rPr>
        <w:t>ד. ‪(90 − 60) : 3 = 10‬</w:t>
      </w:r>
    </w:p>
    <w:p>
      <w:pPr>
        <w:bidi/>
        <w:spacing w:before="0" w:after="40"/>
        <w:jc w:val="both"/>
      </w:pPr>
      <w:r>
        <w:rPr>
          <w:rtl/>
        </w:rPr>
        <w:t>ה. ‪4 × 25 − 50 = 50‬</w:t>
      </w:r>
    </w:p>
    <w:p>
      <w:pPr>
        <w:bidi/>
        <w:spacing w:before="0" w:after="40"/>
        <w:jc w:val="both"/>
      </w:pPr>
      <w:r>
        <w:rPr>
          <w:rtl/>
        </w:rPr>
        <w:t>ו. ‪300 : (12 + 3) = 20‬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הוסיפו סוגריים כך שהתרגיל יהיה נכון, והעתיקו אותו.</w:t>
      </w:r>
    </w:p>
    <w:p>
      <w:pPr>
        <w:bidi/>
        <w:spacing w:before="0" w:after="100"/>
        <w:jc w:val="both"/>
      </w:pPr>
      <w:r>
        <w:rPr>
          <w:rtl/>
        </w:rPr>
        <w:t>א. ‪6 × 4 + 6 = 60‬  ← ‪6 × (4 + 6) = 60‬</w:t>
      </w:r>
    </w:p>
    <w:p>
      <w:pPr>
        <w:bidi/>
        <w:spacing w:before="0" w:after="100"/>
        <w:jc w:val="both"/>
      </w:pPr>
      <w:r>
        <w:rPr>
          <w:rtl/>
        </w:rPr>
        <w:t>ב. ‪48 : 6 + 2 = 6‬  ← ‪48 : (6 + 2) = 6‬</w:t>
      </w:r>
    </w:p>
    <w:p>
      <w:pPr>
        <w:bidi/>
        <w:spacing w:before="0" w:after="100"/>
        <w:jc w:val="both"/>
      </w:pPr>
      <w:r>
        <w:rPr>
          <w:rtl/>
        </w:rPr>
        <w:t>ג. ‪100 − 20 × 3 = 240‬  ← ‪(100 − 20) × 3 = 240‬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התאימו לכל בעיה את התרגיל שפותר אותה.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5 קופסאות של 12 ביצים, משתמשים ב-20 ביצים. כמה נשארו?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‪5 × 12 − 20‬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5 ארגזים, 12 תפוחים בכל ארגז, מחלקים ל-20 ילדים. כמה לכל ילד?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‪5 × 12 + 20‬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ל-5 ילדים 12 מדבקות לכל אחד, ולמורה עוד 20. כמה בסך הכול?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‪(5 × 12) : 20‬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בחרו את התרגיל המתאים.</w:t>
      </w:r>
    </w:p>
    <w:p>
      <w:pPr>
        <w:bidi/>
        <w:spacing w:before="0" w:after="20"/>
        <w:jc w:val="both"/>
      </w:pPr>
      <w:r>
        <w:rPr>
          <w:rtl/>
        </w:rPr>
        <w:t>א. איתי קנה 3 חולצות ב-45 שקלים כל אחת ושילם בשטר של 200. כמה עודף קיבל?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‪200 − 3 × 45‬</w:t>
      </w:r>
    </w:p>
    <w:p>
      <w:pPr>
        <w:bidi/>
        <w:spacing w:before="0" w:after="20"/>
        <w:jc w:val="both"/>
      </w:pPr>
      <w:r>
        <w:rPr>
          <w:rtl/>
        </w:rPr>
        <w:t>ב. ב-6 כיתות 28 תלמידים בכל כיתה. מחלקים אותם ל-12 קבוצות שוות. כמה בכל קבוצה?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‪(6 × 28) : 12‬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‪10 + 10 × 10 = 200‬ – לא נכון – ‪10 + 10 × 10 = 10 + 100 = 110‬</w:t>
      </w:r>
    </w:p>
    <w:p>
      <w:pPr>
        <w:bidi/>
        <w:spacing w:before="0" w:after="40"/>
        <w:jc w:val="both"/>
      </w:pPr>
      <w:r>
        <w:rPr>
          <w:rtl/>
        </w:rPr>
        <w:t>ב. ‪(40 + 20) : 6 = 10‬ – נכון</w:t>
      </w:r>
    </w:p>
    <w:p>
      <w:pPr>
        <w:bidi/>
        <w:spacing w:before="0" w:after="40"/>
        <w:jc w:val="both"/>
      </w:pPr>
      <w:r>
        <w:rPr>
          <w:rtl/>
        </w:rPr>
        <w:t>ג. «פי כמה» פותרים בחיסור. – לא נכון – פותרים בחילוק</w:t>
      </w:r>
    </w:p>
    <w:p>
      <w:pPr>
        <w:bidi/>
        <w:spacing w:before="0" w:after="40"/>
        <w:jc w:val="both"/>
      </w:pPr>
      <w:r>
        <w:rPr>
          <w:rtl/>
        </w:rPr>
        <w:t>ד. ‪800 : 4 : 2 = 100‬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כתבו בעיה מילולית שהפתרון שלה הוא התרגיל ‪(8 × 25) : 50‬, ופתרו אותה.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ב-8 קופסאות 25 עפרונות בכל אחת. אורזים אותם בחבילות של 50. כמה חבילות? ‪8 × 25 = 200‬; ‪200 : 50 = 4‬ חבילות.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בחנות ספרים נמכרו בשבוע 156 ספרים ב-35 שקלים כל אחד. פתרו במאונך: כמה כסף התקבל?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‪156 × 35: 156 × 5 = 780‬; ‪156 × 30 = 4,680‬; יחד 5,460. תשובה: 5,460 שקלים.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למסיבה הזמינו 144 בקבוקי מים ארוזים בשישיות. כמה שישיות הזמינו? שישייה עולה 9 שקלים. כמה עלו כל הבקבוקים?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‪144 : 6 = 24‬ שישיות; ‪24 × 9 = 216‬. תשובה: 216 שקלים.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כמה ספרים הביאו התלמידים? כמה ספרים נשארו אחרי היום הראשון?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‪18 × 36 = 648‬ ספרים; ‪648 − 324 = 324‬. תשובה: 648 ספרים; נשארו 324.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כמה שולחנות היו ביום השני? כמה כסף קיבלה כל עמותה?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‪324 : 27 = 12‬ שולחנות. ‪324 × 8 = 2,592‬ שקלים; ‪2,592 : 4 = 648‬. תשובה: 12 שולחנות; 648 שקלים לכל עמותה.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פי כמה גדול מספר הספרים שהביאו מהמספר שהיה על שולחן אחד ביום השני?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‪648 : 27 = 24‬. תשובה: פי 24.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כמה ספרים היו צריכים למכור ביום הראשון כדי שכל עמותה תקבל 1,000 שקלים?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כל העמותות: ‪4 × 1,000 = 4,000‬ שקלים; ‪4,000 : 8 = 500‬ ספרים. תשובה: 500 ספרים.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C2410C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בכיתה 4 שורות, ובכל שורה 8 שולחנות. ליד כל שולחן 2 כיסאות. כמה כיסאות יש בכיתה?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× 8 = 32‬ שולחנות ; ‪32 × 2 = 64‬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בכיתה 64 כיסאות.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נועם קנה 3 מחברות, כל אחת ב-12 ₪, ועט אחד ב-9 ₪. כמה שילם בסך הכול?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12 = 36‬ ; ‪36 + 9 = 45‬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נועם שילם 45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לסיור בחיפה הגיעו 156 תלמידים ו-12 מורים. כולם התחלקו לקבוצות שוות של 14 אנשים. כמה קבוצות היו?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‪156 + 12 = 168‬ ; ‪168 : 14 = 12‬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היו 12 קבוצות.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איתי חסך 35 ₪ בכל שבוע במשך 12 שבועות. אחר כך קנה משחק ב-249 ₪. כמה כסף נשאר לו?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‪35 × 12 = 420‬ ; ‪420 − 249 = 171‬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לאיתי נשארו 171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ירקן בשוק מחנה יהודה קנה 18 ארגזים של עגבניות, ובכל ארגז 25 ק"ג. 30 ק"ג עגבניות היו פגומות וזרק אותן. את השאר ארז בשקיות של 4 ק"ג, ומכר כל שקית ב-7 ₪. כמה כסף קיבל על כל השקיות?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‪18 × 25 = 450‬ ק"ג ; ‪450 − 30 = 420‬ ק"ג ; ‪420 : 4 = 105‬ שקיות ; ‪105 × 7 = 735‬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הירקן קיבל 735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בית הספר הזמין לטיול 3 אוטובוסים של 50 מקומות, וכל אוטובוס עלה 1,250 ₪. כל המקומות התמלאו, וכל נוסע שילם אותו סכום. כמה שילם כל נוסע?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1,250 = 3,750‬ ₪ ; ‪3 × 50 = 150‬ נוסעים ; ‪3,750 : 150 = 25‬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נוסע שילם 25 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