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047857"/>
          <w:sz w:val="36"/>
          <w:szCs w:val="36"/>
          <w:rtl/>
        </w:rPr>
        <w:t>חוברת עבודה</w:t>
      </w:r>
    </w:p>
    <w:p>
      <w:pPr>
        <w:bidi/>
        <w:spacing w:before="0" w:after="80"/>
        <w:jc w:val="center"/>
      </w:pPr>
      <w:r>
        <w:rPr>
          <w:rFonts w:ascii="Times New Roman" w:hAnsi="Times New Roman" w:cs="Times New Roman"/>
          <w:b/>
          <w:bCs/>
          <w:color w:val="047857"/>
          <w:sz w:val="88"/>
          <w:szCs w:val="88"/>
          <w:rtl/>
        </w:rPr>
        <w:t>מתמטיקה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כפל וחילוק · כיתה ה'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כפל במספרים גדולים – חזרה והעמקה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חילוק במספר דו-ספרתי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חילוק עם שארית ומשמעות השארית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אומדן תוצאות של כפל וחילוק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חוקי החילוף, הקיבוץ והפילוג – חישוב נוח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שבר כמנת חילוק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בעיות רב-שלביות בכפל ובחילוק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שלום לתלמידות ולתלמידי כיתה ה'!</w:t>
      </w:r>
    </w:p>
    <w:p>
      <w:pPr>
        <w:bidi/>
        <w:spacing w:before="0" w:after="120"/>
        <w:jc w:val="both"/>
      </w:pPr>
      <w:r>
        <w:rPr>
          <w:rtl/>
        </w:rPr>
        <w:t>בחוברת הזאת נעמיק בכפל ובחילוק של מספרים גדולים: כפל במאונך, חילוק ארוך במספר דו-ספרתי, שארית, אומדן, חוקי הכפל לחישוב נוח, שבר כמנת חילוק ובעיות של כמה שלבים.</w:t>
      </w:r>
    </w:p>
    <w:p>
      <w:pPr>
        <w:bidi/>
        <w:spacing w:before="0" w:after="120"/>
        <w:jc w:val="both"/>
      </w:pPr>
      <w:r>
        <w:rPr>
          <w:rtl/>
        </w:rPr>
        <w:t>בכל פרק תמצאו הסבר קצר עם דוגמה פתורה, תרגול מהקל אל הקשה ואתגר בסוף. כתבו את דרך הפתרון, ובדקו כל תשובה בעזרת אומדן. בהצלחה!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1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1: כפל במספרים גדולים – חזרה והעמקה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כפל בעשרות שלמות</w:t>
      </w:r>
    </w:p>
    <w:p>
      <w:pPr>
        <w:bidi/>
        <w:spacing w:before="0" w:after="20"/>
        <w:jc w:val="both"/>
      </w:pPr>
      <w:r>
        <w:rPr>
          <w:rtl/>
        </w:rPr>
        <w:t>1. כופלים בלי האפסים.</w:t>
      </w:r>
    </w:p>
    <w:p>
      <w:pPr>
        <w:bidi/>
        <w:spacing w:before="0" w:after="20"/>
        <w:jc w:val="both"/>
      </w:pPr>
      <w:r>
        <w:rPr>
          <w:rtl/>
        </w:rPr>
        <w:t>2. מוסיפים את כל האפסים של שני הגורמים.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‪30 × 400: 3 × 4 = 12‬, ועוד שלושה אפסים = 12,000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שלוש דרכים לכפול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דוגמה: ‪156 × 7‬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פירוק לפי ערך המקום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‪100 × 7 + 50 × 7 + 6 × 7 = 700 + 350 + 42 = 1,092‬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מודל השטח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מלבן מחולק לשלושה חלקים: 700, 350, 42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במאונך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כופלים 6, 5 ו-1 ב-7, עם העברות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כפל בגורם דו-ספרתי</w:t>
      </w:r>
    </w:p>
    <w:p>
      <w:pPr>
        <w:bidi/>
        <w:spacing w:before="0" w:after="20"/>
        <w:jc w:val="both"/>
      </w:pPr>
      <w:r>
        <w:rPr>
          <w:rtl/>
        </w:rPr>
        <w:t>1. שורה 1: כפל ביחידות.</w:t>
      </w:r>
    </w:p>
    <w:p>
      <w:pPr>
        <w:bidi/>
        <w:spacing w:before="0" w:after="20"/>
        <w:jc w:val="both"/>
      </w:pPr>
      <w:r>
        <w:rPr>
          <w:rtl/>
        </w:rPr>
        <w:t>2. שורה 2: כפל בעשרות (מתחילים ב-0 ביחידות).</w:t>
      </w:r>
    </w:p>
    <w:p>
      <w:pPr>
        <w:bidi/>
        <w:spacing w:before="0" w:after="20"/>
        <w:jc w:val="both"/>
      </w:pPr>
      <w:r>
        <w:rPr>
          <w:rtl/>
        </w:rPr>
        <w:t>3. מחברים את השורות.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‪47 × 36 = 47 × 6 + 47 × 30 = 282 + 1,410 = 1,692‬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כותבים את המספר הגדול למעלה ואת המספר הקטן מתחתיו – אחדות מתחת לאחדות, עשרות מתחת לעשרות.</w:t>
      </w:r>
    </w:p>
    <w:p>
      <w:pPr>
        <w:bidi/>
        <w:spacing w:before="0" w:after="20"/>
        <w:jc w:val="both"/>
      </w:pPr>
      <w:r>
        <w:rPr>
          <w:rtl/>
        </w:rPr>
        <w:t>2. כופלים את המספר העליון בספרת האחדות של המספר התחתון.</w:t>
      </w:r>
    </w:p>
    <w:p>
      <w:pPr>
        <w:bidi/>
        <w:spacing w:before="0" w:after="20"/>
        <w:jc w:val="both"/>
      </w:pPr>
      <w:r>
        <w:rPr>
          <w:rtl/>
        </w:rPr>
        <w:t>3. כופלים את המספר העליון בעשרות של המספר התחתון (כמו כפל בעשרות שלמות – כותבים 0 במקום האחדות).</w:t>
      </w:r>
    </w:p>
    <w:p>
      <w:pPr>
        <w:bidi/>
        <w:spacing w:before="0" w:after="20"/>
        <w:jc w:val="both"/>
      </w:pPr>
      <w:r>
        <w:rPr>
          <w:rtl/>
        </w:rPr>
        <w:t>4. מחברים את שתי התוצאות, ובודקים בעזרת אומדן שהתשובה הגיונית.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בכל קרטון 144 ביצים. כמה ביצים יש ב-35 קרטונים?</w:t>
      </w:r>
    </w:p>
    <w:p>
      <w:pPr>
        <w:bidi/>
        <w:spacing w:before="0" w:after="20"/>
        <w:jc w:val="both"/>
      </w:pPr>
      <w:r>
        <w:rPr>
          <w:rtl/>
        </w:rPr>
        <w:t>1. ‪144 × 5 = 720‬</w:t>
      </w:r>
    </w:p>
    <w:p>
      <w:pPr>
        <w:bidi/>
        <w:spacing w:before="0" w:after="20"/>
        <w:jc w:val="both"/>
      </w:pPr>
      <w:r>
        <w:rPr>
          <w:rtl/>
        </w:rPr>
        <w:t>2. ‪144 × 30 = 4,320‬</w:t>
      </w:r>
    </w:p>
    <w:p>
      <w:pPr>
        <w:bidi/>
        <w:spacing w:before="0" w:after="20"/>
        <w:jc w:val="both"/>
      </w:pPr>
      <w:r>
        <w:rPr>
          <w:rtl/>
        </w:rPr>
        <w:t>3. ‪720 + 4,320 = 5,040‬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ב-35 קרטונים יש 5,040 ביצים.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‪73 × 100 = __________‬</w:t>
      </w:r>
    </w:p>
    <w:p>
      <w:pPr>
        <w:bidi/>
        <w:spacing w:before="0" w:after="60"/>
        <w:jc w:val="both"/>
      </w:pPr>
      <w:r>
        <w:rPr>
          <w:rtl/>
        </w:rPr>
        <w:t>ב. ‪9 × 4,000 = __________‬</w:t>
      </w:r>
    </w:p>
    <w:p>
      <w:pPr>
        <w:bidi/>
        <w:spacing w:before="0" w:after="60"/>
        <w:jc w:val="both"/>
      </w:pPr>
      <w:r>
        <w:rPr>
          <w:rtl/>
        </w:rPr>
        <w:t>ג. ‪80 × 90 = __________‬</w:t>
      </w:r>
    </w:p>
    <w:p>
      <w:pPr>
        <w:bidi/>
        <w:spacing w:before="0" w:after="60"/>
        <w:jc w:val="both"/>
      </w:pPr>
      <w:r>
        <w:rPr>
          <w:rtl/>
        </w:rPr>
        <w:t>ד. ‪600 × 70 = __________‬</w:t>
      </w:r>
    </w:p>
    <w:p>
      <w:pPr>
        <w:bidi/>
        <w:spacing w:before="0" w:after="60"/>
        <w:jc w:val="both"/>
      </w:pPr>
      <w:r>
        <w:rPr>
          <w:rtl/>
        </w:rPr>
        <w:t>ה. ‪250 × 40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1,250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מיינו את התרגילים לפי המכפלה.</w:t>
      </w:r>
    </w:p>
    <w:p>
      <w:pPr>
        <w:bidi/>
        <w:spacing w:before="0" w:after="80"/>
        <w:jc w:val="both"/>
      </w:pPr>
      <w:r>
        <w:rPr>
          <w:color w:val="047857"/>
          <w:sz w:val="24"/>
          <w:szCs w:val="24"/>
          <w:rtl/>
        </w:rPr>
        <w:t>המילים: ‪30 × 200‬  |  ‪50 × 120‬  |  ‪25 × 400‬  |  ‪40 × 250‬  |  ‪15 × 400‬  |  ‪20 × 500‬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6,000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10,000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הפירוק וחשבו.</w:t>
      </w:r>
    </w:p>
    <w:p>
      <w:pPr>
        <w:bidi/>
        <w:spacing w:before="0" w:after="60"/>
        <w:jc w:val="both"/>
      </w:pPr>
      <w:r>
        <w:rPr>
          <w:rtl/>
        </w:rPr>
        <w:t>א. ‪518 × 6 = 500 × 6 + 18 × 6 = 3,000 + __________‬</w:t>
      </w:r>
    </w:p>
    <w:p>
      <w:pPr>
        <w:bidi/>
        <w:spacing w:before="0" w:after="60"/>
        <w:jc w:val="both"/>
      </w:pPr>
      <w:r>
        <w:rPr>
          <w:rtl/>
        </w:rPr>
        <w:t>ב. ‪724 × 3 = 700 × 3 + 24 × 3 = __________‬</w:t>
      </w:r>
    </w:p>
    <w:p>
      <w:pPr>
        <w:bidi/>
        <w:spacing w:before="0" w:after="60"/>
        <w:jc w:val="both"/>
      </w:pPr>
      <w:r>
        <w:rPr>
          <w:rtl/>
        </w:rPr>
        <w:t>ג. ‪4,105 × 8 = 4,000 × 8 + 105 ×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במאונך או בפירוק.</w:t>
      </w:r>
    </w:p>
    <w:p>
      <w:pPr>
        <w:bidi/>
        <w:spacing w:before="0" w:after="60"/>
        <w:jc w:val="both"/>
      </w:pPr>
      <w:r>
        <w:rPr>
          <w:rtl/>
        </w:rPr>
        <w:t>א. ‪275 × 8 = __________‬</w:t>
      </w:r>
    </w:p>
    <w:p>
      <w:pPr>
        <w:bidi/>
        <w:spacing w:before="0" w:after="60"/>
        <w:jc w:val="both"/>
      </w:pPr>
      <w:r>
        <w:rPr>
          <w:rtl/>
        </w:rPr>
        <w:t>ב. ‪1,906 × 5 = __________‬</w:t>
      </w:r>
    </w:p>
    <w:p>
      <w:pPr>
        <w:bidi/>
        <w:spacing w:before="0" w:after="60"/>
        <w:jc w:val="both"/>
      </w:pPr>
      <w:r>
        <w:rPr>
          <w:rtl/>
        </w:rPr>
        <w:t>ג. ‪3,478 × 6 = __________‬</w:t>
      </w:r>
    </w:p>
    <w:p>
      <w:pPr>
        <w:bidi/>
        <w:spacing w:before="0" w:after="60"/>
        <w:jc w:val="both"/>
      </w:pPr>
      <w:r>
        <w:rPr>
          <w:rtl/>
        </w:rPr>
        <w:t>ד. ‪52 × 34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‪63 × 40 = ?‬</w:t>
      </w:r>
    </w:p>
    <w:p>
      <w:pPr>
        <w:bidi/>
        <w:spacing w:before="0" w:after="80"/>
        <w:jc w:val="both"/>
      </w:pPr>
      <w:r>
        <w:rPr>
          <w:rtl/>
        </w:rPr>
        <w:t xml:space="preserve">   ○ 252      ○ 2,520      ○ 25,200</w:t>
      </w:r>
    </w:p>
    <w:p>
      <w:pPr>
        <w:bidi/>
        <w:spacing w:before="0" w:after="20"/>
        <w:jc w:val="both"/>
      </w:pPr>
      <w:r>
        <w:rPr>
          <w:rtl/>
        </w:rPr>
        <w:t>ב. איזה תרגיל שווה ל-‪48 × 25‬?</w:t>
      </w:r>
    </w:p>
    <w:p>
      <w:pPr>
        <w:bidi/>
        <w:spacing w:before="0" w:after="80"/>
        <w:jc w:val="both"/>
      </w:pPr>
      <w:r>
        <w:rPr>
          <w:rtl/>
        </w:rPr>
        <w:t xml:space="preserve">   ○ ‪12 × 100‬      ○ ‪48 × 100‬      ○ ‪4 × 25‬</w:t>
      </w:r>
    </w:p>
    <w:p>
      <w:pPr>
        <w:bidi/>
        <w:spacing w:before="0" w:after="20"/>
        <w:jc w:val="both"/>
      </w:pPr>
      <w:r>
        <w:rPr>
          <w:rtl/>
        </w:rPr>
        <w:t>ג. כמה ספרות יש במכפלה ‪812 × 15‬?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5      ○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 את הגורם החסר.</w:t>
      </w:r>
    </w:p>
    <w:p>
      <w:pPr>
        <w:bidi/>
        <w:spacing w:before="0" w:after="60"/>
        <w:jc w:val="both"/>
      </w:pPr>
      <w:r>
        <w:rPr>
          <w:rtl/>
        </w:rPr>
        <w:t>א. ‪__________ × 30 = 2,700‬</w:t>
      </w:r>
    </w:p>
    <w:p>
      <w:pPr>
        <w:bidi/>
        <w:spacing w:before="0" w:after="60"/>
        <w:jc w:val="both"/>
      </w:pPr>
      <w:r>
        <w:rPr>
          <w:rtl/>
        </w:rPr>
        <w:t>ב. ‪45 × __________ = 9,000‬</w:t>
      </w:r>
    </w:p>
    <w:p>
      <w:pPr>
        <w:bidi/>
        <w:spacing w:before="0" w:after="60"/>
        <w:jc w:val="both"/>
      </w:pPr>
      <w:r>
        <w:rPr>
          <w:rtl/>
        </w:rPr>
        <w:t>ג. ‪__________ × 400 = 280,000‬</w:t>
      </w:r>
    </w:p>
    <w:p>
      <w:pPr>
        <w:bidi/>
        <w:spacing w:before="0" w:after="60"/>
        <w:jc w:val="both"/>
      </w:pPr>
      <w:r>
        <w:rPr>
          <w:rtl/>
        </w:rPr>
        <w:t>ד. ‪25 × __________ = 1,000‬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‪300 × 300 = 9,000‬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‪37 × 24 = 37 × 20 + 37 × 4‬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המכפלה ‪15 × 46‬ זוגית.      נכון / לא נכון</w:t>
      </w:r>
    </w:p>
    <w:p>
      <w:pPr>
        <w:bidi/>
        <w:spacing w:before="0" w:after="60"/>
        <w:jc w:val="both"/>
      </w:pPr>
      <w:r>
        <w:rPr>
          <w:rtl/>
        </w:rPr>
        <w:t>ד. ‪1,001 × 9 = 9,009‬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פתרו במאונך: ‪263 × 37‬ ו-‪1,408 × 26‬.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מצאו את הטעות ותקנו: נועם חישב ‪54 × 23‬ כך: ‪54 × 3 = 162‬, ‪54 × 2 = 108‬, ‪162 + 108 = 270‬.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בחנות ספורט יש 18 קרטונים, ובכל קרטון 144 כדורי טניס. כמה כדורים יש בחנות?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בספרייה העירונית 26 מדפים, ובכל מדף 85 ספרים. הספרייה קנתה עוד 340 ספרים. כמה ספרים יש עכשיו בספרייה?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מאפייה אופה בכל יום 1,250 לחמניות. כמה לחמניות היא אופה ב-6 ימים בשבוע, במשך 4 שבועות?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פתרו במאונך ‪214 × 135‬, ובדקו בעזרת אומדן.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בחנות הספרים 9 מדפים, ובכל מדף 230 ספרים. כמה ספרים יש על כל המדפים?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דוד קורא 40 עמודים בכל יום. כמה עמודים יקרא דוד ב-60 ימים?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להצגה בהיכל התרבות נמכרו 215 כרטיסים, כל כרטיס ב-45 ₪. כמה כסף התקבל ממכירת הכרטיסים?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לספריית בית הספר הגיעו 34 ארגזים של 25 ספרים ו-16 ארגזים של 40 ספרים. כמה ספרים הגיעו בסך הכול?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מכונה א' במפעל ממלאת 145 בקבוקים בדקה, ומכונה ב' ממלאת 128 בקבוקים בדקה. בכמה בקבוקים מילאה מכונה א' יותר ממכונה ב' במשך 45 דקות?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עומר רוצה לקנות לקבוצת הכדורגל 26 חולצות ב-38 ₪ כל אחת ו-26 כובעים ב-17 ₪ כל אחד. יש לו 1,500 ₪. האם הכסף מספיק? כמה כסף יישאר לו?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2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2: חילוק במספר דו-ספרתי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מושגים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864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המספר שמחלקים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המספר שמחלקים בו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התוצאה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שלבי החילוק הארוך</w:t>
      </w:r>
    </w:p>
    <w:p>
      <w:pPr>
        <w:bidi/>
        <w:spacing w:before="0" w:after="20"/>
        <w:jc w:val="both"/>
      </w:pPr>
      <w:r>
        <w:rPr>
          <w:rtl/>
        </w:rPr>
        <w:t>1. מחלקים: כמה פעמים המחלק נכנס?</w:t>
      </w:r>
    </w:p>
    <w:p>
      <w:pPr>
        <w:bidi/>
        <w:spacing w:before="0" w:after="20"/>
        <w:jc w:val="both"/>
      </w:pPr>
      <w:r>
        <w:rPr>
          <w:rtl/>
        </w:rPr>
        <w:t>2. כופלים: מחלק × הספרה במנה.</w:t>
      </w:r>
    </w:p>
    <w:p>
      <w:pPr>
        <w:bidi/>
        <w:spacing w:before="0" w:after="20"/>
        <w:jc w:val="both"/>
      </w:pPr>
      <w:r>
        <w:rPr>
          <w:rtl/>
        </w:rPr>
        <w:t>3. מחסירים ומורידים את הספרה הבאה.</w:t>
      </w:r>
    </w:p>
    <w:p>
      <w:pPr>
        <w:bidi/>
        <w:spacing w:before="0" w:after="20"/>
        <w:jc w:val="both"/>
      </w:pPr>
      <w:r>
        <w:rPr>
          <w:rtl/>
        </w:rPr>
        <w:t>4. חוזרים עד הספרה האחרונה.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טיפים</w:t>
      </w:r>
    </w:p>
    <w:p>
      <w:pPr>
        <w:bidi/>
        <w:spacing w:before="0" w:after="20"/>
        <w:jc w:val="both"/>
      </w:pPr>
      <w:r>
        <w:rPr>
          <w:rtl/>
        </w:rPr>
        <w:t>1. מחלק ומחולק עם אפסים – מוחקים אותו מספר אפסים.</w:t>
      </w:r>
    </w:p>
    <w:p>
      <w:pPr>
        <w:bidi/>
        <w:spacing w:before="0" w:after="20"/>
        <w:jc w:val="both"/>
      </w:pPr>
      <w:r>
        <w:rPr>
          <w:rtl/>
        </w:rPr>
        <w:t>2. מעגלים את המחלק כדי לנחש ספרה.</w:t>
      </w:r>
    </w:p>
    <w:p>
      <w:pPr>
        <w:bidi/>
        <w:spacing w:before="0" w:after="20"/>
        <w:jc w:val="both"/>
      </w:pPr>
      <w:r>
        <w:rPr>
          <w:rtl/>
        </w:rPr>
        <w:t>3. בודקים: מחלק × מנה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‪4,200 : 60 = 420 : 6 = 70‬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עושים אומדן: מעגלים את המחלק לעשרת הקרובה ומעריכים כמה תצא המנה.</w:t>
      </w:r>
    </w:p>
    <w:p>
      <w:pPr>
        <w:bidi/>
        <w:spacing w:before="0" w:after="20"/>
        <w:jc w:val="both"/>
      </w:pPr>
      <w:r>
        <w:rPr>
          <w:rtl/>
        </w:rPr>
        <w:t>2. מתחילים מהספרות השמאליות של המחולק: לוקחים את המספר הקטן ביותר שהמחלק נכנס בו, ומוצאים כמה פעמים הוא נכנס (היעזרו בכפולות של המחלק).</w:t>
      </w:r>
    </w:p>
    <w:p>
      <w:pPr>
        <w:bidi/>
        <w:spacing w:before="0" w:after="20"/>
        <w:jc w:val="both"/>
      </w:pPr>
      <w:r>
        <w:rPr>
          <w:rtl/>
        </w:rPr>
        <w:t>3. כופלים, מחסרים, מורידים את הספרה הבאה – וחוזרים על השלבים עד שנגמרות הספרות.</w:t>
      </w:r>
    </w:p>
    <w:p>
      <w:pPr>
        <w:bidi/>
        <w:spacing w:before="0" w:after="20"/>
        <w:jc w:val="both"/>
      </w:pPr>
      <w:r>
        <w:rPr>
          <w:rtl/>
        </w:rPr>
        <w:t>4. בודקים בכפל: מנה × מחלק = 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באוטובוס 48 מקומות. כמה אוטובוסים צריך ל-1,056 נוסעים, אם כל האוטובוסים מלאים?</w:t>
      </w:r>
    </w:p>
    <w:p>
      <w:pPr>
        <w:bidi/>
        <w:spacing w:before="0" w:after="20"/>
        <w:jc w:val="both"/>
      </w:pPr>
      <w:r>
        <w:rPr>
          <w:rtl/>
        </w:rPr>
        <w:t>1. אומדן: ‪1,000 : 50 = 20‬</w:t>
      </w:r>
    </w:p>
    <w:p>
      <w:pPr>
        <w:bidi/>
        <w:spacing w:before="0" w:after="20"/>
        <w:jc w:val="both"/>
      </w:pPr>
      <w:r>
        <w:rPr>
          <w:rtl/>
        </w:rPr>
        <w:t>2. ‪105 : 48‬ → 2, כי ‪2 × 48 = 96‬, ו-‪105 − 96 = 9‬</w:t>
      </w:r>
    </w:p>
    <w:p>
      <w:pPr>
        <w:bidi/>
        <w:spacing w:before="0" w:after="20"/>
        <w:jc w:val="both"/>
      </w:pPr>
      <w:r>
        <w:rPr>
          <w:rtl/>
        </w:rPr>
        <w:t>3. מורידים את הספרה 6 ומקבלים 96. ‪96 : 48 = 2‬</w:t>
      </w:r>
    </w:p>
    <w:p>
      <w:pPr>
        <w:bidi/>
        <w:spacing w:before="0" w:after="20"/>
        <w:jc w:val="both"/>
      </w:pPr>
      <w:r>
        <w:rPr>
          <w:rtl/>
        </w:rPr>
        <w:t>4. בדיקה: ‪22 × 48 = 1,056‬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צריך 22 אוטובוסים.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‪720 : 90 = __________‬</w:t>
      </w:r>
    </w:p>
    <w:p>
      <w:pPr>
        <w:bidi/>
        <w:spacing w:before="0" w:after="60"/>
        <w:jc w:val="both"/>
      </w:pPr>
      <w:r>
        <w:rPr>
          <w:rtl/>
        </w:rPr>
        <w:t>ב. ‪5,400 : 60 = __________‬</w:t>
      </w:r>
    </w:p>
    <w:p>
      <w:pPr>
        <w:bidi/>
        <w:spacing w:before="0" w:after="60"/>
        <w:jc w:val="both"/>
      </w:pPr>
      <w:r>
        <w:rPr>
          <w:rtl/>
        </w:rPr>
        <w:t>ג. ‪32,000 : 800 = __________‬</w:t>
      </w:r>
    </w:p>
    <w:p>
      <w:pPr>
        <w:bidi/>
        <w:spacing w:before="0" w:after="60"/>
        <w:jc w:val="both"/>
      </w:pPr>
      <w:r>
        <w:rPr>
          <w:rtl/>
        </w:rPr>
        <w:t>ד. ‪1,500 : 30 = __________‬</w:t>
      </w:r>
    </w:p>
    <w:p>
      <w:pPr>
        <w:bidi/>
        <w:spacing w:before="0" w:after="60"/>
        <w:jc w:val="both"/>
      </w:pPr>
      <w:r>
        <w:rPr>
          <w:rtl/>
        </w:rPr>
        <w:t>ה. ‪8,100 : 90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מחקו אפסים וחשבו.</w:t>
      </w:r>
    </w:p>
    <w:p>
      <w:pPr>
        <w:bidi/>
        <w:spacing w:before="0" w:after="60"/>
        <w:jc w:val="both"/>
      </w:pPr>
      <w:r>
        <w:rPr>
          <w:rtl/>
        </w:rPr>
        <w:t>א. ‪4,800 : 600 = 48 : 6 = __________‬</w:t>
      </w:r>
    </w:p>
    <w:p>
      <w:pPr>
        <w:bidi/>
        <w:spacing w:before="0" w:after="60"/>
        <w:jc w:val="both"/>
      </w:pPr>
      <w:r>
        <w:rPr>
          <w:rtl/>
        </w:rPr>
        <w:t>ב. ‪27,000 : 900 = __________‬</w:t>
      </w:r>
    </w:p>
    <w:p>
      <w:pPr>
        <w:bidi/>
        <w:spacing w:before="0" w:after="60"/>
        <w:jc w:val="both"/>
      </w:pPr>
      <w:r>
        <w:rPr>
          <w:rtl/>
        </w:rPr>
        <w:t>ג. ‪12,000 : 40 = __________‬</w:t>
      </w:r>
    </w:p>
    <w:p>
      <w:pPr>
        <w:bidi/>
        <w:spacing w:before="0" w:after="60"/>
        <w:jc w:val="both"/>
      </w:pPr>
      <w:r>
        <w:rPr>
          <w:rtl/>
        </w:rPr>
        <w:t>ד. ‪560,000 : 7,000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חשבו.</w:t>
      </w:r>
    </w:p>
    <w:p>
      <w:pPr>
        <w:bidi/>
        <w:spacing w:before="0" w:after="60"/>
        <w:jc w:val="both"/>
      </w:pPr>
      <w:r>
        <w:rPr>
          <w:rtl/>
        </w:rPr>
        <w:t>א. ‪252 : 18 = __________‬</w:t>
      </w:r>
    </w:p>
    <w:p>
      <w:pPr>
        <w:bidi/>
        <w:spacing w:before="0" w:after="60"/>
        <w:jc w:val="both"/>
      </w:pPr>
      <w:r>
        <w:rPr>
          <w:rtl/>
        </w:rPr>
        <w:t>ב. ‪522 : 29 = __________‬</w:t>
      </w:r>
    </w:p>
    <w:p>
      <w:pPr>
        <w:bidi/>
        <w:spacing w:before="0" w:after="60"/>
        <w:jc w:val="both"/>
      </w:pPr>
      <w:r>
        <w:rPr>
          <w:rtl/>
        </w:rPr>
        <w:t>ג. ‪805 : 35 = __________‬</w:t>
      </w:r>
    </w:p>
    <w:p>
      <w:pPr>
        <w:bidi/>
        <w:spacing w:before="0" w:after="60"/>
        <w:jc w:val="both"/>
      </w:pPr>
      <w:r>
        <w:rPr>
          <w:rtl/>
        </w:rPr>
        <w:t>ד. ‪2,544 : 48 = __________‬</w:t>
      </w:r>
    </w:p>
    <w:p>
      <w:pPr>
        <w:bidi/>
        <w:spacing w:before="0" w:after="60"/>
        <w:jc w:val="both"/>
      </w:pPr>
      <w:r>
        <w:rPr>
          <w:rtl/>
        </w:rPr>
        <w:t>ה. ‪3,105 : 45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936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1,457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מיינו לפי המנה.</w:t>
      </w:r>
    </w:p>
    <w:p>
      <w:pPr>
        <w:bidi/>
        <w:spacing w:before="0" w:after="80"/>
        <w:jc w:val="both"/>
      </w:pPr>
      <w:r>
        <w:rPr>
          <w:color w:val="047857"/>
          <w:sz w:val="24"/>
          <w:szCs w:val="24"/>
          <w:rtl/>
        </w:rPr>
        <w:t>המילים: ‪480 : 24‬  |  ‪600 : 15‬  |  ‪875 : 25‬  |  ‪720 : 36‬  |  ‪1,400 : 35‬  |  ‪700 : 20‬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35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‪1,664 : 52 = ?‬</w:t>
      </w:r>
    </w:p>
    <w:p>
      <w:pPr>
        <w:bidi/>
        <w:spacing w:before="0" w:after="80"/>
        <w:jc w:val="both"/>
      </w:pPr>
      <w:r>
        <w:rPr>
          <w:rtl/>
        </w:rPr>
        <w:t xml:space="preserve">   ○ 22      ○ 32      ○ 320</w:t>
      </w:r>
    </w:p>
    <w:p>
      <w:pPr>
        <w:bidi/>
        <w:spacing w:before="0" w:after="20"/>
        <w:jc w:val="both"/>
      </w:pPr>
      <w:r>
        <w:rPr>
          <w:rtl/>
        </w:rPr>
        <w:t>ב. איזה תרגיל בודק את ‪2,898 : 46 = 63‬?</w:t>
      </w:r>
    </w:p>
    <w:p>
      <w:pPr>
        <w:bidi/>
        <w:spacing w:before="0" w:after="80"/>
        <w:jc w:val="both"/>
      </w:pPr>
      <w:r>
        <w:rPr>
          <w:rtl/>
        </w:rPr>
        <w:t xml:space="preserve">   ○ ‪46 × 63‬      ○ ‪2,898 × 46‬      ○ ‪63 : 46‬</w:t>
      </w:r>
    </w:p>
    <w:p>
      <w:pPr>
        <w:bidi/>
        <w:spacing w:before="0" w:after="20"/>
        <w:jc w:val="both"/>
      </w:pPr>
      <w:r>
        <w:rPr>
          <w:rtl/>
        </w:rPr>
        <w:t>ג. כמה ספרות יש במנה ‪4,368 : 21‬?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3      ○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חלקו בחילוק ארוך: ‪2,346 : 34‬ ו-‪6,048 : 72‬.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מצאו את הטעות ותקנו: מיכל חישבה ‪1,824 : 24‬ וקיבלה 706.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בפרדס נקטפו 1,920 קילוגרם תפוזים. אורזים אותם בארגזים של 16 קילוגרם. כמה ארגזים צריך?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מועדון כדורסל קנה 28 כדורים זהים ושילם 3,640 שקלים. כמה עלה כדור אחד? כמה יעלו 35 כדורים כאלה?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בספר 864 עמודים. אורי קורא 32 עמודים בכל יום. בעוד כמה ימים יסיים את הספר?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‪2,700 : 90 = 30‬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מכפילים את המחולק ואת המחלק פי 10, המנה גדלה פי 10.      נכון / לא נכון</w:t>
      </w:r>
    </w:p>
    <w:p>
      <w:pPr>
        <w:bidi/>
        <w:spacing w:before="0" w:after="60"/>
        <w:jc w:val="both"/>
      </w:pPr>
      <w:r>
        <w:rPr>
          <w:rtl/>
        </w:rPr>
        <w:t>ג. ‪1,000 : 25 = 40‬      נכון / לא נכון</w:t>
      </w:r>
    </w:p>
    <w:p>
      <w:pPr>
        <w:bidi/>
        <w:spacing w:before="0" w:after="60"/>
        <w:jc w:val="both"/>
      </w:pPr>
      <w:r>
        <w:rPr>
          <w:rtl/>
        </w:rPr>
        <w:t>ד. המנה של ‪999 : 37‬ היא 37.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השלימו את הספרות החסרות בתרגיל ‪2,_16 : 48 = 4_‬ (בלי שארית). הסבירו איך מצאתם.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בחבילה 960 מדבקות. המורה חילק אותן שווה בשווה בין 32 תלמידים. כמה מדבקות קיבל כל תלמיד?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משאית הובילה 900 ק"ג תפוחי אדמה בשקים של 15 ק"ג. כמה שקים הובילה המשאית?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לתחרות השחמט העירונית נרשמו 336 ילדים. מחלקים אותם לקבוצות של 16 ילדים. כמה קבוצות יהיו?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התלמידים אספו לתרומה 2,475 ₪, וההורים הוסיפו עוד 1,125 ₪. את כל הכסף חילקו שווה בשווה בין 45 משפחות. כמה כסף קיבלה כל משפחה?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דניאל קרא ספר של 576 עמודים ב-18 ימים, אותו מספר עמודים בכל יום. אחיו אריאל קרא ספר של 672 עמודים, 24 עמודים בכל יום. כמה עמודים ביום קרא דניאל? בכמה ימים יותר מדניאל קרא אריאל את הספר שלו?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לטיול יצאו 7 כיתות של 34 תלמידים, ואיתם 14 מורים והורים מלווים. כולם נסעו במיניבוסים של 36 מקומות, וכל המיניבוסים היו מלאים. כמה מיניבוסים היו?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3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3: חילוק עם שארית ומשמעות השארית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החוקים</w:t>
      </w:r>
    </w:p>
    <w:p>
      <w:pPr>
        <w:bidi/>
        <w:spacing w:before="0" w:after="20"/>
        <w:jc w:val="both"/>
      </w:pPr>
      <w:r>
        <w:rPr>
          <w:rtl/>
        </w:rPr>
        <w:t>1. השארית קטנה מהמחלק.</w:t>
      </w:r>
    </w:p>
    <w:p>
      <w:pPr>
        <w:bidi/>
        <w:spacing w:before="0" w:after="20"/>
        <w:jc w:val="both"/>
      </w:pPr>
      <w:r>
        <w:rPr>
          <w:rtl/>
        </w:rPr>
        <w:t>2. מחלק × מנה + שארית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‪317 : 25 = 12‬ (שארית 17), כי ‪25 × 12 + 17 = 317‬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משמעות השארית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השאלה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דוגמה: 130 עוגיות, 12 בקופסה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צריך לכל העוגיות?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מעגלים למעלה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מלאות?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מוותרים על השארית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עוגיות נשארו בחוץ?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השארית היא התשובה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עוגיות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בדרך כלל</w:t>
      </w:r>
    </w:p>
    <w:p>
      <w:pPr>
        <w:bidi/>
        <w:spacing w:before="0" w:after="20"/>
        <w:jc w:val="both"/>
      </w:pPr>
      <w:r>
        <w:rPr>
          <w:rtl/>
        </w:rPr>
        <w:t>1. קוראים שוב את השאלה לפני שכותבים תשובה.</w:t>
      </w:r>
    </w:p>
    <w:p>
      <w:pPr>
        <w:bidi/>
        <w:spacing w:before="0" w:after="20"/>
        <w:jc w:val="both"/>
      </w:pPr>
      <w:r>
        <w:rPr>
          <w:rtl/>
        </w:rPr>
        <w:t>2. כותבים תשובה במילים.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מחלקים כרגיל בחילוק ארוך, עד שנגמרות הספרות של המחולק.</w:t>
      </w:r>
    </w:p>
    <w:p>
      <w:pPr>
        <w:bidi/>
        <w:spacing w:before="0" w:after="20"/>
        <w:jc w:val="both"/>
      </w:pPr>
      <w:r>
        <w:rPr>
          <w:rtl/>
        </w:rPr>
        <w:t>2. מה שנשאר בסוף ואי אפשר לחלק אותו הוא השארית – והיא תמיד קטנה מהמחלק.</w:t>
      </w:r>
    </w:p>
    <w:p>
      <w:pPr>
        <w:bidi/>
        <w:spacing w:before="0" w:after="20"/>
        <w:jc w:val="both"/>
      </w:pPr>
      <w:r>
        <w:rPr>
          <w:rtl/>
        </w:rPr>
        <w:t>3. בודקים: מנה × מחלק + שארית = מחולק.</w:t>
      </w:r>
    </w:p>
    <w:p>
      <w:pPr>
        <w:bidi/>
        <w:spacing w:before="0" w:after="20"/>
        <w:jc w:val="both"/>
      </w:pPr>
      <w:r>
        <w:rPr>
          <w:rtl/>
        </w:rPr>
        <w:t>4. בבעיה מילולית מחליטים מה עושים עם השארית: מעגלים למעלה (צריך עוד אוטובוס), מוותרים עליה (סופרים רק קופסאות מלאות), או שהשארית היא התשובה עצמה.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לחוג השחייה נרשמו 230 ילדים. בכל קבוצה יש מקום ל-18 ילדים. כמה קבוצות צריך לפתוח כדי שאף ילד לא יישאר בחוץ?</w:t>
      </w:r>
    </w:p>
    <w:p>
      <w:pPr>
        <w:bidi/>
        <w:spacing w:before="0" w:after="20"/>
        <w:jc w:val="both"/>
      </w:pPr>
      <w:r>
        <w:rPr>
          <w:rtl/>
        </w:rPr>
        <w:t>1. ‪23 : 18‬ → 1, ו-‪23 − 18 = 5‬</w:t>
      </w:r>
    </w:p>
    <w:p>
      <w:pPr>
        <w:bidi/>
        <w:spacing w:before="0" w:after="20"/>
        <w:jc w:val="both"/>
      </w:pPr>
      <w:r>
        <w:rPr>
          <w:rtl/>
        </w:rPr>
        <w:t>2. מורידים את הספרה 0 ומקבלים 50. ‪50 : 18‬ → 2, כי ‪2 × 18 = 36‬, ו-‪50 − 36 = 14‬</w:t>
      </w:r>
    </w:p>
    <w:p>
      <w:pPr>
        <w:bidi/>
        <w:spacing w:before="0" w:after="20"/>
        <w:jc w:val="both"/>
      </w:pPr>
      <w:r>
        <w:rPr>
          <w:rtl/>
        </w:rPr>
        <w:t>3. בדיקה: ‪12 × 18 + 14 = 230‬</w:t>
      </w:r>
    </w:p>
    <w:p>
      <w:pPr>
        <w:bidi/>
        <w:spacing w:before="0" w:after="20"/>
        <w:jc w:val="both"/>
      </w:pPr>
      <w:r>
        <w:rPr>
          <w:rtl/>
        </w:rPr>
        <w:t>4. נשארו 14 ילדים בלי קבוצה, לכן פותחים עוד קבוצה: ‪12 + 1 = 13‬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צריך לפתוח 13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את השארית.</w:t>
      </w:r>
    </w:p>
    <w:p>
      <w:pPr>
        <w:bidi/>
        <w:spacing w:before="0" w:after="60"/>
        <w:jc w:val="both"/>
      </w:pPr>
      <w:r>
        <w:rPr>
          <w:rtl/>
        </w:rPr>
        <w:t>א. ‪39 : 5 = 7‬ (שארית __________)</w:t>
      </w:r>
    </w:p>
    <w:p>
      <w:pPr>
        <w:bidi/>
        <w:spacing w:before="0" w:after="60"/>
        <w:jc w:val="both"/>
      </w:pPr>
      <w:r>
        <w:rPr>
          <w:rtl/>
        </w:rPr>
        <w:t>ב. ‪61 : 7 = 8‬ (שארית __________)</w:t>
      </w:r>
    </w:p>
    <w:p>
      <w:pPr>
        <w:bidi/>
        <w:spacing w:before="0" w:after="60"/>
        <w:jc w:val="both"/>
      </w:pPr>
      <w:r>
        <w:rPr>
          <w:rtl/>
        </w:rPr>
        <w:t>ג. ‪74 : 8 = 9‬ (שארית __________)</w:t>
      </w:r>
    </w:p>
    <w:p>
      <w:pPr>
        <w:bidi/>
        <w:spacing w:before="0" w:after="60"/>
        <w:jc w:val="both"/>
      </w:pPr>
      <w:r>
        <w:rPr>
          <w:rtl/>
        </w:rPr>
        <w:t>ד. ‪98 : 10 = 9‬ (שארית __________)</w:t>
      </w:r>
    </w:p>
    <w:p>
      <w:pPr>
        <w:bidi/>
        <w:spacing w:before="0" w:after="60"/>
        <w:jc w:val="both"/>
      </w:pPr>
      <w:r>
        <w:rPr>
          <w:rtl/>
        </w:rPr>
        <w:t>ה. ‪115 : 12 = 9‬ (שארית __________)</w:t>
      </w:r>
    </w:p>
    <w:p>
      <w:pPr>
        <w:bidi/>
        <w:spacing w:before="0" w:after="60"/>
        <w:jc w:val="both"/>
      </w:pPr>
      <w:r>
        <w:rPr>
          <w:rtl/>
        </w:rPr>
        <w:t>ו. ‪203 : 25 = 8‬ (שארית __________)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‪170 : 14‬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‪299 :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‪412 : 19‬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‪625 : 48‬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בחילוק ארוך.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‪907 : 21‬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‪1,500 : 44‬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‪2,345 : 52‬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‪3,010 : 64‬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531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השארית הגדולה ביותר האפשרית בחילוק ב-16?</w:t>
      </w:r>
    </w:p>
    <w:p>
      <w:pPr>
        <w:bidi/>
        <w:spacing w:before="0" w:after="80"/>
        <w:jc w:val="both"/>
      </w:pPr>
      <w:r>
        <w:rPr>
          <w:rtl/>
        </w:rPr>
        <w:t xml:space="preserve">   ○ 16      ○ 15      ○ 8</w:t>
      </w:r>
    </w:p>
    <w:p>
      <w:pPr>
        <w:bidi/>
        <w:spacing w:before="0" w:after="20"/>
        <w:jc w:val="both"/>
      </w:pPr>
      <w:r>
        <w:rPr>
          <w:rtl/>
        </w:rPr>
        <w:t>ב. ‪413 : 20 = ?‬</w:t>
      </w:r>
    </w:p>
    <w:p>
      <w:pPr>
        <w:bidi/>
        <w:spacing w:before="0" w:after="80"/>
        <w:jc w:val="both"/>
      </w:pPr>
      <w:r>
        <w:rPr>
          <w:rtl/>
        </w:rPr>
        <w:t xml:space="preserve">   ○ 20 (שארית 13)      ○ 21 (שארית 3)      ○ 20 (שארית 3)</w:t>
      </w:r>
    </w:p>
    <w:p>
      <w:pPr>
        <w:bidi/>
        <w:spacing w:before="0" w:after="20"/>
        <w:jc w:val="both"/>
      </w:pPr>
      <w:r>
        <w:rPr>
          <w:rtl/>
        </w:rPr>
        <w:t>ג. איזה מספר נותן שארית 5 בחילוק ב-9?</w:t>
      </w:r>
    </w:p>
    <w:p>
      <w:pPr>
        <w:bidi/>
        <w:spacing w:before="0" w:after="80"/>
        <w:jc w:val="both"/>
      </w:pPr>
      <w:r>
        <w:rPr>
          <w:rtl/>
        </w:rPr>
        <w:t xml:space="preserve">   ○ 45      ○ 50      ○ 54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בדיקה של ‪95 : 13 = 7‬ (שארית ‪4): 13 × 7 + 4 = 95‬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150 ילדים נוסעים במכוניות של 4 נוסעים, צריך 37 מכוניות.      נכון / לא נכון</w:t>
      </w:r>
    </w:p>
    <w:p>
      <w:pPr>
        <w:bidi/>
        <w:spacing w:before="0" w:after="60"/>
        <w:jc w:val="both"/>
      </w:pPr>
      <w:r>
        <w:rPr>
          <w:rtl/>
        </w:rPr>
        <w:t>ג. כל מספר זוגי מתחלק ב-2 בלי שארית.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ליד כל שאלה כתבו מה עושים עם השארית: «מעגלים למעלה», «מוותרים על השארית» או «השארית היא התשובה». אחר כך כתבו את התשובה.</w:t>
      </w:r>
    </w:p>
    <w:p>
      <w:pPr>
        <w:bidi/>
        <w:spacing w:before="0" w:after="100"/>
        <w:jc w:val="both"/>
      </w:pPr>
      <w:r>
        <w:rPr>
          <w:rtl/>
        </w:rPr>
        <w:t>א. 320 ביצים, 30 בתבנית. כמה תבניות צריך לכל הביצים?</w:t>
      </w:r>
    </w:p>
    <w:p>
      <w:pPr>
        <w:bidi/>
        <w:spacing w:before="0" w:after="100"/>
        <w:jc w:val="both"/>
      </w:pPr>
      <w:r>
        <w:rPr>
          <w:rtl/>
        </w:rPr>
        <w:t>ב. 320 ביצים, 30 בתבנית. כמה תבניות מלאות?</w:t>
      </w:r>
    </w:p>
    <w:p>
      <w:pPr>
        <w:bidi/>
        <w:spacing w:before="0" w:after="100"/>
        <w:jc w:val="both"/>
      </w:pPr>
      <w:r>
        <w:rPr>
          <w:rtl/>
        </w:rPr>
        <w:t>ג. 320 ביצים, 30 בתבנית. כמה ביצים לא נכנסו לתבניות המלאות?</w:t>
      </w:r>
    </w:p>
    <w:p>
      <w:pPr>
        <w:bidi/>
        <w:spacing w:before="0" w:after="100"/>
        <w:jc w:val="both"/>
      </w:pPr>
      <w:r>
        <w:rPr>
          <w:rtl/>
        </w:rPr>
        <w:t>ד. יש 320 שקלים, וספר עולה 30 שקלים. כמה ספרים אפשר לקנות?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פתרו בחילוק ארוך ובדקו: ‪4,000 : 37‬.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מצאו את הטעות ותקנו: איתי כתב ‪230 : 24 = 8‬ (שארית 38).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בחוג הקרמיקה 95 ילדים. בכל שולחן יושבים 6 ילדים. כמה שולחנות צריך?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לנועה 500 חרוזים. לכל צמיד היא צריכה 36 חרוזים. כמה צמידים שלמים תכין, וכמה חרוזים יישארו לה?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בגן הירק של בית הספר שתלו 260 שתילים בשורות של 24 שתילים. כמה שורות מלאות יש? כמה שתילים חסרים כדי להשלים עוד שורה?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עומר חילק מספר ב-15 וקיבל מנה 23. מה המספר הגדול ביותר שיכול היה לחלק? מה הקטן ביותר?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לטקס בחצר בית הספר מגיעים 200 תלמידים. בכל שורה מציבים 15 כיסאות. כמה שורות צריך כדי שלכל תלמיד יהיה כיסא?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בגינת בית הספר יש 150 שתילים. שותלים אותם בשורות של 16 שתילים. כמה שורות מלאות יהיו, וכמה שתילים יישארו?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לאליה יש 200 ₪. הוא רוצה לקנות מחברות ציור, כל אחת ב-14 ₪. כמה מחברות לכל היותר יוכל לקנות, וכמה עודף יקבל?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לחוג אומנות חותכים חבל באורך 500 ס"מ לחתיכות של 35 ס"מ. כמה חתיכות שלמות יתקבלו, ומה אורך החתיכה שתישאר?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לחנוכה אפו במאפייה 12 מגשים, ובכל מגש 48 סופגניות. אורזים את כל הסופגניות בקופסאות של 20. כמה קופסאות צריך כדי לארוז את כולן?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לעידו היו 500 ₪. הוא קנה כדורסל ב-89 ₪, ובשאר הכסף הוא רוצה לקנות ספרים, כל ספר ב-32 ₪. כמה ספרים יוכל לקנות, וכמה כסף יישאר לו?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4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4: אומדן תוצאות של כפל וחילוק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החוקים</w:t>
      </w:r>
    </w:p>
    <w:p>
      <w:pPr>
        <w:bidi/>
        <w:spacing w:before="0" w:after="20"/>
        <w:jc w:val="both"/>
      </w:pPr>
      <w:r>
        <w:rPr>
          <w:rtl/>
        </w:rPr>
        <w:t>1. השארית קטנה מהמחלק.</w:t>
      </w:r>
    </w:p>
    <w:p>
      <w:pPr>
        <w:bidi/>
        <w:spacing w:before="0" w:after="20"/>
        <w:jc w:val="both"/>
      </w:pPr>
      <w:r>
        <w:rPr>
          <w:rtl/>
        </w:rPr>
        <w:t>2. מחלק × מנה + שארית = מחולק.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‪317 : 25 = 12‬ (שארית 17), כי ‪25 × 12 + 17 = 317‬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משמעות השארית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השאלה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דוגמה: 130 עוגיות, 12 בקופסה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צריך לכל העוגיות?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מעגלים למעלה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קופסות מלאות?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מוותרים על השארית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קופסות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עוגיות נשארו בחוץ?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השארית היא התשובה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עוגיות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בדרך כלל</w:t>
      </w:r>
    </w:p>
    <w:p>
      <w:pPr>
        <w:bidi/>
        <w:spacing w:before="0" w:after="20"/>
        <w:jc w:val="both"/>
      </w:pPr>
      <w:r>
        <w:rPr>
          <w:rtl/>
        </w:rPr>
        <w:t>1. קוראים שוב את השאלה לפני שכותבים תשובה.</w:t>
      </w:r>
    </w:p>
    <w:p>
      <w:pPr>
        <w:bidi/>
        <w:spacing w:before="0" w:after="20"/>
        <w:jc w:val="both"/>
      </w:pPr>
      <w:r>
        <w:rPr>
          <w:rtl/>
        </w:rPr>
        <w:t>2. כותבים תשובה במילים.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מעגלים כל מספר למספר «עגול» שנוח לחשב איתו – לעשרות, למאות או לאלפים.</w:t>
      </w:r>
    </w:p>
    <w:p>
      <w:pPr>
        <w:bidi/>
        <w:spacing w:before="0" w:after="20"/>
        <w:jc w:val="both"/>
      </w:pPr>
      <w:r>
        <w:rPr>
          <w:rtl/>
        </w:rPr>
        <w:t>2. מחשבים את התרגיל עם המספרים המעוגלים, בעל פה.</w:t>
      </w:r>
    </w:p>
    <w:p>
      <w:pPr>
        <w:bidi/>
        <w:spacing w:before="0" w:after="20"/>
        <w:jc w:val="both"/>
      </w:pPr>
      <w:r>
        <w:rPr>
          <w:rtl/>
        </w:rPr>
        <w:t>3. משווים: אם התוצאה המדויקת רחוקה מאוד מהאומדן – כנראה יש טעות בחישוב.</w:t>
      </w:r>
    </w:p>
    <w:p>
      <w:pPr>
        <w:bidi/>
        <w:spacing w:before="0" w:after="20"/>
        <w:jc w:val="both"/>
      </w:pPr>
      <w:r>
        <w:rPr>
          <w:rtl/>
        </w:rPr>
        <w:t>4. בחילוק מעגלים כך שהמספרים יתחלקו בקלות, למשל ‪2,800 : 40‬ במקום ‪2,752 : 43‬.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בערך כמה זה ‪2,752 : 43‬?</w:t>
      </w:r>
    </w:p>
    <w:p>
      <w:pPr>
        <w:bidi/>
        <w:spacing w:before="0" w:after="20"/>
        <w:jc w:val="both"/>
      </w:pPr>
      <w:r>
        <w:rPr>
          <w:rtl/>
        </w:rPr>
        <w:t>1. מעגלים: ‪2,752 ≈ 2,800‬, ו-‪43 ≈ 40‬</w:t>
      </w:r>
    </w:p>
    <w:p>
      <w:pPr>
        <w:bidi/>
        <w:spacing w:before="0" w:after="20"/>
        <w:jc w:val="both"/>
      </w:pPr>
      <w:r>
        <w:rPr>
          <w:rtl/>
        </w:rPr>
        <w:t>2. ‪2,800 : 40 = 70‬</w:t>
      </w:r>
    </w:p>
    <w:p>
      <w:pPr>
        <w:bidi/>
        <w:spacing w:before="0" w:after="20"/>
        <w:jc w:val="both"/>
      </w:pPr>
      <w:r>
        <w:rPr>
          <w:rtl/>
        </w:rPr>
        <w:t>3. בדיקה במדויק: ‪2,752 : 43 = 64‬ – קרוב לאומדן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בערך 70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עגלו ועשו 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עיגול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‪61 × 38‬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‪704 ×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‪49 × 197‬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‪3,580 : 41‬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עשו אומדן והשלימו.</w:t>
      </w:r>
    </w:p>
    <w:p>
      <w:pPr>
        <w:bidi/>
        <w:spacing w:before="0" w:after="60"/>
        <w:jc w:val="both"/>
      </w:pPr>
      <w:r>
        <w:rPr>
          <w:rtl/>
        </w:rPr>
        <w:t>א. ‪298 × 31 ≈ 300 × 30 = __________‬</w:t>
      </w:r>
    </w:p>
    <w:p>
      <w:pPr>
        <w:bidi/>
        <w:spacing w:before="0" w:after="60"/>
        <w:jc w:val="both"/>
      </w:pPr>
      <w:r>
        <w:rPr>
          <w:rtl/>
        </w:rPr>
        <w:t>ב. ‪52 × 79 ≈ 50 × 80 = __________‬</w:t>
      </w:r>
    </w:p>
    <w:p>
      <w:pPr>
        <w:bidi/>
        <w:spacing w:before="0" w:after="60"/>
        <w:jc w:val="both"/>
      </w:pPr>
      <w:r>
        <w:rPr>
          <w:rtl/>
        </w:rPr>
        <w:t>ג. ‪8,120 : 19 ≈ 8,000 : 20 = __________‬</w:t>
      </w:r>
    </w:p>
    <w:p>
      <w:pPr>
        <w:bidi/>
        <w:spacing w:before="0" w:after="60"/>
        <w:jc w:val="both"/>
      </w:pPr>
      <w:r>
        <w:rPr>
          <w:rtl/>
        </w:rPr>
        <w:t>ד. ‪27,900 : 71 ≈ 28,000 : 70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כתבו &gt; או &lt;.</w:t>
      </w:r>
    </w:p>
    <w:p>
      <w:pPr>
        <w:bidi/>
        <w:spacing w:before="0" w:after="60"/>
        <w:jc w:val="both"/>
      </w:pPr>
      <w:r>
        <w:rPr>
          <w:rtl/>
        </w:rPr>
        <w:t>א. ‪99 × 11 __________ 1,000‬</w:t>
      </w:r>
    </w:p>
    <w:p>
      <w:pPr>
        <w:bidi/>
        <w:spacing w:before="0" w:after="60"/>
        <w:jc w:val="both"/>
      </w:pPr>
      <w:r>
        <w:rPr>
          <w:rtl/>
        </w:rPr>
        <w:t>ב. ‪505 × 4 __________ 2,000‬</w:t>
      </w:r>
    </w:p>
    <w:p>
      <w:pPr>
        <w:bidi/>
        <w:spacing w:before="0" w:after="60"/>
        <w:jc w:val="both"/>
      </w:pPr>
      <w:r>
        <w:rPr>
          <w:rtl/>
        </w:rPr>
        <w:t>ג. ‪3,600 : 40 __________ 3,600 : 45‬</w:t>
      </w:r>
    </w:p>
    <w:p>
      <w:pPr>
        <w:bidi/>
        <w:spacing w:before="0" w:after="60"/>
        <w:jc w:val="both"/>
      </w:pPr>
      <w:r>
        <w:rPr>
          <w:rtl/>
        </w:rPr>
        <w:t>ד. ‪24 × 41 __________ 1,000‬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ידוע: ‪1,080 : 24 = 45‬. השלימו.</w:t>
      </w:r>
    </w:p>
    <w:p>
      <w:pPr>
        <w:bidi/>
        <w:spacing w:before="0" w:after="60"/>
        <w:jc w:val="both"/>
      </w:pPr>
      <w:r>
        <w:rPr>
          <w:rtl/>
        </w:rPr>
        <w:t>א. ‪2,160 : 24 = __________‬</w:t>
      </w:r>
    </w:p>
    <w:p>
      <w:pPr>
        <w:bidi/>
        <w:spacing w:before="0" w:after="60"/>
        <w:jc w:val="both"/>
      </w:pPr>
      <w:r>
        <w:rPr>
          <w:rtl/>
        </w:rPr>
        <w:t>ב. ‪1,080 : 12 = __________‬</w:t>
      </w:r>
    </w:p>
    <w:p>
      <w:pPr>
        <w:bidi/>
        <w:spacing w:before="0" w:after="60"/>
        <w:jc w:val="both"/>
      </w:pPr>
      <w:r>
        <w:rPr>
          <w:rtl/>
        </w:rPr>
        <w:t>ג. ‪1,080 : 48 = 22‬ (שארית __________)</w:t>
      </w:r>
    </w:p>
    <w:p>
      <w:pPr>
        <w:bidi/>
        <w:spacing w:before="0" w:after="60"/>
        <w:jc w:val="both"/>
      </w:pPr>
      <w:r>
        <w:rPr>
          <w:rtl/>
        </w:rPr>
        <w:t>ד. ‪10,800 : 240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ידוע ש-‪56 × 15 = 840‬. כמה זה ‪56 × 30‬?</w:t>
      </w:r>
    </w:p>
    <w:p>
      <w:pPr>
        <w:bidi/>
        <w:spacing w:before="0" w:after="80"/>
        <w:jc w:val="both"/>
      </w:pPr>
      <w:r>
        <w:rPr>
          <w:rtl/>
        </w:rPr>
        <w:t xml:space="preserve">   ○ 420      ○ 1,680      ○ 870</w:t>
      </w:r>
    </w:p>
    <w:p>
      <w:pPr>
        <w:bidi/>
        <w:spacing w:before="0" w:after="20"/>
        <w:jc w:val="both"/>
      </w:pPr>
      <w:r>
        <w:rPr>
          <w:rtl/>
        </w:rPr>
        <w:t>ב. ידוע ש-‪900 : 36 = 25‬. כמה זה ‪900 : 18‬?</w:t>
      </w:r>
    </w:p>
    <w:p>
      <w:pPr>
        <w:bidi/>
        <w:spacing w:before="0" w:after="80"/>
        <w:jc w:val="both"/>
      </w:pPr>
      <w:r>
        <w:rPr>
          <w:rtl/>
        </w:rPr>
        <w:t xml:space="preserve">   ○ 50      ○ 12      ○ 25</w:t>
      </w:r>
    </w:p>
    <w:p>
      <w:pPr>
        <w:bidi/>
        <w:spacing w:before="0" w:after="20"/>
        <w:jc w:val="both"/>
      </w:pPr>
      <w:r>
        <w:rPr>
          <w:rtl/>
        </w:rPr>
        <w:t>ג. איזו תוצאה הגיונית ל-‪412 × 48‬?</w:t>
      </w:r>
    </w:p>
    <w:p>
      <w:pPr>
        <w:bidi/>
        <w:spacing w:before="0" w:after="80"/>
        <w:jc w:val="both"/>
      </w:pPr>
      <w:r>
        <w:rPr>
          <w:rtl/>
        </w:rPr>
        <w:t xml:space="preserve">   ○ 1,976      ○ 19,776      ○ 197,760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אומדן של ‪4,950 : 51‬ הוא בערך 100.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מקטינים את המחולק פי 2, גם המנה קטנה פי 2.      נכון / לא נכון</w:t>
      </w:r>
    </w:p>
    <w:p>
      <w:pPr>
        <w:bidi/>
        <w:spacing w:before="0" w:after="60"/>
        <w:jc w:val="both"/>
      </w:pPr>
      <w:r>
        <w:rPr>
          <w:rtl/>
        </w:rPr>
        <w:t>ג. ‪62 × 18‬ קטן מ-1,000.      נכון / לא נכון</w:t>
      </w:r>
    </w:p>
    <w:p>
      <w:pPr>
        <w:bidi/>
        <w:spacing w:before="0" w:after="60"/>
        <w:jc w:val="both"/>
      </w:pPr>
      <w:r>
        <w:rPr>
          <w:rtl/>
        </w:rPr>
        <w:t>ד. אם ‪18 × 20 = 360‬, אז ‪9 × 40 = 720‬.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לפי האומדן הקרוב ביותר.</w:t>
      </w:r>
    </w:p>
    <w:p>
      <w:pPr>
        <w:bidi/>
        <w:spacing w:before="0" w:after="80"/>
        <w:jc w:val="both"/>
      </w:pPr>
      <w:r>
        <w:rPr>
          <w:color w:val="047857"/>
          <w:sz w:val="24"/>
          <w:szCs w:val="24"/>
          <w:rtl/>
        </w:rPr>
        <w:t>המילים: ‪19 × 21‬  |  ‪48 × 9‬  |  ‪41 × 49‬  |  ‪196 × 10‬  |  ‪8,100 : 20‬  |  ‪9,900 : 5‬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400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 המדויקת. היעזרו באומדן.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‪19 × 39‬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3,599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‪61 × 59‬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741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‪201 × 49‬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‪4,756 : 41‬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‪7,980 :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9,849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פתרו במאונך: ‪712 × 38‬. כתבו קודם אומדן.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תמר אמרה: «‪1,500 : 25 = 60‬, לכן ‪1,500 : 50 = 120‬». האם היא צודקת?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בבית הקפה נמכרות בכל יום בערך 285 כוסות קפה. בערך כמה כוסות נמכרות ב-31 ימים? כתבו אומדן, ואחר כך חשבו במדויק לפי 285 כוסות ליום.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משאית מעבירה 4,368 ק"ג קמח למאפיות, בשקים של 24 ק"ג. אריאל אמר: «יש בערך 20 שקים». האם האומדן שלו טוב? חשבו במדויק.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בלי לחשב, סדרו מהקטן לגדול והסבירו: ‪3,600 : 12‬, ‪3,600 : 15‬, ‪3,600 : 9‬.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ספר הרפתקאות עולה 59 ₪. בערך כמה יעלו 8 ספרים כאלה?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רכבת נוסעת 98 ק"מ בכל שעה. בערך כמה קילומטרים תיסע הרכבת ב-7 שעות?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לטורניר הכדורגל העירוני הגיעו 1,830 ילדים בהסעות של 58 מקומות. בערך כמה הסעות היו?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דוד קורא 42 עמודים בכל יום. בספר שלו 615 עמודים. האם יסיים את הספר ב-14 ימים? הסבירו בחישוב.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מכולת השכונה קנתה 28 ארגזים, ובכל ארגז 36 בקבוקי מים. כל בקבוק נמכר ב-5 ₪. עשו אומדן למספר הבקבוקים, ואחר כך חשבו במדויק כמה בקבוקים יש וכמה כסף יתקבל אם כולם יימכרו.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ספריית בית הספר קיבלה 7,980 ₪. 380 ₪ הוציאו על מדף חדש, ובכל השאר קנו ספרים ב-38 ₪ לספר. עשו אומדן, ואחר כך חשבו במדויק: כמה ספרים קנו?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5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5: חוקי החילוף, הקיבוץ והפילוג – חישוב נוח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שלושה חוקים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החוק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אומר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החילוף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מחליפים סדר גורמים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45 = 45 × 6‬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הקיבוץ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בוחרים מה לכפול קודם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37 × 5 = 37 × 10‬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הפילוג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מפרקים גורם וכופלים כל חלק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× 52 = 8 × 50 + 8 × 2‬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זוגות נוחים</w:t>
      </w:r>
    </w:p>
    <w:p>
      <w:pPr>
        <w:bidi/>
        <w:spacing w:before="0" w:after="20"/>
        <w:jc w:val="both"/>
      </w:pPr>
      <w:r>
        <w:rPr>
          <w:rtl/>
        </w:rPr>
        <w:t>1. ‪2 × 5 = 10‬</w:t>
      </w:r>
    </w:p>
    <w:p>
      <w:pPr>
        <w:bidi/>
        <w:spacing w:before="0" w:after="20"/>
        <w:jc w:val="both"/>
      </w:pPr>
      <w:r>
        <w:rPr>
          <w:rtl/>
        </w:rPr>
        <w:t>2. ‪4 × 25 = 100‬</w:t>
      </w:r>
    </w:p>
    <w:p>
      <w:pPr>
        <w:bidi/>
        <w:spacing w:before="0" w:after="20"/>
        <w:jc w:val="both"/>
      </w:pPr>
      <w:r>
        <w:rPr>
          <w:rtl/>
        </w:rPr>
        <w:t>3. ‪8 × 125 = 1,000‬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פילוג גם בחילוק</w:t>
      </w:r>
    </w:p>
    <w:p>
      <w:pPr>
        <w:bidi/>
        <w:spacing w:before="0" w:after="20"/>
        <w:jc w:val="both"/>
      </w:pPr>
      <w:r>
        <w:rPr>
          <w:rtl/>
        </w:rPr>
        <w:t>1. מפרקים את המחולק לחלקים שמתחלקים בקלות.</w:t>
      </w:r>
    </w:p>
    <w:p>
      <w:pPr>
        <w:bidi/>
        <w:spacing w:before="0" w:after="20"/>
        <w:jc w:val="both"/>
      </w:pPr>
      <w:r>
        <w:rPr>
          <w:rtl/>
        </w:rPr>
        <w:t>2. בחילוק אין חוק חילוף!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‪848 : 8 = 800 : 8 + 48 : 8 = 100 + 6 = 106‬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חוק החילוף: אפשר להחליף את סדר הגורמים, למשל ‪25 × 7 × 4 = 25 × 4 × 7‬.</w:t>
      </w:r>
    </w:p>
    <w:p>
      <w:pPr>
        <w:bidi/>
        <w:spacing w:before="0" w:after="20"/>
        <w:jc w:val="both"/>
      </w:pPr>
      <w:r>
        <w:rPr>
          <w:rtl/>
        </w:rPr>
        <w:t>2. חוק הקיבוץ: מקבצים יחד גורמים שנותנים מספר עגול, כמו ‪25 × 4 = 100‬ או ‪125 × 8 = 1,000‬.</w:t>
      </w:r>
    </w:p>
    <w:p>
      <w:pPr>
        <w:bidi/>
        <w:spacing w:before="0" w:after="20"/>
        <w:jc w:val="both"/>
      </w:pPr>
      <w:r>
        <w:rPr>
          <w:rtl/>
        </w:rPr>
        <w:t>3. חוק הפילוג: מפרקים מספר לסכום או להפרש נוח, למשל ‪6 × 19 = 6 × 20 − 6 × 1‬.</w:t>
      </w:r>
    </w:p>
    <w:p>
      <w:pPr>
        <w:bidi/>
        <w:spacing w:before="0" w:after="20"/>
        <w:jc w:val="both"/>
      </w:pPr>
      <w:r>
        <w:rPr>
          <w:rtl/>
        </w:rPr>
        <w:t>4. מחשבים כל חלק בעל פה, ואז מחברים או מחסרים.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 × 98 = ?‬</w:t>
      </w:r>
    </w:p>
    <w:p>
      <w:pPr>
        <w:bidi/>
        <w:spacing w:before="0" w:after="20"/>
        <w:jc w:val="both"/>
      </w:pPr>
      <w:r>
        <w:rPr>
          <w:rtl/>
        </w:rPr>
        <w:t>1. מפרקים: ‪98 = 100 − 2‬</w:t>
      </w:r>
    </w:p>
    <w:p>
      <w:pPr>
        <w:bidi/>
        <w:spacing w:before="0" w:after="20"/>
        <w:jc w:val="both"/>
      </w:pPr>
      <w:r>
        <w:rPr>
          <w:rtl/>
        </w:rPr>
        <w:t>2. ‪8 × 100 = 800‬</w:t>
      </w:r>
    </w:p>
    <w:p>
      <w:pPr>
        <w:bidi/>
        <w:spacing w:before="0" w:after="20"/>
        <w:jc w:val="both"/>
      </w:pPr>
      <w:r>
        <w:rPr>
          <w:rtl/>
        </w:rPr>
        <w:t>3. ‪8 × 2 = 16‬</w:t>
      </w:r>
    </w:p>
    <w:p>
      <w:pPr>
        <w:bidi/>
        <w:spacing w:before="0" w:after="20"/>
        <w:jc w:val="both"/>
      </w:pPr>
      <w:r>
        <w:rPr>
          <w:rtl/>
        </w:rPr>
        <w:t>4. לפי חוק הפילוג: ‪800 − 16 = 784‬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784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בעזרת זוגות נוחים.</w:t>
      </w:r>
    </w:p>
    <w:p>
      <w:pPr>
        <w:bidi/>
        <w:spacing w:before="0" w:after="60"/>
        <w:jc w:val="both"/>
      </w:pPr>
      <w:r>
        <w:rPr>
          <w:rtl/>
        </w:rPr>
        <w:t>א. ‪5 × 29 × 2 = __________‬</w:t>
      </w:r>
    </w:p>
    <w:p>
      <w:pPr>
        <w:bidi/>
        <w:spacing w:before="0" w:after="60"/>
        <w:jc w:val="both"/>
      </w:pPr>
      <w:r>
        <w:rPr>
          <w:rtl/>
        </w:rPr>
        <w:t>ב. ‪4 × 63 × 25 = __________‬</w:t>
      </w:r>
    </w:p>
    <w:p>
      <w:pPr>
        <w:bidi/>
        <w:spacing w:before="0" w:after="60"/>
        <w:jc w:val="both"/>
      </w:pPr>
      <w:r>
        <w:rPr>
          <w:rtl/>
        </w:rPr>
        <w:t>ג. ‪20 × 13 × 5 = __________‬</w:t>
      </w:r>
    </w:p>
    <w:p>
      <w:pPr>
        <w:bidi/>
        <w:spacing w:before="0" w:after="60"/>
        <w:jc w:val="both"/>
      </w:pPr>
      <w:r>
        <w:rPr>
          <w:rtl/>
        </w:rPr>
        <w:t>ד. ‪8 × 11 × 125 = __________‬</w:t>
      </w:r>
    </w:p>
    <w:p>
      <w:pPr>
        <w:bidi/>
        <w:spacing w:before="0" w:after="60"/>
        <w:jc w:val="both"/>
      </w:pPr>
      <w:r>
        <w:rPr>
          <w:rtl/>
        </w:rPr>
        <w:t>ה. ‪50 × 7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בעזרת חוק הפילוג.</w:t>
      </w:r>
    </w:p>
    <w:p>
      <w:pPr>
        <w:bidi/>
        <w:spacing w:before="0" w:after="60"/>
        <w:jc w:val="both"/>
      </w:pPr>
      <w:r>
        <w:rPr>
          <w:rtl/>
        </w:rPr>
        <w:t>א. ‪5 × 104 = __________‬</w:t>
      </w:r>
    </w:p>
    <w:p>
      <w:pPr>
        <w:bidi/>
        <w:spacing w:before="0" w:after="60"/>
        <w:jc w:val="both"/>
      </w:pPr>
      <w:r>
        <w:rPr>
          <w:rtl/>
        </w:rPr>
        <w:t>ב. ‪3 × 98 = __________‬</w:t>
      </w:r>
    </w:p>
    <w:p>
      <w:pPr>
        <w:bidi/>
        <w:spacing w:before="0" w:after="60"/>
        <w:jc w:val="both"/>
      </w:pPr>
      <w:r>
        <w:rPr>
          <w:rtl/>
        </w:rPr>
        <w:t>ג. ‪6 × 205 = __________‬</w:t>
      </w:r>
    </w:p>
    <w:p>
      <w:pPr>
        <w:bidi/>
        <w:spacing w:before="0" w:after="60"/>
        <w:jc w:val="both"/>
      </w:pPr>
      <w:r>
        <w:rPr>
          <w:rtl/>
        </w:rPr>
        <w:t>ד. ‪9 × 51 = __________‬</w:t>
      </w:r>
    </w:p>
    <w:p>
      <w:pPr>
        <w:bidi/>
        <w:spacing w:before="0" w:after="60"/>
        <w:jc w:val="both"/>
      </w:pPr>
      <w:r>
        <w:rPr>
          <w:rtl/>
        </w:rPr>
        <w:t>ה. ‪4 × 199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הפירוק ואת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×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× 10 + 15 ×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‪24 × 11‬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298‬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‪13 × 101‬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מיינו לפי החוק שעוזר לחשב בקלות.</w:t>
      </w:r>
    </w:p>
    <w:p>
      <w:pPr>
        <w:bidi/>
        <w:spacing w:before="0" w:after="80"/>
        <w:jc w:val="both"/>
      </w:pPr>
      <w:r>
        <w:rPr>
          <w:color w:val="047857"/>
          <w:sz w:val="24"/>
          <w:szCs w:val="24"/>
          <w:rtl/>
        </w:rPr>
        <w:t>המילים: ‪25 × 19 × 4‬  |  ‪8 × 99‬  |  ‪2 × 77 × 5‬  |  ‪6 × 102‬  |  ‪125 × 3 × 8‬  |  ‪5 × 49‬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חוק הקיבוץ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חוק הפילוג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‪38 × 7 + 62 × 7 = __________ × 7‬</w:t>
      </w:r>
    </w:p>
    <w:p>
      <w:pPr>
        <w:bidi/>
        <w:spacing w:before="0" w:after="60"/>
        <w:jc w:val="both"/>
      </w:pPr>
      <w:r>
        <w:rPr>
          <w:rtl/>
        </w:rPr>
        <w:t>ב. ‪(400 + 28) : 4 = 100 + __________‬</w:t>
      </w:r>
    </w:p>
    <w:p>
      <w:pPr>
        <w:bidi/>
        <w:spacing w:before="0" w:after="60"/>
        <w:jc w:val="both"/>
      </w:pPr>
      <w:r>
        <w:rPr>
          <w:rtl/>
        </w:rPr>
        <w:t>ג. ‪15 × 9 = 9 × __________‬</w:t>
      </w:r>
    </w:p>
    <w:p>
      <w:pPr>
        <w:bidi/>
        <w:spacing w:before="0" w:after="60"/>
        <w:jc w:val="both"/>
      </w:pPr>
      <w:r>
        <w:rPr>
          <w:rtl/>
        </w:rPr>
        <w:t>ד. ‪(8 × 25) × 13 = 8 × (25 × __________)‬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שווה ל-‪6 × 58‬?</w:t>
      </w:r>
    </w:p>
    <w:p>
      <w:pPr>
        <w:bidi/>
        <w:spacing w:before="0" w:after="80"/>
        <w:jc w:val="both"/>
      </w:pPr>
      <w:r>
        <w:rPr>
          <w:rtl/>
        </w:rPr>
        <w:t xml:space="preserve">   ○ ‪6 × 50 + 8‬      ○ ‪6 × 60 − 6 × 2‬      ○ ‪6 × 60 − 2‬</w:t>
      </w:r>
    </w:p>
    <w:p>
      <w:pPr>
        <w:bidi/>
        <w:spacing w:before="0" w:after="20"/>
        <w:jc w:val="both"/>
      </w:pPr>
      <w:r>
        <w:rPr>
          <w:rtl/>
        </w:rPr>
        <w:t>ב. כמה זה ‪4 × 37 × 25‬?</w:t>
      </w:r>
    </w:p>
    <w:p>
      <w:pPr>
        <w:bidi/>
        <w:spacing w:before="0" w:after="80"/>
        <w:jc w:val="both"/>
      </w:pPr>
      <w:r>
        <w:rPr>
          <w:rtl/>
        </w:rPr>
        <w:t xml:space="preserve">   ○ 370      ○ 3,700      ○ 1,850</w:t>
      </w:r>
    </w:p>
    <w:p>
      <w:pPr>
        <w:bidi/>
        <w:spacing w:before="0" w:after="20"/>
        <w:jc w:val="both"/>
      </w:pPr>
      <w:r>
        <w:rPr>
          <w:rtl/>
        </w:rPr>
        <w:t>ג. באיזה תרגיל מותר להחליף את סדר המספרים?</w:t>
      </w:r>
    </w:p>
    <w:p>
      <w:pPr>
        <w:bidi/>
        <w:spacing w:before="0" w:after="80"/>
        <w:jc w:val="both"/>
      </w:pPr>
      <w:r>
        <w:rPr>
          <w:rtl/>
        </w:rPr>
        <w:t xml:space="preserve">   ○ ‪72 : 8‬      ○ ‪72 − 8‬      ○ ‪72 ×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‪125 × 8 = 1,000‬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‪(80 + 16) : 8 = 10 + 16‬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‪21 × 15 = 20 × 15 + 15‬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‪2 × 48 × 50 = 480‬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חשבו בעזרת פילוג המחולק.</w:t>
      </w:r>
    </w:p>
    <w:p>
      <w:pPr>
        <w:bidi/>
        <w:spacing w:before="0" w:after="60"/>
        <w:jc w:val="both"/>
      </w:pPr>
      <w:r>
        <w:rPr>
          <w:rtl/>
        </w:rPr>
        <w:t>א. ‪368 : 4 = __________‬</w:t>
      </w:r>
    </w:p>
    <w:p>
      <w:pPr>
        <w:bidi/>
        <w:spacing w:before="0" w:after="60"/>
        <w:jc w:val="both"/>
      </w:pPr>
      <w:r>
        <w:rPr>
          <w:rtl/>
        </w:rPr>
        <w:t>ב. ‪1,545 : 5 = __________‬</w:t>
      </w:r>
    </w:p>
    <w:p>
      <w:pPr>
        <w:bidi/>
        <w:spacing w:before="0" w:after="60"/>
        <w:jc w:val="both"/>
      </w:pPr>
      <w:r>
        <w:rPr>
          <w:rtl/>
        </w:rPr>
        <w:t>ג. ‪484 : 22 = __________‬</w:t>
      </w:r>
    </w:p>
    <w:p>
      <w:pPr>
        <w:bidi/>
        <w:spacing w:before="0" w:after="60"/>
        <w:jc w:val="both"/>
      </w:pPr>
      <w:r>
        <w:rPr>
          <w:rtl/>
        </w:rPr>
        <w:t>ד. ‪1,365 : 15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מצאו את הטעות ותקנו: אורי חישב ‪9 × 46 = 9 × 40 + 6 = 366‬.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בשתי דרכים, במאונך ובדרך נוחה: ‪32 × 125‬.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למגרש הכדורגל הגיעו 4 אוטובוסים, בכל אוטובוס 25 שורות, ובכל שורה 3 אוהדים. כמה אוהדים הגיעו? כתבו תרגיל אחד וחשבו בדרך נוחה.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נועה קנתה 8 מחברות ב-7 שקלים ו-8 עטים ב-3 שקלים. כמה שילמה? חשבו בעזרת גורם משותף.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בחנות 98 קופסאות צבעים, ובכל קופסה 24 צבעים. כמה צבעים בחנות? חשבו בדרך נוחה והסבירו.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השלימו מספר אחד כך שאפשר לחשב בעל פה, וחשבו: ‪16 × ___ × 25 = 4,000‬.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דוד קנה 5 כרטיסים לבריכה, כל כרטיס ב-48 ₪. כמה שילם? חשבו בדרך נוחה.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חבילת דפים 99 דפים. כמה דפים יש ב-7 חבילות? חשבו בעזרת חוק הפילוג.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המורה קנה לכיתה 12 חבילות טושים, כל חבילה ב-25 ₪. כמה שילם? חשבו בדרך נוחה.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עומר קנה לחבריו 9 כרטיסים לסרט ב-32 ₪ כל אחד ו-9 שקיות פופקורן ב-18 ₪ כל אחת. כמה שילם בסך הכול? חשבו בעזרת גורם משותף.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בפרדס 24 שורות, ובכל שורה 125 עצי לימון. מכל עץ קטפו 4 ארגזים. כמה ארגזים קטפו בפרדס? חשבו בדרך הקצרה ביותר.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במכירת עוגות בבית הספר נמכרו 38 עוגות שוקולד ו-62 עוגות גבינה, כל עוגה ב-15 ₪. על המצרכים הוציאו 280 ₪. כמה כסף הרוויחו? חשבו בעזרת חוק הפילוג.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6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6: שבר כמנת 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השבר הוא חילוק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זה אומר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 שלמים מחולקים ל-4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2¹⁄₂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 שלמים מחולקים ל-2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10‬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 מחולק ל-10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מחולק גדול מהמחלק</w:t>
      </w:r>
    </w:p>
    <w:p>
      <w:pPr>
        <w:bidi/>
        <w:spacing w:before="0" w:after="20"/>
        <w:jc w:val="both"/>
      </w:pPr>
      <w:r>
        <w:rPr>
          <w:rtl/>
        </w:rPr>
        <w:t>1. מחלקים ומוצאים מנה ושארית.</w:t>
      </w:r>
    </w:p>
    <w:p>
      <w:pPr>
        <w:bidi/>
        <w:spacing w:before="0" w:after="20"/>
        <w:jc w:val="both"/>
      </w:pPr>
      <w:r>
        <w:rPr>
          <w:rtl/>
        </w:rPr>
        <w:t>2. השלם = המנה.</w:t>
      </w:r>
    </w:p>
    <w:p>
      <w:pPr>
        <w:bidi/>
        <w:spacing w:before="0" w:after="20"/>
        <w:jc w:val="both"/>
      </w:pPr>
      <w:r>
        <w:rPr>
          <w:rtl/>
        </w:rPr>
        <w:t>3. השבר = השארית חלקי המחלק.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‪11 : 3 = 3‬ (שארית ‪2) = 3‬²⁄₃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בבעיות</w:t>
      </w:r>
    </w:p>
    <w:p>
      <w:pPr>
        <w:bidi/>
        <w:spacing w:before="0" w:after="20"/>
        <w:jc w:val="both"/>
      </w:pPr>
      <w:r>
        <w:rPr>
          <w:rtl/>
        </w:rPr>
        <w:t>1. «מחלקים X שלמים בין Y» – כל אחד מקבל X/Y.</w:t>
      </w:r>
    </w:p>
    <w:p>
      <w:pPr>
        <w:bidi/>
        <w:spacing w:before="0" w:after="20"/>
        <w:jc w:val="both"/>
      </w:pPr>
      <w:r>
        <w:rPr>
          <w:rtl/>
        </w:rPr>
        <w:t>2. אם X מתחלק ב-Y – התשובה מספר שלם.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כל תרגיל חילוק אפשר לכתוב כשבר: המחולק הוא המונה, והמחלק הוא המכנה. למשל ‪3 : 4‬ = ³⁄₄.</w:t>
      </w:r>
    </w:p>
    <w:p>
      <w:pPr>
        <w:bidi/>
        <w:spacing w:before="0" w:after="20"/>
        <w:jc w:val="both"/>
      </w:pPr>
      <w:r>
        <w:rPr>
          <w:rtl/>
        </w:rPr>
        <w:t>2. אם המונה קטן מהמכנה – המנה קטנה מ-1. אם המונה גדול מהמכנה – המנה גדולה מ-1, וכותבים אותה כמספר מעורב: כמה שלמים יש, ואיזה חלק נשאר.</w:t>
      </w:r>
    </w:p>
    <w:p>
      <w:pPr>
        <w:bidi/>
        <w:spacing w:before="0" w:after="20"/>
        <w:jc w:val="both"/>
      </w:pPr>
      <w:r>
        <w:rPr>
          <w:rtl/>
        </w:rPr>
        <w:t>3. בבעיה מילולית שואלים: מה מחלקים (המונה)? לכמה חלקים שווים (המכנה)?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המכנה = המונה.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3 פיצות חולקו שווה בשווה בין 8 ילדים. איזה חלק מפיצה קיבל כל ילד?</w:t>
      </w:r>
    </w:p>
    <w:p>
      <w:pPr>
        <w:bidi/>
        <w:spacing w:before="0" w:after="20"/>
        <w:jc w:val="both"/>
      </w:pPr>
      <w:r>
        <w:rPr>
          <w:rtl/>
        </w:rPr>
        <w:t>1. מחלקים 3 שלמים ל-8 חלקים שווים: ‪3 : 8‬ = ³⁄₈</w:t>
      </w:r>
    </w:p>
    <w:p>
      <w:pPr>
        <w:bidi/>
        <w:spacing w:before="0" w:after="20"/>
        <w:jc w:val="both"/>
      </w:pPr>
      <w:r>
        <w:rPr>
          <w:rtl/>
        </w:rPr>
        <w:t>2. בדיקה: ³⁄₈ × ‪8 = 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כל ילד קיבל ³⁄₈ 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המנה כשבר או כמספר שלם.</w:t>
      </w:r>
    </w:p>
    <w:p>
      <w:pPr>
        <w:bidi/>
        <w:spacing w:before="0" w:after="60"/>
        <w:jc w:val="both"/>
      </w:pPr>
      <w:r>
        <w:rPr>
          <w:rtl/>
        </w:rPr>
        <w:t>א. ‪1 : 6 = __________‬</w:t>
      </w:r>
    </w:p>
    <w:p>
      <w:pPr>
        <w:bidi/>
        <w:spacing w:before="0" w:after="60"/>
        <w:jc w:val="both"/>
      </w:pPr>
      <w:r>
        <w:rPr>
          <w:rtl/>
        </w:rPr>
        <w:t>ב. ‪3 : 5 = __________‬</w:t>
      </w:r>
    </w:p>
    <w:p>
      <w:pPr>
        <w:bidi/>
        <w:spacing w:before="0" w:after="60"/>
        <w:jc w:val="both"/>
      </w:pPr>
      <w:r>
        <w:rPr>
          <w:rtl/>
        </w:rPr>
        <w:t>ג. ‪7 : 9 = __________‬</w:t>
      </w:r>
    </w:p>
    <w:p>
      <w:pPr>
        <w:bidi/>
        <w:spacing w:before="0" w:after="60"/>
        <w:jc w:val="both"/>
      </w:pPr>
      <w:r>
        <w:rPr>
          <w:rtl/>
        </w:rPr>
        <w:t>ד. ‪18 : 6 = __________‬</w:t>
      </w:r>
    </w:p>
    <w:p>
      <w:pPr>
        <w:bidi/>
        <w:spacing w:before="0" w:after="60"/>
        <w:jc w:val="both"/>
      </w:pPr>
      <w:r>
        <w:rPr>
          <w:rtl/>
        </w:rPr>
        <w:t>ה. ‪5 : 12 = __________‬</w:t>
      </w:r>
    </w:p>
    <w:p>
      <w:pPr>
        <w:bidi/>
        <w:spacing w:before="0" w:after="60"/>
        <w:jc w:val="both"/>
      </w:pPr>
      <w:r>
        <w:rPr>
          <w:rtl/>
        </w:rPr>
        <w:t>ו. ‪30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כתבו כמספר מעורב.</w:t>
      </w:r>
    </w:p>
    <w:p>
      <w:pPr>
        <w:bidi/>
        <w:spacing w:before="0" w:after="60"/>
        <w:jc w:val="both"/>
      </w:pPr>
      <w:r>
        <w:rPr>
          <w:rtl/>
        </w:rPr>
        <w:t>א. ‪5 : 2 = __________‬</w:t>
      </w:r>
    </w:p>
    <w:p>
      <w:pPr>
        <w:bidi/>
        <w:spacing w:before="0" w:after="60"/>
        <w:jc w:val="both"/>
      </w:pPr>
      <w:r>
        <w:rPr>
          <w:rtl/>
        </w:rPr>
        <w:t>ב. ‪8 : 3 = __________‬</w:t>
      </w:r>
    </w:p>
    <w:p>
      <w:pPr>
        <w:bidi/>
        <w:spacing w:before="0" w:after="60"/>
        <w:jc w:val="both"/>
      </w:pPr>
      <w:r>
        <w:rPr>
          <w:rtl/>
        </w:rPr>
        <w:t>ג. ‪13 : 4 = __________‬</w:t>
      </w:r>
    </w:p>
    <w:p>
      <w:pPr>
        <w:bidi/>
        <w:spacing w:before="0" w:after="60"/>
        <w:jc w:val="both"/>
      </w:pPr>
      <w:r>
        <w:rPr>
          <w:rtl/>
        </w:rPr>
        <w:t>ד. ‪22 : 5 = __________‬</w:t>
      </w:r>
    </w:p>
    <w:p>
      <w:pPr>
        <w:bidi/>
        <w:spacing w:before="0" w:after="60"/>
        <w:jc w:val="both"/>
      </w:pPr>
      <w:r>
        <w:rPr>
          <w:rtl/>
        </w:rPr>
        <w:t>ה. ‪31 :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⁴⁄₇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11‬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סיפור את השבר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2 פיצות בין 3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²⁄₃ פיצה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פיצות בין 2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1³⁄₅ פיצות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5 פיצות בין 8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⁵⁄₈ פיצה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8 פיצות בין 5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1¹⁄₂ פיצות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מיינו לפי המנה.</w:t>
      </w:r>
    </w:p>
    <w:p>
      <w:pPr>
        <w:bidi/>
        <w:spacing w:before="0" w:after="80"/>
        <w:jc w:val="both"/>
      </w:pPr>
      <w:r>
        <w:rPr>
          <w:color w:val="047857"/>
          <w:sz w:val="24"/>
          <w:szCs w:val="24"/>
          <w:rtl/>
        </w:rPr>
        <w:t>המילים: ‪6 : 12‬  |  ‪12 : 4‬  |  ‪1 : 2‬  |  ‪9 : 3‬  |  ‪15 : 5‬  |  ‪4 : 8‬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¹⁄₂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כתבו &gt; , &lt; או =.</w:t>
      </w:r>
    </w:p>
    <w:p>
      <w:pPr>
        <w:bidi/>
        <w:spacing w:before="0" w:after="60"/>
        <w:jc w:val="both"/>
      </w:pPr>
      <w:r>
        <w:rPr>
          <w:rtl/>
        </w:rPr>
        <w:t>א. ‪3 : 4 __________ 1‬</w:t>
      </w:r>
    </w:p>
    <w:p>
      <w:pPr>
        <w:bidi/>
        <w:spacing w:before="0" w:after="60"/>
        <w:jc w:val="both"/>
      </w:pPr>
      <w:r>
        <w:rPr>
          <w:rtl/>
        </w:rPr>
        <w:t>ב. ‪9 : 4 __________ 2‬</w:t>
      </w:r>
    </w:p>
    <w:p>
      <w:pPr>
        <w:bidi/>
        <w:spacing w:before="0" w:after="60"/>
        <w:jc w:val="both"/>
      </w:pPr>
      <w:r>
        <w:rPr>
          <w:rtl/>
        </w:rPr>
        <w:t>ג. ‪5 : 5 __________ 1‬</w:t>
      </w:r>
    </w:p>
    <w:p>
      <w:pPr>
        <w:bidi/>
        <w:spacing w:before="0" w:after="60"/>
        <w:jc w:val="both"/>
      </w:pPr>
      <w:r>
        <w:rPr>
          <w:rtl/>
        </w:rPr>
        <w:t>ד. ‪2 : 3 __________ 3 :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מתאים לשבר ⁷⁄₃?</w:t>
      </w:r>
    </w:p>
    <w:p>
      <w:pPr>
        <w:bidi/>
        <w:spacing w:before="0" w:after="80"/>
        <w:jc w:val="both"/>
      </w:pPr>
      <w:r>
        <w:rPr>
          <w:rtl/>
        </w:rPr>
        <w:t xml:space="preserve">   ○ ‪3 : 7‬      ○ ‪7 : 3‬      ○ ‪7 × 3‬</w:t>
      </w:r>
    </w:p>
    <w:p>
      <w:pPr>
        <w:bidi/>
        <w:spacing w:before="0" w:after="20"/>
        <w:jc w:val="both"/>
      </w:pPr>
      <w:r>
        <w:rPr>
          <w:rtl/>
        </w:rPr>
        <w:t>ב. כמה זה ‪41 : 10‬?</w:t>
      </w:r>
    </w:p>
    <w:p>
      <w:pPr>
        <w:bidi/>
        <w:spacing w:before="0" w:after="80"/>
        <w:jc w:val="both"/>
      </w:pPr>
      <w:r>
        <w:rPr>
          <w:rtl/>
        </w:rPr>
        <w:t xml:space="preserve">   ○ 4.1      ○ 41.0      ○ 0.41</w:t>
      </w:r>
    </w:p>
    <w:p>
      <w:pPr>
        <w:bidi/>
        <w:spacing w:before="0" w:after="20"/>
        <w:jc w:val="both"/>
      </w:pPr>
      <w:r>
        <w:rPr>
          <w:rtl/>
        </w:rPr>
        <w:t>ג. 6 ליטרים מים נמזגו שווה בשווה ל-4 בקבוקים. בכל בקבוק:</w:t>
      </w:r>
    </w:p>
    <w:p>
      <w:pPr>
        <w:bidi/>
        <w:spacing w:before="0" w:after="80"/>
        <w:jc w:val="both"/>
      </w:pPr>
      <w:r>
        <w:rPr>
          <w:rtl/>
        </w:rPr>
        <w:t xml:space="preserve">   ○ 1¹⁄₂ ליטרים      ○ 1¹⁄₄ ליטרים      ○ ²⁄₃ ליטר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‪1 : 7‬ = ¹⁄₇      נכון / לא נכון</w:t>
      </w:r>
    </w:p>
    <w:p>
      <w:pPr>
        <w:bidi/>
        <w:spacing w:before="0" w:after="60"/>
        <w:jc w:val="both"/>
      </w:pPr>
      <w:r>
        <w:rPr>
          <w:rtl/>
        </w:rPr>
        <w:t>ב. ‪10 : 4 = 2‬²⁄₄, וזה שווה ל-2¹⁄₂.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המנה של ‪3 : 9‬ גדולה מ-1.      נכון / לא נכון</w:t>
      </w:r>
    </w:p>
    <w:p>
      <w:pPr>
        <w:bidi/>
        <w:spacing w:before="0" w:after="60"/>
        <w:jc w:val="both"/>
      </w:pPr>
      <w:r>
        <w:rPr>
          <w:rtl/>
        </w:rPr>
        <w:t>ד. ‪27 : 100 = 2.7‬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מצאו את הטעות ותקנו: דניאל כתב ‪17 : 3 = 5‬³⁄₂.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שרטטו 2 עיגולים שווים וחלקו אותם בין 3 ילדים. כתבו כמה מקבל כל ילד.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אריאל ו-3 חברים קנו 5 חפיסות שוקולד וחילקו אותן שווה בשווה ביניהם. כמה שוקולד קיבל כל אחד?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בגינה הקהילתית 3 ערוגות שוות, ו-8 ילדים מטפלים בהן. כל ילד מטפל בחלק שווה. איזה חלק מהערוגות מטפל כל ילד? האם זה יותר או פחות מחצי ערוגה?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במרוץ שליחים של 10 קילומטרים חילקו את המסלול ל-4 קטעים שווים. כמה קילומטרים אורך כל קטע? כתבו כמספר מעורב וכשבר עשרוני.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מצאו שני תרגילי חילוק שונים שהמנה של כל אחד מהם היא 2³⁄₅.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2 עוגות חולקו שווה בשווה בין 5 ילדים. איזה חלק מעוגה קיבל כל ילד?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נועם חילק 7 לחמניות שווה בשווה בינו לבין שני חבריו – 3 ילדים בסך הכול. כמה לחמניות קיבל כל ילד?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במכולת חילקו 10 ק"ג אורז ל-3 שקיות שוות. כמה קילוגרמים יש בכל שקית?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דוד הלך במסלול של 13 ק"מ במשך 4 ימים, ובכל יום הלך אותו מרחק. כמה קילומטרים הלך בכל יום?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בכיתה 6 קבוצות. המורה הביא 4 חבילות פלסטלינה, ואחר כך עוד 5 חבילות. את כל החבילות חילק שווה בשווה בין הקבוצות. כמה חבילות קיבלה כל קבוצה?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לסעודת השבת של התנועה הכינו 4 סירים של חמין, ואחר כך עוד 3 סירים. את כל החמין חילקו שווה בשווה בין 14 שולחנות. איזה חלק מסיר קיבל כל שולחן?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פרק 7</w:t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פרק 7: בעיות רב-שלביות בכפל ובחילוק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שלבי הפתרון</w:t>
      </w:r>
    </w:p>
    <w:p>
      <w:pPr>
        <w:bidi/>
        <w:spacing w:before="0" w:after="20"/>
        <w:jc w:val="both"/>
      </w:pPr>
      <w:r>
        <w:rPr>
          <w:rtl/>
        </w:rPr>
        <w:t>1. קוראים: מה ידוע? מה שואלים?</w:t>
      </w:r>
    </w:p>
    <w:p>
      <w:pPr>
        <w:bidi/>
        <w:spacing w:before="0" w:after="20"/>
        <w:jc w:val="both"/>
      </w:pPr>
      <w:r>
        <w:rPr>
          <w:rtl/>
        </w:rPr>
        <w:t>2. מתכננים: אילו פעולות ובאיזה סדר?</w:t>
      </w:r>
    </w:p>
    <w:p>
      <w:pPr>
        <w:bidi/>
        <w:spacing w:before="0" w:after="20"/>
        <w:jc w:val="both"/>
      </w:pPr>
      <w:r>
        <w:rPr>
          <w:rtl/>
        </w:rPr>
        <w:t>3. מחשבים כל שלב וכותבים מה מצאנו.</w:t>
      </w:r>
    </w:p>
    <w:p>
      <w:pPr>
        <w:bidi/>
        <w:spacing w:before="0" w:after="20"/>
        <w:jc w:val="both"/>
      </w:pPr>
      <w:r>
        <w:rPr>
          <w:rtl/>
        </w:rPr>
        <w:t>4. בודקים בעזרת אומדן וכותבים תשובה במילים.</w:t>
      </w: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סדר פעולות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כלל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קודם סוגריים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‪(20 + 4) × 5 = 120‬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וחילוק לפני חיבור וחיסור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‪20 + 4 × 5 = 40‬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8"/>
          <w:szCs w:val="28"/>
          <w:rtl/>
        </w:rPr>
        <w:t>◆ מילים שעוזרות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בשאלה כתוב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הפעולה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 כמה? / חלקו שווה בשווה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חילוק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יותר? / כמה פחות?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בכל אחד... כמה בסך הכול?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קוראים את הבעיה עד הסוף ומסמנים: מה ידוע ומה שואלים.</w:t>
      </w:r>
    </w:p>
    <w:p>
      <w:pPr>
        <w:bidi/>
        <w:spacing w:before="0" w:after="20"/>
        <w:jc w:val="both"/>
      </w:pPr>
      <w:r>
        <w:rPr>
          <w:rtl/>
        </w:rPr>
        <w:t>2. מתכננים: מה צריך לחשב קודם כדי שאפשר יהיה לענות על השאלה? כותבים את סדר הפעולות.</w:t>
      </w:r>
    </w:p>
    <w:p>
      <w:pPr>
        <w:bidi/>
        <w:spacing w:before="0" w:after="20"/>
        <w:jc w:val="both"/>
      </w:pPr>
      <w:r>
        <w:rPr>
          <w:rtl/>
        </w:rPr>
        <w:t>3. מחשבים שלב אחרי שלב, וכותבים ליד כל תוצאה מה היא אומרת (תלמידים, ₪, ארגזים).</w:t>
      </w:r>
    </w:p>
    <w:p>
      <w:pPr>
        <w:bidi/>
        <w:spacing w:before="0" w:after="20"/>
        <w:jc w:val="both"/>
      </w:pPr>
      <w:r>
        <w:rPr>
          <w:rtl/>
        </w:rPr>
        <w:t>4. בודקים בעזרת אומדן שהתשובה הגיונית, וכותבים תשובה במשפט מלא.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עומר קנה 6 מחברות ב-14 ₪ כל אחת ו-4 עטים ב-9 ₪ כל אחד. הוא שילם 150 ₪. כמה עודף קיבל?</w:t>
      </w:r>
    </w:p>
    <w:p>
      <w:pPr>
        <w:bidi/>
        <w:spacing w:before="0" w:after="20"/>
        <w:jc w:val="both"/>
      </w:pPr>
      <w:r>
        <w:rPr>
          <w:rtl/>
        </w:rPr>
        <w:t>1. ‪6 × 14 = 84‬ ₪ על המחברות</w:t>
      </w:r>
    </w:p>
    <w:p>
      <w:pPr>
        <w:bidi/>
        <w:spacing w:before="0" w:after="20"/>
        <w:jc w:val="both"/>
      </w:pPr>
      <w:r>
        <w:rPr>
          <w:rtl/>
        </w:rPr>
        <w:t>2. ‪4 × 9 = 36‬ ₪ על העטים</w:t>
      </w:r>
    </w:p>
    <w:p>
      <w:pPr>
        <w:bidi/>
        <w:spacing w:before="0" w:after="20"/>
        <w:jc w:val="both"/>
      </w:pPr>
      <w:r>
        <w:rPr>
          <w:rtl/>
        </w:rPr>
        <w:t>3. ‪84 + 36 = 120‬ ₪ בסך הכול</w:t>
      </w:r>
    </w:p>
    <w:p>
      <w:pPr>
        <w:bidi/>
        <w:spacing w:before="0" w:after="20"/>
        <w:jc w:val="both"/>
      </w:pPr>
      <w:r>
        <w:rPr>
          <w:rtl/>
        </w:rPr>
        <w:t>4. ‪150 − 120 = 30‬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עומר קיבל 30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60"/>
        <w:jc w:val="both"/>
      </w:pPr>
      <w:r>
        <w:rPr>
          <w:rtl/>
        </w:rPr>
        <w:t>א. ‪40 + 60 : 4 = __________‬</w:t>
      </w:r>
    </w:p>
    <w:p>
      <w:pPr>
        <w:bidi/>
        <w:spacing w:before="0" w:after="60"/>
        <w:jc w:val="both"/>
      </w:pPr>
      <w:r>
        <w:rPr>
          <w:rtl/>
        </w:rPr>
        <w:t>ב. ‪(40 + 60) : 4 = __________‬</w:t>
      </w:r>
    </w:p>
    <w:p>
      <w:pPr>
        <w:bidi/>
        <w:spacing w:before="0" w:after="60"/>
        <w:jc w:val="both"/>
      </w:pPr>
      <w:r>
        <w:rPr>
          <w:rtl/>
        </w:rPr>
        <w:t>ג. ‪7 × 20 − 40 = __________‬</w:t>
      </w:r>
    </w:p>
    <w:p>
      <w:pPr>
        <w:bidi/>
        <w:spacing w:before="0" w:after="60"/>
        <w:jc w:val="both"/>
      </w:pPr>
      <w:r>
        <w:rPr>
          <w:rtl/>
        </w:rPr>
        <w:t>ד. ‪7 × (20 − 4) = __________‬</w:t>
      </w:r>
    </w:p>
    <w:p>
      <w:pPr>
        <w:bidi/>
        <w:spacing w:before="0" w:after="60"/>
        <w:jc w:val="both"/>
      </w:pPr>
      <w:r>
        <w:rPr>
          <w:rtl/>
        </w:rPr>
        <w:t>ה. ‪500 − 400 : 8 = __________‬</w:t>
      </w:r>
    </w:p>
    <w:p>
      <w:pPr>
        <w:bidi/>
        <w:spacing w:before="0" w:after="60"/>
        <w:jc w:val="both"/>
      </w:pPr>
      <w:r>
        <w:rPr>
          <w:rtl/>
        </w:rPr>
        <w:t>ו. ‪(500 − 400) :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‪(12 × __________) : 6 = 50‬</w:t>
      </w:r>
    </w:p>
    <w:p>
      <w:pPr>
        <w:bidi/>
        <w:spacing w:before="0" w:after="60"/>
        <w:jc w:val="both"/>
      </w:pPr>
      <w:r>
        <w:rPr>
          <w:rtl/>
        </w:rPr>
        <w:t>ב. ‪(__________ − 100) : 8 = 25‬</w:t>
      </w:r>
    </w:p>
    <w:p>
      <w:pPr>
        <w:bidi/>
        <w:spacing w:before="0" w:after="60"/>
        <w:jc w:val="both"/>
      </w:pPr>
      <w:r>
        <w:rPr>
          <w:rtl/>
        </w:rPr>
        <w:t>ג. ‪15 × 4 + __________ = 100‬</w:t>
      </w:r>
    </w:p>
    <w:p>
      <w:pPr>
        <w:bidi/>
        <w:spacing w:before="0" w:after="60"/>
        <w:jc w:val="both"/>
      </w:pPr>
      <w:r>
        <w:rPr>
          <w:rtl/>
        </w:rPr>
        <w:t>ד. ‪__________ : 9 − 10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הוסיפו סוגריים כך שהתרגיל יהיה נכון, והעתיקו אותו.</w:t>
      </w:r>
    </w:p>
    <w:p>
      <w:pPr>
        <w:bidi/>
        <w:spacing w:before="0" w:after="100"/>
        <w:jc w:val="both"/>
      </w:pPr>
      <w:r>
        <w:rPr>
          <w:rtl/>
        </w:rPr>
        <w:t>א. ‪8 + 12 × 5 = 100‬</w:t>
      </w:r>
    </w:p>
    <w:p>
      <w:pPr>
        <w:bidi/>
        <w:spacing w:before="0" w:after="100"/>
        <w:jc w:val="both"/>
      </w:pPr>
      <w:r>
        <w:rPr>
          <w:rtl/>
        </w:rPr>
        <w:t>ב. ‪72 : 4 + 4 = 9‬</w:t>
      </w:r>
    </w:p>
    <w:p>
      <w:pPr>
        <w:bidi/>
        <w:spacing w:before="0" w:after="100"/>
        <w:jc w:val="both"/>
      </w:pPr>
      <w:r>
        <w:rPr>
          <w:rtl/>
        </w:rPr>
        <w:t>ג. ‪50 − 10 × 2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מיינו את השאלות לפי הפעולה שבה פותרים אותן.</w:t>
      </w:r>
    </w:p>
    <w:p>
      <w:pPr>
        <w:bidi/>
        <w:spacing w:before="0" w:after="80"/>
        <w:jc w:val="both"/>
      </w:pPr>
      <w:r>
        <w:rPr>
          <w:color w:val="047857"/>
          <w:sz w:val="24"/>
          <w:szCs w:val="24"/>
          <w:rtl/>
        </w:rPr>
        <w:t>המילים: פי כמה 600 גדול מ-30?  |  כמה יותר יש ל-600 מ-30?  |  מחלקים 600 שווה בשווה ל-30  |  30 שורות, 600 בכל שורה. כמה בסך הכול?  |  בכמה 30 קטן מ-600?  |  25 קופסאות, 12 בכל קופסה. כמה בסך הכול?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חילוק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חיסור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התרגיל המתאים.</w:t>
      </w:r>
    </w:p>
    <w:p>
      <w:pPr>
        <w:bidi/>
        <w:spacing w:before="0" w:after="20"/>
        <w:jc w:val="both"/>
      </w:pPr>
      <w:r>
        <w:rPr>
          <w:rtl/>
        </w:rPr>
        <w:t>א. במאפייה אפו 450 לחמניות. 50 נמכרו, והשאר נארזו בשקיות של 8. כמה שקיות?</w:t>
      </w:r>
    </w:p>
    <w:p>
      <w:pPr>
        <w:bidi/>
        <w:spacing w:before="0" w:after="80"/>
        <w:jc w:val="both"/>
      </w:pPr>
      <w:r>
        <w:rPr>
          <w:rtl/>
        </w:rPr>
        <w:t xml:space="preserve">   ○ ‪450 − 50 : 8‬      ○ ‪(450 − 50) : 8‬      ○ ‪450 : 8 − 50‬</w:t>
      </w:r>
    </w:p>
    <w:p>
      <w:pPr>
        <w:bidi/>
        <w:spacing w:before="0" w:after="20"/>
        <w:jc w:val="both"/>
      </w:pPr>
      <w:r>
        <w:rPr>
          <w:rtl/>
        </w:rPr>
        <w:t>ב. נועם קרא 25 עמודים בכל יום במשך 12 ימים, ונשארו לו 80 עמודים. כמה עמודים בספר?</w:t>
      </w:r>
    </w:p>
    <w:p>
      <w:pPr>
        <w:bidi/>
        <w:spacing w:before="0" w:after="80"/>
        <w:jc w:val="both"/>
      </w:pPr>
      <w:r>
        <w:rPr>
          <w:rtl/>
        </w:rPr>
        <w:t xml:space="preserve">   ○ ‪25 × 12 + 80‬      ○ ‪25 × (12 + 80)‬      ○ ‪25 + 12 ×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‪60 − 20 : 4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‪3 × (10 + 5) = 3 × 10 + 3 × 5‬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‪120 : (2 × 3) = 20‬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למשחק כדורסל נמכרו 1,850 כרטיסים ב-24 שקלים כל אחד. פתרו במאונך: כמה כסף התקבל?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מכונה ממלאת 35 בקבוקים בדקה. כמה בקבוקים היא ממלאת בשעה? כמה ארגזים של 24 בקבוקים אפשר למלא בבקבוקים של שעה אחת?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בבית הספר 14 כיתות, ובכל כיתה 32 תלמידים. לטיול שוכרים אוטובוסים של 50 מקומות. כמה אוטובוסים צריך?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מיכל חוסכת 45 שקלים בכל שבוע. אחיה עומר חוסך 15 שקלים בכל שבוע. פי כמה חוסכת מיכל יותר? כמה יותר תחסוך מיכל מעומר אחרי 12 שבועות?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מצאו את הטעות ותקנו: אריאל פתר את הבעיה «ב-6 שקיות 25 גולות. ילד אחד לקח 30 גולות, והשאר חולקו ל-5 ילדים. כמה קיבל כל אחד מה-5?» כך: ‪6 × 25 − 30 : 5 = 144‬.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בחווה 8 לולים, ובכל לול 125 תרנגולות. כל תרנגולת מטילה ביצה אחת ביום. הביצים נארזות בתבניות של 30. כמה תבניות מלאות אפשר לארוז ביום?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בקיוסק, 3 כריכים ו-2 בקבוקי שתייה עולים יחד 54 שקלים. בקבוק שתייה עולה 6 שקלים. כמה עולה כריך? כמה יעלו 12 כריכים ו-12 בקבוקי שתייה?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דוד קנה 2 חבילות של 12 בקבוקי מים, ועוד 6 בקבוקים בודדים. כמה בקבוקים קנה?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באולם 15 שורות, ובכל שורה 20 כיסאות. להצגה הגיעו 280 צופים. כמה כיסאות נשארו פנויים?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המאפייה אפתה 640 לחמניות בבוקר ו-320 לחמניות בצהריים. את כל הלחמניות ארזו בשקיות של 8. כמה שקיות התקבלו?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תמר קנתה 4 ספרים, כל ספר ב-38 ₪, ושילמה ב-200 ₪. כמה עודף קיבלה?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חקלאי בעמק יזרעאל קטף 2,400 ק"ג תפוחים. 1,350 ק"ג מכר לשוק, ואת השאר ארז בארגזים של 15 ק"ג ומכר כל ארגז ב-60 ₪. כמה ארגזים ארז, וכמה כסף קיבל עליהם?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לקייטנה נרשמו 8 קבוצות, ובכל קבוצה 24 ילדים. כל ילד מקבל 3 ארטיקים בשבוע. בכל קופסה 32 ארטיקים. כמה קופסאות צריך לשבוע אחד?</w:t>
      </w:r>
    </w:p>
    <w:p>
      <w:pPr>
        <w:bidi/>
        <w:spacing w:before="0" w:after="20"/>
        <w:jc w:val="both"/>
      </w:pPr>
      <w:r>
        <w:rPr>
          <w:b/>
          <w:bCs/>
          <w:color w:val="047857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47857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(כפל במספרים גדולים).</w:t>
      </w:r>
    </w:p>
    <w:p>
      <w:pPr>
        <w:bidi/>
        <w:spacing w:before="0" w:after="60"/>
        <w:jc w:val="both"/>
      </w:pPr>
      <w:r>
        <w:rPr>
          <w:rtl/>
        </w:rPr>
        <w:t>א. ‪60 × 700 = __________‬</w:t>
      </w:r>
    </w:p>
    <w:p>
      <w:pPr>
        <w:bidi/>
        <w:spacing w:before="0" w:after="60"/>
        <w:jc w:val="both"/>
      </w:pPr>
      <w:r>
        <w:rPr>
          <w:rtl/>
        </w:rPr>
        <w:t>ב. ‪243 × 8 = __________‬</w:t>
      </w:r>
    </w:p>
    <w:p>
      <w:pPr>
        <w:bidi/>
        <w:spacing w:before="0" w:after="60"/>
        <w:jc w:val="both"/>
      </w:pPr>
      <w:r>
        <w:rPr>
          <w:rtl/>
        </w:rPr>
        <w:t>ג. ‪57 × 34 = __________‬</w:t>
      </w:r>
    </w:p>
    <w:p>
      <w:pPr>
        <w:bidi/>
        <w:spacing w:before="0" w:after="60"/>
        <w:jc w:val="both"/>
      </w:pPr>
      <w:r>
        <w:rPr>
          <w:rtl/>
        </w:rPr>
        <w:t>ד. ‪318 × 26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‪912 : 24‬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‪1,000 : 45‬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‪2,050 : 34‬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עשו 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‪497 × 21‬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‪6,120 : 29‬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‪78 × 52‬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חשבו בדרך נוחה.</w:t>
      </w:r>
    </w:p>
    <w:p>
      <w:pPr>
        <w:bidi/>
        <w:spacing w:before="0" w:after="60"/>
        <w:jc w:val="both"/>
      </w:pPr>
      <w:r>
        <w:rPr>
          <w:rtl/>
        </w:rPr>
        <w:t>א. ‪25 × 23 × 4 = __________‬</w:t>
      </w:r>
    </w:p>
    <w:p>
      <w:pPr>
        <w:bidi/>
        <w:spacing w:before="0" w:after="60"/>
        <w:jc w:val="both"/>
      </w:pPr>
      <w:r>
        <w:rPr>
          <w:rtl/>
        </w:rPr>
        <w:t>ב. ‪9 × 102 = __________‬</w:t>
      </w:r>
    </w:p>
    <w:p>
      <w:pPr>
        <w:bidi/>
        <w:spacing w:before="0" w:after="60"/>
        <w:jc w:val="both"/>
      </w:pPr>
      <w:r>
        <w:rPr>
          <w:rtl/>
        </w:rPr>
        <w:t>ג. ‪37 × 6 + 63 × 6 = __________‬</w:t>
      </w:r>
    </w:p>
    <w:p>
      <w:pPr>
        <w:bidi/>
        <w:spacing w:before="0" w:after="60"/>
        <w:jc w:val="both"/>
      </w:pPr>
      <w:r>
        <w:rPr>
          <w:rtl/>
        </w:rPr>
        <w:t>ד. ‪(800 + 48) :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המנה כשבר או כמספר מעורב.</w:t>
      </w:r>
    </w:p>
    <w:p>
      <w:pPr>
        <w:bidi/>
        <w:spacing w:before="0" w:after="60"/>
        <w:jc w:val="both"/>
      </w:pPr>
      <w:r>
        <w:rPr>
          <w:rtl/>
        </w:rPr>
        <w:t>א. ‪4 : 9 = __________‬</w:t>
      </w:r>
    </w:p>
    <w:p>
      <w:pPr>
        <w:bidi/>
        <w:spacing w:before="0" w:after="60"/>
        <w:jc w:val="both"/>
      </w:pPr>
      <w:r>
        <w:rPr>
          <w:rtl/>
        </w:rPr>
        <w:t>ב. ‪13 : 5 = __________‬</w:t>
      </w:r>
    </w:p>
    <w:p>
      <w:pPr>
        <w:bidi/>
        <w:spacing w:before="0" w:after="60"/>
        <w:jc w:val="both"/>
      </w:pPr>
      <w:r>
        <w:rPr>
          <w:rtl/>
        </w:rPr>
        <w:t>ג. ‪25 : 4 = __________‬</w:t>
      </w:r>
    </w:p>
    <w:p>
      <w:pPr>
        <w:bidi/>
        <w:spacing w:before="0" w:after="60"/>
        <w:jc w:val="both"/>
      </w:pPr>
      <w:r>
        <w:rPr>
          <w:rtl/>
        </w:rPr>
        <w:t>ד. ‪7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בחילוק ב-30 השארית יכולה להיות 30.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‪720 : 24 = 30‬, אז ‪720 : 12 = 60‬.      נכון / לא נכון</w:t>
      </w:r>
    </w:p>
    <w:p>
      <w:pPr>
        <w:bidi/>
        <w:spacing w:before="0" w:after="60"/>
        <w:jc w:val="both"/>
      </w:pPr>
      <w:r>
        <w:rPr>
          <w:rtl/>
        </w:rPr>
        <w:t>ג. ‪12 + 8 × 5 = 100‬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בקייטנה 236 ילדים. לכל ילד קונים 3 ארטיקים, והארטיקים נמכרים בקופסאות של 24. כמה קופסאות צריך לקנות?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Times New Roman" w:hAnsi="Times New Roman" w:cs="Times New Roman"/>
          <w:b/>
          <w:bCs/>
          <w:color w:val="047857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במתמטיקה לכיתה ה'.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imes New Roman" w:hAnsi="Times New Roman" w:cs="Times New Roman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1: כפל במספרים גדולים – חזרה והעמקה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‪73 × 100 = 7,300‬</w:t>
      </w:r>
    </w:p>
    <w:p>
      <w:pPr>
        <w:bidi/>
        <w:spacing w:before="0" w:after="40"/>
        <w:jc w:val="both"/>
      </w:pPr>
      <w:r>
        <w:rPr>
          <w:rtl/>
        </w:rPr>
        <w:t>ב. ‪9 × 4,000 = 36,000‬</w:t>
      </w:r>
    </w:p>
    <w:p>
      <w:pPr>
        <w:bidi/>
        <w:spacing w:before="0" w:after="40"/>
        <w:jc w:val="both"/>
      </w:pPr>
      <w:r>
        <w:rPr>
          <w:rtl/>
        </w:rPr>
        <w:t>ג. ‪80 × 90 = 7,200‬</w:t>
      </w:r>
    </w:p>
    <w:p>
      <w:pPr>
        <w:bidi/>
        <w:spacing w:before="0" w:after="40"/>
        <w:jc w:val="both"/>
      </w:pPr>
      <w:r>
        <w:rPr>
          <w:rtl/>
        </w:rPr>
        <w:t>ד. ‪600 × 70 = 42,000‬</w:t>
      </w:r>
    </w:p>
    <w:p>
      <w:pPr>
        <w:bidi/>
        <w:spacing w:before="0" w:after="40"/>
        <w:jc w:val="both"/>
      </w:pPr>
      <w:r>
        <w:rPr>
          <w:rtl/>
        </w:rPr>
        <w:t>ה. ‪250 × 40 = 10,000‬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100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580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5,800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58,000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3,040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30,400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304,000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1,250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12,500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125,000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1,250,000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מיינו את התרגילים לפי המכפלה.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6,000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10,000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‪30 × 200‬, ‪50 × 120‬, ‪15 × 400‬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‪25 × 400‬, ‪40 × 250‬, ‪20 × 500‬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הפירוק וחשבו.</w:t>
      </w:r>
    </w:p>
    <w:p>
      <w:pPr>
        <w:bidi/>
        <w:spacing w:before="0" w:after="40"/>
        <w:jc w:val="both"/>
      </w:pPr>
      <w:r>
        <w:rPr>
          <w:rtl/>
        </w:rPr>
        <w:t>א. ‪518 × 6 = 500 × 6 + 18 × 6 = 3,000 + 108‬</w:t>
      </w:r>
    </w:p>
    <w:p>
      <w:pPr>
        <w:bidi/>
        <w:spacing w:before="0" w:after="40"/>
        <w:jc w:val="both"/>
      </w:pPr>
      <w:r>
        <w:rPr>
          <w:rtl/>
        </w:rPr>
        <w:t>ב. ‪724 × 3 = 700 × 3 + 24 × 3 = 2,172‬</w:t>
      </w:r>
    </w:p>
    <w:p>
      <w:pPr>
        <w:bidi/>
        <w:spacing w:before="0" w:after="40"/>
        <w:jc w:val="both"/>
      </w:pPr>
      <w:r>
        <w:rPr>
          <w:rtl/>
        </w:rPr>
        <w:t>ג. ‪4,105 × 8 = 4,000 × 8 + 105 × 8 = 32,840‬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במאונך או בפירוק.</w:t>
      </w:r>
    </w:p>
    <w:p>
      <w:pPr>
        <w:bidi/>
        <w:spacing w:before="0" w:after="40"/>
        <w:jc w:val="both"/>
      </w:pPr>
      <w:r>
        <w:rPr>
          <w:rtl/>
        </w:rPr>
        <w:t>א. ‪275 × 8 = 2,200‬</w:t>
      </w:r>
    </w:p>
    <w:p>
      <w:pPr>
        <w:bidi/>
        <w:spacing w:before="0" w:after="40"/>
        <w:jc w:val="both"/>
      </w:pPr>
      <w:r>
        <w:rPr>
          <w:rtl/>
        </w:rPr>
        <w:t>ב. ‪1,906 × 5 = 9,530‬</w:t>
      </w:r>
    </w:p>
    <w:p>
      <w:pPr>
        <w:bidi/>
        <w:spacing w:before="0" w:after="40"/>
        <w:jc w:val="both"/>
      </w:pPr>
      <w:r>
        <w:rPr>
          <w:rtl/>
        </w:rPr>
        <w:t>ג. ‪3,478 × 6 = 20,868‬</w:t>
      </w:r>
    </w:p>
    <w:p>
      <w:pPr>
        <w:bidi/>
        <w:spacing w:before="0" w:after="40"/>
        <w:jc w:val="both"/>
      </w:pPr>
      <w:r>
        <w:rPr>
          <w:rtl/>
        </w:rPr>
        <w:t>ד. ‪52 × 34 = 1,768‬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‪63 × 40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2,520</w:t>
      </w:r>
    </w:p>
    <w:p>
      <w:pPr>
        <w:bidi/>
        <w:spacing w:before="0" w:after="20"/>
        <w:jc w:val="both"/>
      </w:pPr>
      <w:r>
        <w:rPr>
          <w:rtl/>
        </w:rPr>
        <w:t>ב. איזה תרגיל שווה ל-‪48 × 25‬?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‪12 × 100‬</w:t>
      </w:r>
    </w:p>
    <w:p>
      <w:pPr>
        <w:bidi/>
        <w:spacing w:before="0" w:after="20"/>
        <w:jc w:val="both"/>
      </w:pPr>
      <w:r>
        <w:rPr>
          <w:rtl/>
        </w:rPr>
        <w:t>ג. כמה ספרות יש במכפלה ‪812 × 15‬?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השלימו את הגורם החסר.</w:t>
      </w:r>
    </w:p>
    <w:p>
      <w:pPr>
        <w:bidi/>
        <w:spacing w:before="0" w:after="40"/>
        <w:jc w:val="both"/>
      </w:pPr>
      <w:r>
        <w:rPr>
          <w:rtl/>
        </w:rPr>
        <w:t>א. ‪90 × 30 = 2,700‬</w:t>
      </w:r>
    </w:p>
    <w:p>
      <w:pPr>
        <w:bidi/>
        <w:spacing w:before="0" w:after="40"/>
        <w:jc w:val="both"/>
      </w:pPr>
      <w:r>
        <w:rPr>
          <w:rtl/>
        </w:rPr>
        <w:t>ב. ‪45 × 200 = 9,000‬</w:t>
      </w:r>
    </w:p>
    <w:p>
      <w:pPr>
        <w:bidi/>
        <w:spacing w:before="0" w:after="40"/>
        <w:jc w:val="both"/>
      </w:pPr>
      <w:r>
        <w:rPr>
          <w:rtl/>
        </w:rPr>
        <w:t>ג. ‪700 × 400 = 280,000‬</w:t>
      </w:r>
    </w:p>
    <w:p>
      <w:pPr>
        <w:bidi/>
        <w:spacing w:before="0" w:after="40"/>
        <w:jc w:val="both"/>
      </w:pPr>
      <w:r>
        <w:rPr>
          <w:rtl/>
        </w:rPr>
        <w:t>ד. ‪25 × 40 = 1,000‬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‪300 × 300 = 9,000‬ – לא נכון – ‪300 × 300 = 90,000‬</w:t>
      </w:r>
    </w:p>
    <w:p>
      <w:pPr>
        <w:bidi/>
        <w:spacing w:before="0" w:after="40"/>
        <w:jc w:val="both"/>
      </w:pPr>
      <w:r>
        <w:rPr>
          <w:rtl/>
        </w:rPr>
        <w:t>ב. ‪37 × 24 = 37 × 20 + 37 × 4‬ – נכון</w:t>
      </w:r>
    </w:p>
    <w:p>
      <w:pPr>
        <w:bidi/>
        <w:spacing w:before="0" w:after="40"/>
        <w:jc w:val="both"/>
      </w:pPr>
      <w:r>
        <w:rPr>
          <w:rtl/>
        </w:rPr>
        <w:t>ג. המכפלה ‪15 × 46‬ זוגית. – נכון</w:t>
      </w:r>
    </w:p>
    <w:p>
      <w:pPr>
        <w:bidi/>
        <w:spacing w:before="0" w:after="40"/>
        <w:jc w:val="both"/>
      </w:pPr>
      <w:r>
        <w:rPr>
          <w:rtl/>
        </w:rPr>
        <w:t>ד. ‪1,001 × 9 = 9,009‬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פתרו במאונך: ‪263 × 37‬ ו-‪1,408 × 26‬.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‪263 × 37: 263 × 7 = 1,841‬; ‪263 × 30 = 7,890‬; יחד 9,731. ‪1,408 × 26: 1,408 × 6 = 8,448‬; ‪1,408 × 20 = 28,160‬; יחד 36,608.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מצאו את הטעות ותקנו: נועם חישב ‪54 × 23‬ כך: ‪54 × 3 = 162‬, ‪54 × 2 = 108‬, ‪162 + 108 = 270‬.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הטעות: 2 הוא 2 עשרות, לכן צריך ‪54 × 20 = 1,080‬. החישוב הנכון: ‪162 + 1,080 = 1,242‬.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בחנות ספורט יש 18 קרטונים, ובכל קרטון 144 כדורי טניס. כמה כדורים יש בחנות?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‪18 × 144 = 2,592‬. תשובה: בחנות 2,592 כדורי טניס.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בספרייה העירונית 26 מדפים, ובכל מדף 85 ספרים. הספרייה קנתה עוד 340 ספרים. כמה ספרים יש עכשיו בספרייה?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‪26 × 85 = 2,210‬; ‪2,210 + 340 = 2,550‬. תשובה: 2,550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מאפייה אופה בכל יום 1,250 לחמניות. כמה לחמניות היא אופה ב-6 ימים בשבוע, במשך 4 שבועות?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‪1,250 × 6 = 7,500‬ בשבוע; ‪7,500 × 4 = 30,000‬. תשובה: 30,000 לחמניות.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פתרו במאונך ‪214 × 135‬, ובדקו בעזרת אומדן.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‪200 × 135 = 27,000‬. ‪214 × 5 = 1,070‬; ‪214 × 30 = 6,420‬; ‪214 × 100 = 21,400‬; יחד 28,890.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בחנות הספרים 9 מדפים, ובכל מדף 230 ספרים. כמה ספרים יש על כל המדפים?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× 230 = 2,070‬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המדפים יש 2,070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דוד קורא 40 עמודים בכל יום. כמה עמודים יקרא דוד ב-60 ימים?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‪40 × 60 = 2,400‬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יקרא 2,400 עמודים.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להצגה בהיכל התרבות נמכרו 215 כרטיסים, כל כרטיס ב-45 ₪. כמה כסף התקבל ממכירת הכרטיסים?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‪215 × 5 = 1,075‬ ; ‪215 × 40 = 8,600‬ ; ‪1,075 + 8,600 = 9,675‬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התקבלו 9,675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לספריית בית הספר הגיעו 34 ארגזים של 25 ספרים ו-16 ארגזים של 40 ספרים. כמה ספרים הגיעו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‪34 × 25 = 850‬ ; ‪16 × 40 = 640‬ ; ‪850 + 640 = 1,490‬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הגיעו 1,490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מכונה א' במפעל ממלאת 145 בקבוקים בדקה, ומכונה ב' ממלאת 128 בקבוקים בדקה. בכמה בקבוקים מילאה מכונה א' יותר ממכונה ב' במשך 45 דקות?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‪145 × 45 = 6,525‬ ; ‪128 × 45 = 5,760‬ ; ‪6,525 − 5,760 = 765‬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מכונה א' מילאה 765 בקבוקים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עומר רוצה לקנות לקבוצת הכדורגל 26 חולצות ב-38 ₪ כל אחת ו-26 כובעים ב-17 ₪ כל אחד. יש לו 1,500 ₪. האם הכסף מספיק? כמה כסף יישאר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‪38 + 17 = 55‬ ; ‪26 × 55 = 1,430‬ ; ‪1,500 − 1,430 = 70‬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הכסף מספיק, ויישארו לעומר 70 ₪.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2: חילוק במספר דו-ספרתי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‪720 : 90 = 8‬</w:t>
      </w:r>
    </w:p>
    <w:p>
      <w:pPr>
        <w:bidi/>
        <w:spacing w:before="0" w:after="40"/>
        <w:jc w:val="both"/>
      </w:pPr>
      <w:r>
        <w:rPr>
          <w:rtl/>
        </w:rPr>
        <w:t>ב. ‪5,400 : 60 = 90‬</w:t>
      </w:r>
    </w:p>
    <w:p>
      <w:pPr>
        <w:bidi/>
        <w:spacing w:before="0" w:after="40"/>
        <w:jc w:val="both"/>
      </w:pPr>
      <w:r>
        <w:rPr>
          <w:rtl/>
        </w:rPr>
        <w:t>ג. ‪32,000 : 800 = 40‬</w:t>
      </w:r>
    </w:p>
    <w:p>
      <w:pPr>
        <w:bidi/>
        <w:spacing w:before="0" w:after="40"/>
        <w:jc w:val="both"/>
      </w:pPr>
      <w:r>
        <w:rPr>
          <w:rtl/>
        </w:rPr>
        <w:t>ד. ‪1,500 : 30 = 50‬</w:t>
      </w:r>
    </w:p>
    <w:p>
      <w:pPr>
        <w:bidi/>
        <w:spacing w:before="0" w:after="40"/>
        <w:jc w:val="both"/>
      </w:pPr>
      <w:r>
        <w:rPr>
          <w:rtl/>
        </w:rPr>
        <w:t>ה. ‪8,100 : 90 = 90‬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מחקו אפסים וחשבו.</w:t>
      </w:r>
    </w:p>
    <w:p>
      <w:pPr>
        <w:bidi/>
        <w:spacing w:before="0" w:after="40"/>
        <w:jc w:val="both"/>
      </w:pPr>
      <w:r>
        <w:rPr>
          <w:rtl/>
        </w:rPr>
        <w:t>א. ‪4,800 : 600 = 48 : 6 = 8‬</w:t>
      </w:r>
    </w:p>
    <w:p>
      <w:pPr>
        <w:bidi/>
        <w:spacing w:before="0" w:after="40"/>
        <w:jc w:val="both"/>
      </w:pPr>
      <w:r>
        <w:rPr>
          <w:rtl/>
        </w:rPr>
        <w:t>ב. ‪27,000 : 900 = 30‬</w:t>
      </w:r>
    </w:p>
    <w:p>
      <w:pPr>
        <w:bidi/>
        <w:spacing w:before="0" w:after="40"/>
        <w:jc w:val="both"/>
      </w:pPr>
      <w:r>
        <w:rPr>
          <w:rtl/>
        </w:rPr>
        <w:t>ג. ‪12,000 : 40 = 300‬</w:t>
      </w:r>
    </w:p>
    <w:p>
      <w:pPr>
        <w:bidi/>
        <w:spacing w:before="0" w:after="40"/>
        <w:jc w:val="both"/>
      </w:pPr>
      <w:r>
        <w:rPr>
          <w:rtl/>
        </w:rPr>
        <w:t>ד. ‪560,000 : 7,000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חשבו.</w:t>
      </w:r>
    </w:p>
    <w:p>
      <w:pPr>
        <w:bidi/>
        <w:spacing w:before="0" w:after="40"/>
        <w:jc w:val="both"/>
      </w:pPr>
      <w:r>
        <w:rPr>
          <w:rtl/>
        </w:rPr>
        <w:t>א. ‪252 : 18 = 14‬</w:t>
      </w:r>
    </w:p>
    <w:p>
      <w:pPr>
        <w:bidi/>
        <w:spacing w:before="0" w:after="40"/>
        <w:jc w:val="both"/>
      </w:pPr>
      <w:r>
        <w:rPr>
          <w:rtl/>
        </w:rPr>
        <w:t>ב. ‪522 : 29 = 18‬</w:t>
      </w:r>
    </w:p>
    <w:p>
      <w:pPr>
        <w:bidi/>
        <w:spacing w:before="0" w:after="40"/>
        <w:jc w:val="both"/>
      </w:pPr>
      <w:r>
        <w:rPr>
          <w:rtl/>
        </w:rPr>
        <w:t>ג. ‪805 : 35 = 23‬</w:t>
      </w:r>
    </w:p>
    <w:p>
      <w:pPr>
        <w:bidi/>
        <w:spacing w:before="0" w:after="40"/>
        <w:jc w:val="both"/>
      </w:pPr>
      <w:r>
        <w:rPr>
          <w:rtl/>
        </w:rPr>
        <w:t>ד. ‪2,544 : 48 = 53‬</w:t>
      </w:r>
    </w:p>
    <w:p>
      <w:pPr>
        <w:bidi/>
        <w:spacing w:before="0" w:after="40"/>
        <w:jc w:val="both"/>
      </w:pPr>
      <w:r>
        <w:rPr>
          <w:rtl/>
        </w:rPr>
        <w:t>ה. ‪3,105 : 45 = 69‬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936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1,457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3,200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מיינו לפי המנה.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20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35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‪480 : 24‬, ‪720 : 36‬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‪875 : 25‬, ‪700 : 20‬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‪600 : 15‬, ‪1,400 : 35‬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‪1,664 : 52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32</w:t>
      </w:r>
    </w:p>
    <w:p>
      <w:pPr>
        <w:bidi/>
        <w:spacing w:before="0" w:after="20"/>
        <w:jc w:val="both"/>
      </w:pPr>
      <w:r>
        <w:rPr>
          <w:rtl/>
        </w:rPr>
        <w:t>ב. איזה תרגיל בודק את ‪2,898 : 46 = 63‬?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‪46 × 63‬</w:t>
      </w:r>
    </w:p>
    <w:p>
      <w:pPr>
        <w:bidi/>
        <w:spacing w:before="0" w:after="20"/>
        <w:jc w:val="both"/>
      </w:pPr>
      <w:r>
        <w:rPr>
          <w:rtl/>
        </w:rPr>
        <w:t>ג. כמה ספרות יש במנה ‪4,368 : 21‬?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חלקו בחילוק ארוך: ‪2,346 : 34‬ ו-‪6,048 : 72‬.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‪2,346 : 34: 234 : 34‬ → 6 (204), שארית 30, מורידים ‪6: 306 : 34 = 9‬. המנה 69. ‪6,048 : 72: 604 : 72‬ → 8 (576), שארית 28, מורידים ‪8: 288 : 72 = 4‬. המנה 84.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מצאו את הטעות ותקנו: מיכל חישבה ‪1,824 : 24‬ וקיבלה 706.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בדיקה: ‪24 × 706 = 16,944‬, ולא 1,824, לכן יש טעות. החישוב הנכון: ‪182 : 24‬ → 7 (168), שארית 14, מורידים ‪4: 144 : 24 = 6‬. המנה 76.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בפרדס נקטפו 1,920 קילוגרם תפוזים. אורזים אותם בארגזים של 16 קילוגרם. כמה ארגזים צריך?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‪1,920 : 16 = 120‬. תשובה: 120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מועדון כדורסל קנה 28 כדורים זהים ושילם 3,640 שקלים. כמה עלה כדור אחד? כמה יעלו 35 כדורים כאלה?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‪3,640 : 28 = 130‬ ש"ח לכדור; ‪35 × 130 = 4,550‬. תשובה: כדור עולה 130 שקלים, ו-35 כדורים יעלו 4,550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בספר 864 עמודים. אורי קורא 32 עמודים בכל יום. בעוד כמה ימים יסיים את הספר?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‪864 : 32 = 27‬. תשובה: בעוד 27 ימים.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‪2,700 : 90 = 30‬ – נכון</w:t>
      </w:r>
    </w:p>
    <w:p>
      <w:pPr>
        <w:bidi/>
        <w:spacing w:before="0" w:after="40"/>
        <w:jc w:val="both"/>
      </w:pPr>
      <w:r>
        <w:rPr>
          <w:rtl/>
        </w:rPr>
        <w:t>ב. אם מכפילים את המחולק ואת המחלק פי 10, המנה גדלה פי 10. – לא נכון – המנה לא משתנה</w:t>
      </w:r>
    </w:p>
    <w:p>
      <w:pPr>
        <w:bidi/>
        <w:spacing w:before="0" w:after="40"/>
        <w:jc w:val="both"/>
      </w:pPr>
      <w:r>
        <w:rPr>
          <w:rtl/>
        </w:rPr>
        <w:t>ג. ‪1,000 : 25 = 40‬ – נכון</w:t>
      </w:r>
    </w:p>
    <w:p>
      <w:pPr>
        <w:bidi/>
        <w:spacing w:before="0" w:after="40"/>
        <w:jc w:val="both"/>
      </w:pPr>
      <w:r>
        <w:rPr>
          <w:rtl/>
        </w:rPr>
        <w:t>ד. המנה של ‪999 : 37‬ היא 37. – לא נכון – ‪999 : 37 = 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השלימו את הספרות החסרות בתרגיל ‪2,_16 : 48 = 4_‬ (בלי שארית). הסבירו איך מצאתם.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מחלק × מנה = מחולק: ‪48 × 4_‬ צריך להסתיים ב-6. ‪8 × 2 = 16‬, לכן ספרת היחידות במנה היא 2 (או 7). ‪48 × 42 = 2,016‬ ✓, ‪48 × 47 = 2,256‬ ✗. התרגיל: ‪2,016 : 48 = 42‬.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בחבילה 960 מדבקות. המורה חילק אותן שווה בשווה בין 32 תלמידים. כמה מדבקות קיבל כל תלמיד?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‪960 : 32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תלמיד קיבל 30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משאית הובילה 900 ק"ג תפוחי אדמה בשקים של 15 ק"ג. כמה שקים הובילה המשאית?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‪900 : 15 = 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המשאית הובילה 60 שקים.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לתחרות השחמט העירונית נרשמו 336 ילדים. מחלקים אותם לקבוצות של 16 ילדים. כמה קבוצות יהיו?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‪336 : 16 = 21‬ ; בדיקה: ‪21 × 16 = 336‬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21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התלמידים אספו לתרומה 2,475 ₪, וההורים הוסיפו עוד 1,125 ₪. את כל הכסף חילקו שווה בשווה בין 45 משפחות. כמה כסף קיבלה כל משפחה?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‪2,475 + 1,125 = 3,600‬ ; ‪3,600 : 45 = 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משפחה קיבלה 80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דניאל קרא ספר של 576 עמודים ב-18 ימים, אותו מספר עמודים בכל יום. אחיו אריאל קרא ספר של 672 עמודים, 24 עמודים בכל יום. כמה עמודים ביום קרא דניאל? בכמה ימים יותר מדניאל קרא אריאל את הספר שלו?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‪576 : 18 = 32‬ ; ‪672 : 24 = 28‬ ; ‪28 − 18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דניאל קרא 32 עמודים ביום, ואריאל קרא 10 ימים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לטיול יצאו 7 כיתות של 34 תלמידים, ואיתם 14 מורים והורים מלווים. כולם נסעו במיניבוסים של 36 מקומות, וכל המיניבוסים היו מלאים. כמה מיניבוסים 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34 = 238‬ ; ‪238 + 14 = 252‬ ; ‪252 : 36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היו 7 מיניבוסים.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3: חילוק עם שארית ומשמעות השארית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את השארית.</w:t>
      </w:r>
    </w:p>
    <w:p>
      <w:pPr>
        <w:bidi/>
        <w:spacing w:before="0" w:after="40"/>
        <w:jc w:val="both"/>
      </w:pPr>
      <w:r>
        <w:rPr>
          <w:rtl/>
        </w:rPr>
        <w:t>א. ‪39 : 5 = 7‬ (שארית 4)</w:t>
      </w:r>
    </w:p>
    <w:p>
      <w:pPr>
        <w:bidi/>
        <w:spacing w:before="0" w:after="40"/>
        <w:jc w:val="both"/>
      </w:pPr>
      <w:r>
        <w:rPr>
          <w:rtl/>
        </w:rPr>
        <w:t>ב. ‪61 : 7 = 8‬ (שארית 5)</w:t>
      </w:r>
    </w:p>
    <w:p>
      <w:pPr>
        <w:bidi/>
        <w:spacing w:before="0" w:after="40"/>
        <w:jc w:val="both"/>
      </w:pPr>
      <w:r>
        <w:rPr>
          <w:rtl/>
        </w:rPr>
        <w:t>ג. ‪74 : 8 = 9‬ (שארית 2)</w:t>
      </w:r>
    </w:p>
    <w:p>
      <w:pPr>
        <w:bidi/>
        <w:spacing w:before="0" w:after="40"/>
        <w:jc w:val="both"/>
      </w:pPr>
      <w:r>
        <w:rPr>
          <w:rtl/>
        </w:rPr>
        <w:t>ד. ‪98 : 10 = 9‬ (שארית 8)</w:t>
      </w:r>
    </w:p>
    <w:p>
      <w:pPr>
        <w:bidi/>
        <w:spacing w:before="0" w:after="40"/>
        <w:jc w:val="both"/>
      </w:pPr>
      <w:r>
        <w:rPr>
          <w:rtl/>
        </w:rPr>
        <w:t>ה. ‪115 : 12 = 9‬ (שארית 7)</w:t>
      </w:r>
    </w:p>
    <w:p>
      <w:pPr>
        <w:bidi/>
        <w:spacing w:before="0" w:after="40"/>
        <w:jc w:val="both"/>
      </w:pPr>
      <w:r>
        <w:rPr>
          <w:rtl/>
        </w:rPr>
        <w:t>ו. ‪203 : 25 = 8‬ (שארית 3)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‪170 : 14‬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‪299 : 30‬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‪412 : 19‬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‪625 : 48‬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בחילוק ארוך.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‪907 : 21‬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‪1,500 : 44‬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‪2,345 : 52‬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‪3,010 : 64‬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519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531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השארית הגדולה ביותר האפשרית בחילוק ב-16?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15</w:t>
      </w:r>
    </w:p>
    <w:p>
      <w:pPr>
        <w:bidi/>
        <w:spacing w:before="0" w:after="20"/>
        <w:jc w:val="both"/>
      </w:pPr>
      <w:r>
        <w:rPr>
          <w:rtl/>
        </w:rPr>
        <w:t>ב. ‪413 : 20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20 (שארית 13)</w:t>
      </w:r>
    </w:p>
    <w:p>
      <w:pPr>
        <w:bidi/>
        <w:spacing w:before="0" w:after="20"/>
        <w:jc w:val="both"/>
      </w:pPr>
      <w:r>
        <w:rPr>
          <w:rtl/>
        </w:rPr>
        <w:t>ג. איזה מספר נותן שארית 5 בחילוק ב-9?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בדיקה של ‪95 : 13 = 7‬ (שארית ‪4): 13 × 7 + 4 = 95‬ – נכון</w:t>
      </w:r>
    </w:p>
    <w:p>
      <w:pPr>
        <w:bidi/>
        <w:spacing w:before="0" w:after="40"/>
        <w:jc w:val="both"/>
      </w:pPr>
      <w:r>
        <w:rPr>
          <w:rtl/>
        </w:rPr>
        <w:t>ב. אם 150 ילדים נוסעים במכוניות של 4 נוסעים, צריך 37 מכוניות. – לא נכון – ‪150 : 4 = 37‬ (שארית 2), לכן צריך 38 מכוניות</w:t>
      </w:r>
    </w:p>
    <w:p>
      <w:pPr>
        <w:bidi/>
        <w:spacing w:before="0" w:after="40"/>
        <w:jc w:val="both"/>
      </w:pPr>
      <w:r>
        <w:rPr>
          <w:rtl/>
        </w:rPr>
        <w:t>ג. כל מספר זוגי מתחלק ב-2 בלי שארית.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ליד כל שאלה כתבו מה עושים עם השארית: «מעגלים למעלה», «מוותרים על השארית» או «השארית היא התשובה». אחר כך כתבו את התשובה.</w:t>
      </w:r>
    </w:p>
    <w:p>
      <w:pPr>
        <w:bidi/>
        <w:spacing w:before="0" w:after="100"/>
        <w:jc w:val="both"/>
      </w:pPr>
      <w:r>
        <w:rPr>
          <w:rtl/>
        </w:rPr>
        <w:t>א. 320 ביצים, 30 בתבנית. כמה תבניות צריך לכל הביצים?  ← מעגלים למעלה – 11</w:t>
      </w:r>
    </w:p>
    <w:p>
      <w:pPr>
        <w:bidi/>
        <w:spacing w:before="0" w:after="100"/>
        <w:jc w:val="both"/>
      </w:pPr>
      <w:r>
        <w:rPr>
          <w:rtl/>
        </w:rPr>
        <w:t>ב. 320 ביצים, 30 בתבנית. כמה תבניות מלאות?  ← מוותרים על השארית – 10</w:t>
      </w:r>
    </w:p>
    <w:p>
      <w:pPr>
        <w:bidi/>
        <w:spacing w:before="0" w:after="100"/>
        <w:jc w:val="both"/>
      </w:pPr>
      <w:r>
        <w:rPr>
          <w:rtl/>
        </w:rPr>
        <w:t>ג. 320 ביצים, 30 בתבנית. כמה ביצים לא נכנסו לתבניות המלאות?  ← השארית היא התשובה – 20</w:t>
      </w:r>
    </w:p>
    <w:p>
      <w:pPr>
        <w:bidi/>
        <w:spacing w:before="0" w:after="100"/>
        <w:jc w:val="both"/>
      </w:pPr>
      <w:r>
        <w:rPr>
          <w:rtl/>
        </w:rPr>
        <w:t>ד. יש 320 שקלים, וספר עולה 30 שקלים. כמה ספרים אפשר לקנות?  ← מוותרים על השארית –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פתרו בחילוק ארוך ובדקו: ‪4,000 : 37‬.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‪400 : 37‬ → 10 (370), שארית 30; מורידים ‪0: 300 : 37‬ → 8 (296), שארית 4. המנה 108, שארית 4. בדיקה: ‪37 × 108 + 4 = 3,996 + 4 = 4,000‬.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מצאו את הטעות ותקנו: איתי כתב ‪230 : 24 = 8‬ (שארית 38).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השארית 38 גדולה מהמחלק 24, לכן המנה קטנה מדי. ‪24 × 9 = 216‬, ‪230 − 216 = 14‬. התשובה: 9 (שארית 14).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בחוג הקרמיקה 95 ילדים. בכל שולחן יושבים 6 ילדים. כמה שולחנות צריך?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‪95 : 6 = 15‬ (שארית 5); צריך עוד שולחן ל-5 הילדים. תשובה: 16 שולחנות.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לנועה 500 חרוזים. לכל צמיד היא צריכה 36 חרוזים. כמה צמידים שלמים תכין, וכמה חרוזים יישארו לה?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‪500 : 36 = 13‬ (שארית 32). תשובה: 13 צמידים, ויישארו 32 חרוזים.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בגן הירק של בית הספר שתלו 260 שתילים בשורות של 24 שתילים. כמה שורות מלאות יש? כמה שתילים חסרים כדי להשלים עוד שורה?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‪260 : 24 = 10‬ (שארית 20). חסרים ‪24 − 20 = 4‬. תשובה: 10 שורות מלאות; חסרים 4 שתילים.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עומר חילק מספר ב-15 וקיבל מנה 23. מה המספר הגדול ביותר שיכול היה לחלק? מה הקטן ביותר?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השארית יכולה להיות 0 עד 14. הקטן: ‪15 × 23 = 345‬. הגדול: ‪345 + 14 = 359‬.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לטקס בחצר בית הספר מגיעים 200 תלמידים. בכל שורה מציבים 15 כיסאות. כמה שורות צריך כדי שלכל תלמיד יהיה כיסא?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 × 15 = 195‬ ; ‪200 − 195 = 5‬ ; לחמשת התלמידים צריך עוד שורה: ‪13 + 1 = 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14 שורות.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בגינת בית הספר יש 150 שתילים. שותלים אותם בשורות של 16 שתילים. כמה שורות מלאות יהיו, וכמה שתילים יישארו?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× 16 = 144‬ ; ‪150 − 144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יהיו 9 שורות מלאות, ויישארו 6 שתילים.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לאליה יש 200 ₪. הוא רוצה לקנות מחברות ציור, כל אחת ב-14 ₪. כמה מחברות לכל היותר יוכל לקנות, וכמה עודף יקבל?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 × 14 = 196‬ ; ‪200 − 196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אליה יוכל לקנות 14 מחברות ויקבל 4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לחוג אומנות חותכים חבל באורך 500 ס"מ לחתיכות של 35 ס"מ. כמה חתיכות שלמות יתקבלו, ומה אורך החתיכה שתישאר?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 × 35 = 490‬ ; ‪500 − 490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יתקבלו 14 חתיכות שלמות, ותישאר חתיכה של 10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לחנוכה אפו במאפייה 12 מגשים, ובכל מגש 48 סופגניות. אורזים את כל הסופגניות בקופסאות של 20. כמה קופסאות צריך כדי לארוז את כולן?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× 48 = 576‬ ; ‪28 × 20 = 560‬, ו-‪576 − 560 = 16‬ ; ל-16 הסופגניות שנשארו צריך עוד קופסה: ‪28 + 1 = 29‬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29 קופסאות.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לעידו היו 500 ₪. הוא קנה כדורסל ב-89 ₪, ובשאר הכסף הוא רוצה לקנות ספרים, כל ספר ב-32 ₪. כמה ספרים יוכל לקנות, וכמה כסף יישאר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‪500 − 89 = 411‬ ; ‪12 × 32 = 384‬ ; ‪411 − 384 = 27‬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יוכל לקנות 12 ספרים, ויישארו לו 27 ₪.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4: אומדן תוצאות של כפל וחילוק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עגלו ועשו 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עיגול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‪61 × 38‬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‪60 ×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2,400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‪704 ×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‪700 ×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6,300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‪49 × 197‬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‪50 × 200‬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10,000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‪3,580 : 41‬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‪3,600 : 40‬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עשו אומדן והשלימו.</w:t>
      </w:r>
    </w:p>
    <w:p>
      <w:pPr>
        <w:bidi/>
        <w:spacing w:before="0" w:after="40"/>
        <w:jc w:val="both"/>
      </w:pPr>
      <w:r>
        <w:rPr>
          <w:rtl/>
        </w:rPr>
        <w:t>א. ‪298 × 31 ≈ 300 × 30 = 9,000‬</w:t>
      </w:r>
    </w:p>
    <w:p>
      <w:pPr>
        <w:bidi/>
        <w:spacing w:before="0" w:after="40"/>
        <w:jc w:val="both"/>
      </w:pPr>
      <w:r>
        <w:rPr>
          <w:rtl/>
        </w:rPr>
        <w:t>ב. ‪52 × 79 ≈ 50 × 80 = 4,000‬</w:t>
      </w:r>
    </w:p>
    <w:p>
      <w:pPr>
        <w:bidi/>
        <w:spacing w:before="0" w:after="40"/>
        <w:jc w:val="both"/>
      </w:pPr>
      <w:r>
        <w:rPr>
          <w:rtl/>
        </w:rPr>
        <w:t>ג. ‪8,120 : 19 ≈ 8,000 : 20 = 400‬</w:t>
      </w:r>
    </w:p>
    <w:p>
      <w:pPr>
        <w:bidi/>
        <w:spacing w:before="0" w:after="40"/>
        <w:jc w:val="both"/>
      </w:pPr>
      <w:r>
        <w:rPr>
          <w:rtl/>
        </w:rPr>
        <w:t>ד. ‪27,900 : 71 ≈ 28,000 : 70 = 400‬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כתבו &gt; או &lt;.</w:t>
      </w:r>
    </w:p>
    <w:p>
      <w:pPr>
        <w:bidi/>
        <w:spacing w:before="0" w:after="40"/>
        <w:jc w:val="both"/>
      </w:pPr>
      <w:r>
        <w:rPr>
          <w:rtl/>
        </w:rPr>
        <w:t>א. ‪99 × 11 &gt; 1,000‬</w:t>
      </w:r>
    </w:p>
    <w:p>
      <w:pPr>
        <w:bidi/>
        <w:spacing w:before="0" w:after="40"/>
        <w:jc w:val="both"/>
      </w:pPr>
      <w:r>
        <w:rPr>
          <w:rtl/>
        </w:rPr>
        <w:t>ב. ‪505 × 4 &gt; 2,000‬</w:t>
      </w:r>
    </w:p>
    <w:p>
      <w:pPr>
        <w:bidi/>
        <w:spacing w:before="0" w:after="40"/>
        <w:jc w:val="both"/>
      </w:pPr>
      <w:r>
        <w:rPr>
          <w:rtl/>
        </w:rPr>
        <w:t>ג. ‪3,600 : 40 &gt; 3,600 : 45‬</w:t>
      </w:r>
    </w:p>
    <w:p>
      <w:pPr>
        <w:bidi/>
        <w:spacing w:before="0" w:after="40"/>
        <w:jc w:val="both"/>
      </w:pPr>
      <w:r>
        <w:rPr>
          <w:rtl/>
        </w:rPr>
        <w:t>ד. ‪24 × 41 &lt; 1,000‬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ידוע: ‪1,080 : 24 = 45‬. השלימו.</w:t>
      </w:r>
    </w:p>
    <w:p>
      <w:pPr>
        <w:bidi/>
        <w:spacing w:before="0" w:after="40"/>
        <w:jc w:val="both"/>
      </w:pPr>
      <w:r>
        <w:rPr>
          <w:rtl/>
        </w:rPr>
        <w:t>א. ‪2,160 : 24 = 90‬</w:t>
      </w:r>
    </w:p>
    <w:p>
      <w:pPr>
        <w:bidi/>
        <w:spacing w:before="0" w:after="40"/>
        <w:jc w:val="both"/>
      </w:pPr>
      <w:r>
        <w:rPr>
          <w:rtl/>
        </w:rPr>
        <w:t>ב. ‪1,080 : 12 = 90‬</w:t>
      </w:r>
    </w:p>
    <w:p>
      <w:pPr>
        <w:bidi/>
        <w:spacing w:before="0" w:after="40"/>
        <w:jc w:val="both"/>
      </w:pPr>
      <w:r>
        <w:rPr>
          <w:rtl/>
        </w:rPr>
        <w:t>ג. ‪1,080 : 48 = 22‬ (שארית 24)</w:t>
      </w:r>
    </w:p>
    <w:p>
      <w:pPr>
        <w:bidi/>
        <w:spacing w:before="0" w:after="40"/>
        <w:jc w:val="both"/>
      </w:pPr>
      <w:r>
        <w:rPr>
          <w:rtl/>
        </w:rPr>
        <w:t>ד. ‪10,800 : 240 = 45‬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ידוע ש-‪56 × 15 = 840‬. כמה זה ‪56 × 30‬?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1,680</w:t>
      </w:r>
    </w:p>
    <w:p>
      <w:pPr>
        <w:bidi/>
        <w:spacing w:before="0" w:after="20"/>
        <w:jc w:val="both"/>
      </w:pPr>
      <w:r>
        <w:rPr>
          <w:rtl/>
        </w:rPr>
        <w:t>ב. ידוע ש-‪900 : 36 = 25‬. כמה זה ‪900 : 18‬?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50</w:t>
      </w:r>
    </w:p>
    <w:p>
      <w:pPr>
        <w:bidi/>
        <w:spacing w:before="0" w:after="20"/>
        <w:jc w:val="both"/>
      </w:pPr>
      <w:r>
        <w:rPr>
          <w:rtl/>
        </w:rPr>
        <w:t>ג. איזו תוצאה הגיונית ל-‪412 × 48‬?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19,776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אומדן של ‪4,950 : 51‬ הוא בערך 100. – נכון</w:t>
      </w:r>
    </w:p>
    <w:p>
      <w:pPr>
        <w:bidi/>
        <w:spacing w:before="0" w:after="40"/>
        <w:jc w:val="both"/>
      </w:pPr>
      <w:r>
        <w:rPr>
          <w:rtl/>
        </w:rPr>
        <w:t>ב. אם מקטינים את המחולק פי 2, גם המנה קטנה פי 2. – נכון</w:t>
      </w:r>
    </w:p>
    <w:p>
      <w:pPr>
        <w:bidi/>
        <w:spacing w:before="0" w:after="40"/>
        <w:jc w:val="both"/>
      </w:pPr>
      <w:r>
        <w:rPr>
          <w:rtl/>
        </w:rPr>
        <w:t>ג. ‪62 × 18‬ קטן מ-1,000. – לא נכון – ‪62 × 18 = 1,116‬, גדול מ-1,000</w:t>
      </w:r>
    </w:p>
    <w:p>
      <w:pPr>
        <w:bidi/>
        <w:spacing w:before="0" w:after="40"/>
        <w:jc w:val="both"/>
      </w:pPr>
      <w:r>
        <w:rPr>
          <w:rtl/>
        </w:rPr>
        <w:t>ד. אם ‪18 × 20 = 360‬, אז ‪9 × 40 = 720‬. – לא נכון – ‪9 × 40 = 360‬, המכפלה לא משתנה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מיינו לפי האומדן הקרוב ביותר.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400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 × 21‬, ‪48 × 9‬, ‪8,100 :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‪41 × 49‬, ‪196 × 10‬, ‪9,900 :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התאימו לכל תרגיל את התוצאה המדויקת. היעזרו באומדן.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‪19 × 39‬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3,599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‪61 × 59‬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741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‪201 × 49‬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116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‪4,756 : 41‬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420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‪7,980 : 19‬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9,849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פתרו במאונך: ‪712 × 38‬. כתבו קודם אומדן.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‪700 × 40 = 28,000‬. ‪712 × 8 = 5,696‬; ‪712 × 30 = 21,360‬; יחד 27,056.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תמר אמרה: «‪1,500 : 25 = 60‬, לכן ‪1,500 : 50 = 120‬». האם היא צודקת?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לא. כשהמחלק גדל פי 2, המנה קטנה פי ‪2: 1,500 : 50 = 30‬.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בבית הקפה נמכרות בכל יום בערך 285 כוסות קפה. בערך כמה כוסות נמכרות ב-31 ימים? כתבו אומדן, ואחר כך חשבו במדויק לפי 285 כוסות ליום.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‪300 × 30 = 9,000‬. מדויק: ‪285 × 31 = 8,835‬. תשובה: בערך 9,000; במדויק 8,835 כוסות.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משאית מעבירה 4,368 ק"ג קמח למאפיות, בשקים של 24 ק"ג. אריאל אמר: «יש בערך 20 שקים». האם האומדן שלו טוב? חשבו במדויק.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לא. אומדן: ‪4,000 : 20 = 200‬ בערך. מדויק: ‪4,368 : 24 = 182‬ שקים.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בלי לחשב, סדרו מהקטן לגדול והסבירו: ‪3,600 : 12‬, ‪3,600 : 15‬, ‪3,600 : 9‬.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ככל שהמחלק גדול יותר, המנה קטנה יותר: ‪3,600 : 15‬ ‪(240) &lt; 3,600 : 12‬ ‪(300) &lt; 3,600 : 9‬ (400).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ספר הרפתקאות עולה 59 ₪. בערך כמה יעלו 8 ספרים כאלה?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‪59 ≈ 60‬ ; ‪60 × 8 = 480‬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480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רכבת נוסעת 98 ק"מ בכל שעה. בערך כמה קילומטרים תיסע הרכבת ב-7 שעות?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‪98 ≈ 100‬ ; ‪100 × 7 = 700‬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700 ק"מ.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לטורניר הכדורגל העירוני הגיעו 1,830 ילדים בהסעות של 58 מקומות. בערך כמה הסעות 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‪1,830 ≈ 1,800‬, ו-‪58 ≈ 60‬ ; ‪1,800 : 60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בערך 30 הסעות.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דוד קורא 42 עמודים בכל יום. בספר שלו 615 עמודים. האם יסיים את הספר ב-14 ימים? הסבירו בחישוב.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‪40 × 14 = 560‬ – פחות מ-615 ; במדויק: ‪42 × 14 = 588‬ ; ‪588 &lt; 615‬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לא. ב-14 ימים דוד יקרא רק 588 עמודים.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מכולת השכונה קנתה 28 ארגזים, ובכל ארגז 36 בקבוקי מים. כל בקבוק נמכר ב-5 ₪. עשו אומדן למספר הבקבוקים, ואחר כך חשבו במדויק כמה בקבוקים יש וכמה כסף יתקבל אם כולם יימכרו.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אומדן: ‪30 × 40 = 1,200‬ בקבוקים ; במדויק: ‪28 × 36 = 1,008‬ ; ‪1,008 × 5 = 5,040‬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1,008 בקבוקים, ויתקבלו 5,040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ספריית בית הספר קיבלה 7,980 ₪. 380 ₪ הוציאו על מדף חדש, ובכל השאר קנו ספרים ב-38 ₪ לספר. עשו אומדן, ואחר כך חשבו במדויק: כמה ספרים קנו?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‪7,980 − 380 = 7,600‬ ; אומדן: ‪7,600 : 40 = 190‬ ; במדויק: ‪7,600 : 38 = 200‬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קנו 200 ספרים (האומדן היה בערך 190).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5: חוקי החילוף, הקיבוץ והפילוג – חישוב נוח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בעזרת זוגות נוחים.</w:t>
      </w:r>
    </w:p>
    <w:p>
      <w:pPr>
        <w:bidi/>
        <w:spacing w:before="0" w:after="40"/>
        <w:jc w:val="both"/>
      </w:pPr>
      <w:r>
        <w:rPr>
          <w:rtl/>
        </w:rPr>
        <w:t>א. ‪5 × 29 × 2 = 290‬</w:t>
      </w:r>
    </w:p>
    <w:p>
      <w:pPr>
        <w:bidi/>
        <w:spacing w:before="0" w:after="40"/>
        <w:jc w:val="both"/>
      </w:pPr>
      <w:r>
        <w:rPr>
          <w:rtl/>
        </w:rPr>
        <w:t>ב. ‪4 × 63 × 25 = 6,300‬</w:t>
      </w:r>
    </w:p>
    <w:p>
      <w:pPr>
        <w:bidi/>
        <w:spacing w:before="0" w:after="40"/>
        <w:jc w:val="both"/>
      </w:pPr>
      <w:r>
        <w:rPr>
          <w:rtl/>
        </w:rPr>
        <w:t>ג. ‪20 × 13 × 5 = 1,300‬</w:t>
      </w:r>
    </w:p>
    <w:p>
      <w:pPr>
        <w:bidi/>
        <w:spacing w:before="0" w:after="40"/>
        <w:jc w:val="both"/>
      </w:pPr>
      <w:r>
        <w:rPr>
          <w:rtl/>
        </w:rPr>
        <w:t>ד. ‪8 × 11 × 125 = 11,000‬</w:t>
      </w:r>
    </w:p>
    <w:p>
      <w:pPr>
        <w:bidi/>
        <w:spacing w:before="0" w:after="40"/>
        <w:jc w:val="both"/>
      </w:pPr>
      <w:r>
        <w:rPr>
          <w:rtl/>
        </w:rPr>
        <w:t>ה. ‪50 × 7 × 4 = 1,400‬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בעזרת חוק הפילוג.</w:t>
      </w:r>
    </w:p>
    <w:p>
      <w:pPr>
        <w:bidi/>
        <w:spacing w:before="0" w:after="40"/>
        <w:jc w:val="both"/>
      </w:pPr>
      <w:r>
        <w:rPr>
          <w:rtl/>
        </w:rPr>
        <w:t>א. ‪5 × 104 = 520‬</w:t>
      </w:r>
    </w:p>
    <w:p>
      <w:pPr>
        <w:bidi/>
        <w:spacing w:before="0" w:after="40"/>
        <w:jc w:val="both"/>
      </w:pPr>
      <w:r>
        <w:rPr>
          <w:rtl/>
        </w:rPr>
        <w:t>ב. ‪3 × 98 = 294‬</w:t>
      </w:r>
    </w:p>
    <w:p>
      <w:pPr>
        <w:bidi/>
        <w:spacing w:before="0" w:after="40"/>
        <w:jc w:val="both"/>
      </w:pPr>
      <w:r>
        <w:rPr>
          <w:rtl/>
        </w:rPr>
        <w:t>ג. ‪6 × 205 = 1,230‬</w:t>
      </w:r>
    </w:p>
    <w:p>
      <w:pPr>
        <w:bidi/>
        <w:spacing w:before="0" w:after="40"/>
        <w:jc w:val="both"/>
      </w:pPr>
      <w:r>
        <w:rPr>
          <w:rtl/>
        </w:rPr>
        <w:t>ד. ‪9 × 51 = 459‬</w:t>
      </w:r>
    </w:p>
    <w:p>
      <w:pPr>
        <w:bidi/>
        <w:spacing w:before="0" w:after="40"/>
        <w:jc w:val="both"/>
      </w:pPr>
      <w:r>
        <w:rPr>
          <w:rtl/>
        </w:rPr>
        <w:t>ה. ‪4 × 199 = 796‬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הפירוק ואת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×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 × 10 + 15 ×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180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‪24 × 11‬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‪24 × 10 + 24 × 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264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298‬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‪7 × 300 − 7 ×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2,086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‪13 × 101‬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‪13 × 100 + 13 × 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1,313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מיינו לפי החוק שעוזר לחשב בקלות.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חוק הקיבוץ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חוק הפילוג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‪25 × 19 × 4‬, ‪2 × 77 × 5‬, ‪125 × 3 ×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× 99‬, ‪6 × 102‬, ‪5 × 49‬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‪38 × 7 + 62 × 7 = 100 × 7‬</w:t>
      </w:r>
    </w:p>
    <w:p>
      <w:pPr>
        <w:bidi/>
        <w:spacing w:before="0" w:after="40"/>
        <w:jc w:val="both"/>
      </w:pPr>
      <w:r>
        <w:rPr>
          <w:rtl/>
        </w:rPr>
        <w:t>ב. ‪(400 + 28) : 4 = 100 + 7‬</w:t>
      </w:r>
    </w:p>
    <w:p>
      <w:pPr>
        <w:bidi/>
        <w:spacing w:before="0" w:after="40"/>
        <w:jc w:val="both"/>
      </w:pPr>
      <w:r>
        <w:rPr>
          <w:rtl/>
        </w:rPr>
        <w:t>ג. ‪15 × 9 = 9 × 15‬</w:t>
      </w:r>
    </w:p>
    <w:p>
      <w:pPr>
        <w:bidi/>
        <w:spacing w:before="0" w:after="40"/>
        <w:jc w:val="both"/>
      </w:pPr>
      <w:r>
        <w:rPr>
          <w:rtl/>
        </w:rPr>
        <w:t>ד. ‪(8 × 25) × 13 = 8 × (25 × 13)‬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שווה ל-‪6 × 58‬?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‪6 × 60 − 6 × 2‬</w:t>
      </w:r>
    </w:p>
    <w:p>
      <w:pPr>
        <w:bidi/>
        <w:spacing w:before="0" w:after="20"/>
        <w:jc w:val="both"/>
      </w:pPr>
      <w:r>
        <w:rPr>
          <w:rtl/>
        </w:rPr>
        <w:t>ב. כמה זה ‪4 × 37 × 25‬?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3,700</w:t>
      </w:r>
    </w:p>
    <w:p>
      <w:pPr>
        <w:bidi/>
        <w:spacing w:before="0" w:after="20"/>
        <w:jc w:val="both"/>
      </w:pPr>
      <w:r>
        <w:rPr>
          <w:rtl/>
        </w:rPr>
        <w:t>ג. באיזה תרגיל מותר להחליף את סדר המספרים?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‪72 ×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‪125 × 8 = 1,000‬ – נכון</w:t>
      </w:r>
    </w:p>
    <w:p>
      <w:pPr>
        <w:bidi/>
        <w:spacing w:before="0" w:after="40"/>
        <w:jc w:val="both"/>
      </w:pPr>
      <w:r>
        <w:rPr>
          <w:rtl/>
        </w:rPr>
        <w:t>ב. ‪(80 + 16) : 8 = 10 + 16‬ – לא נכון – ‪(80 + 16) : 8 = 10 + 2 = 12‬</w:t>
      </w:r>
    </w:p>
    <w:p>
      <w:pPr>
        <w:bidi/>
        <w:spacing w:before="0" w:after="40"/>
        <w:jc w:val="both"/>
      </w:pPr>
      <w:r>
        <w:rPr>
          <w:rtl/>
        </w:rPr>
        <w:t>ג. ‪21 × 15 = 20 × 15 + 15‬ – נכון</w:t>
      </w:r>
    </w:p>
    <w:p>
      <w:pPr>
        <w:bidi/>
        <w:spacing w:before="0" w:after="40"/>
        <w:jc w:val="both"/>
      </w:pPr>
      <w:r>
        <w:rPr>
          <w:rtl/>
        </w:rPr>
        <w:t>ד. ‪2 × 48 × 50 = 480‬ – לא נכון – ‪2 × 48 × 50 = 4,800‬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חשבו בעזרת פילוג המחולק.</w:t>
      </w:r>
    </w:p>
    <w:p>
      <w:pPr>
        <w:bidi/>
        <w:spacing w:before="0" w:after="40"/>
        <w:jc w:val="both"/>
      </w:pPr>
      <w:r>
        <w:rPr>
          <w:rtl/>
        </w:rPr>
        <w:t>א. ‪368 : 4 = 92‬</w:t>
      </w:r>
    </w:p>
    <w:p>
      <w:pPr>
        <w:bidi/>
        <w:spacing w:before="0" w:after="40"/>
        <w:jc w:val="both"/>
      </w:pPr>
      <w:r>
        <w:rPr>
          <w:rtl/>
        </w:rPr>
        <w:t>ב. ‪1,545 : 5 = 309‬</w:t>
      </w:r>
    </w:p>
    <w:p>
      <w:pPr>
        <w:bidi/>
        <w:spacing w:before="0" w:after="40"/>
        <w:jc w:val="both"/>
      </w:pPr>
      <w:r>
        <w:rPr>
          <w:rtl/>
        </w:rPr>
        <w:t>ג. ‪484 : 22 = 22‬</w:t>
      </w:r>
    </w:p>
    <w:p>
      <w:pPr>
        <w:bidi/>
        <w:spacing w:before="0" w:after="40"/>
        <w:jc w:val="both"/>
      </w:pPr>
      <w:r>
        <w:rPr>
          <w:rtl/>
        </w:rPr>
        <w:t>ד. ‪1,365 : 15 = 91‬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מצאו את הטעות ותקנו: אורי חישב ‪9 × 46 = 9 × 40 + 6 = 366‬.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לא כפל את 6 ב-9. נכון: ‪9 × 40 + 9 × 6 = 360 + 54 = 414‬.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בשתי דרכים, במאונך ובדרך נוחה: ‪32 × 125‬.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במאונך: ‪32 × 125 = 125 × 2 + 125 × 30 = 250 + 3,750 = 4,000‬. דרך נוחה: ‪4 × 8 × 125 = 4 × 1,000 = 4,000‬.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למגרש הכדורגל הגיעו 4 אוטובוסים, בכל אוטובוס 25 שורות, ובכל שורה 3 אוהדים. כמה אוהדים הגיעו? כתבו תרגיל אחד וחשבו בדרך נוחה.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× 25 × 3 = 100 × 3 = 300‬. תשובה: 300 אוהדים.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נועה קנתה 8 מחברות ב-7 שקלים ו-8 עטים ב-3 שקלים. כמה שילמה? חשבו בעזרת גורם משותף.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‪8 × 7 + 8 × 3 = 8 × (7 + 3) = 8 × 10 = 80‬. תשובה: 80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בחנות 98 קופסאות צבעים, ובכל קופסה 24 צבעים. כמה צבעים בחנות? חשבו בדרך נוחה והסבירו.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‪98 × 24 = 100 × 24 − 2 × 24 = 2,400 − 48 = 2,352‬. תשובה: 2,352 צבעים.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השלימו מספר אחד כך שאפשר לחשב בעל פה, וחשבו: ‪16 × ___ × 25 = 4,000‬.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‪16 × 25 = 400‬, ו-‪400 × 10 = 4,000‬. המספר החסר: 10.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דוד קנה 5 כרטיסים לבריכה, כל כרטיס ב-48 ₪. כמה שילם? חשבו בדרך נוחה.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× 48 = 5 × 2 × 24‬ ; ‪5 × 2 = 10‬ ; ‪10 × 24 = 240‬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שילם 240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בכל חבילת דפים 99 דפים. כמה דפים יש ב-7 חבילות? חשבו בעזרת חוק הפילוג.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99 = 7 × 100 − 7 × 1‬ ; ‪7 × 100 = 700‬ ; ‪700 − 7 = 693‬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ב-7 חבילות 693 דפים.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המורה קנה לכיתה 12 חבילות טושים, כל חבילה ב-25 ₪. כמה שילם? חשבו בדרך נוחה.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= 3 × 4‬ ; ‪25 × 4 = 100‬ ; ‪100 × 3 = 300‬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המורה שילם 300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עומר קנה לחבריו 9 כרטיסים לסרט ב-32 ₪ כל אחד ו-9 שקיות פופקורן ב-18 ₪ כל אחת. כמה שילם בסך הכול? חשבו בעזרת גורם משותף.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× 32 + 9 × 18 = 9 × (32 + 18)‬ ; ‪32 + 18 = 50‬ ; ‪9 × 50 = 450‬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עומר שילם 450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בפרדס 24 שורות, ובכל שורה 125 עצי לימון. מכל עץ קטפו 4 ארגזים. כמה ארגזים קטפו בפרדס? חשבו בדרך הקצרה ביותר.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 × 4 = 96‬ ; ‪96 = 8 × 12‬ ; ‪125 × 8 = 1,000‬ ; ‪1,000 × 12 = 12,000‬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קטפו 12,000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במכירת עוגות בבית הספר נמכרו 38 עוגות שוקולד ו-62 עוגות גבינה, כל עוגה ב-15 ₪. על המצרכים הוציאו 280 ₪. כמה כסף הרוויחו? חשבו בעזרת חוק הפילוג.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 × 38 + 15 × 62 = 15 × (38 + 62)‬ ; ‪38 + 62 = 100‬ ; ‪15 × 100 = 1,500‬ ; ‪1,500 − 280 = 1,220‬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הרוויחו 1,220 ₪.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6: שבר כמנת 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כתבו את המנה כשבר או כמספר שלם.</w:t>
      </w:r>
    </w:p>
    <w:p>
      <w:pPr>
        <w:bidi/>
        <w:spacing w:before="0" w:after="40"/>
        <w:jc w:val="both"/>
      </w:pPr>
      <w:r>
        <w:rPr>
          <w:rtl/>
        </w:rPr>
        <w:t>א. ‪1 : 6‬ = ¹⁄₆</w:t>
      </w:r>
    </w:p>
    <w:p>
      <w:pPr>
        <w:bidi/>
        <w:spacing w:before="0" w:after="40"/>
        <w:jc w:val="both"/>
      </w:pPr>
      <w:r>
        <w:rPr>
          <w:rtl/>
        </w:rPr>
        <w:t>ב. ‪3 : 5‬ = ³⁄₅</w:t>
      </w:r>
    </w:p>
    <w:p>
      <w:pPr>
        <w:bidi/>
        <w:spacing w:before="0" w:after="40"/>
        <w:jc w:val="both"/>
      </w:pPr>
      <w:r>
        <w:rPr>
          <w:rtl/>
        </w:rPr>
        <w:t>ג. ‪7 : 9‬ = ⁷⁄₉</w:t>
      </w:r>
    </w:p>
    <w:p>
      <w:pPr>
        <w:bidi/>
        <w:spacing w:before="0" w:after="40"/>
        <w:jc w:val="both"/>
      </w:pPr>
      <w:r>
        <w:rPr>
          <w:rtl/>
        </w:rPr>
        <w:t>ד. ‪18 : 6 = 3‬</w:t>
      </w:r>
    </w:p>
    <w:p>
      <w:pPr>
        <w:bidi/>
        <w:spacing w:before="0" w:after="40"/>
        <w:jc w:val="both"/>
      </w:pPr>
      <w:r>
        <w:rPr>
          <w:rtl/>
        </w:rPr>
        <w:t>ה. ‪5 : 12‬ = ⁵⁄₁₂</w:t>
      </w:r>
    </w:p>
    <w:p>
      <w:pPr>
        <w:bidi/>
        <w:spacing w:before="0" w:after="40"/>
        <w:jc w:val="both"/>
      </w:pPr>
      <w:r>
        <w:rPr>
          <w:rtl/>
        </w:rPr>
        <w:t>ו. ‪30 : 10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כתבו כמספר מעורב.</w:t>
      </w:r>
    </w:p>
    <w:p>
      <w:pPr>
        <w:bidi/>
        <w:spacing w:before="0" w:after="40"/>
        <w:jc w:val="both"/>
      </w:pPr>
      <w:r>
        <w:rPr>
          <w:rtl/>
        </w:rPr>
        <w:t>א. ‪5 : 2 = 2‬¹⁄₂</w:t>
      </w:r>
    </w:p>
    <w:p>
      <w:pPr>
        <w:bidi/>
        <w:spacing w:before="0" w:after="40"/>
        <w:jc w:val="both"/>
      </w:pPr>
      <w:r>
        <w:rPr>
          <w:rtl/>
        </w:rPr>
        <w:t>ב. ‪8 : 3 = 2‬²⁄₃</w:t>
      </w:r>
    </w:p>
    <w:p>
      <w:pPr>
        <w:bidi/>
        <w:spacing w:before="0" w:after="40"/>
        <w:jc w:val="both"/>
      </w:pPr>
      <w:r>
        <w:rPr>
          <w:rtl/>
        </w:rPr>
        <w:t>ג. ‪13 : 4 = 3‬¹⁄₄</w:t>
      </w:r>
    </w:p>
    <w:p>
      <w:pPr>
        <w:bidi/>
        <w:spacing w:before="0" w:after="40"/>
        <w:jc w:val="both"/>
      </w:pPr>
      <w:r>
        <w:rPr>
          <w:rtl/>
        </w:rPr>
        <w:t>ד. ‪22 : 5 = 4‬²⁄₅</w:t>
      </w:r>
    </w:p>
    <w:p>
      <w:pPr>
        <w:bidi/>
        <w:spacing w:before="0" w:after="40"/>
        <w:jc w:val="both"/>
      </w:pPr>
      <w:r>
        <w:rPr>
          <w:rtl/>
        </w:rPr>
        <w:t>ה. ‪31 : 8 = 3‬⁷⁄₈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מונה</w:t>
            </w:r>
          </w:p>
        </w:tc>
        <w:tc>
          <w:tcPr>
            <w:tcW w:type="dxa" w:w="2494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⁴⁄₇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 : 7‬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⁹⁄₁₁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11‬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11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²⁄₁₅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‪2 : 15‬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סיפור את השבר המתאים.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2 פיצות בין 3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²⁄₃ פיצה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3 פיצות בין 2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1³⁄₅ פיצות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5 פיצות בין 8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⁵⁄₈ פיצה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8 פיצות בין 5 ילדים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1¹⁄₂ פיצות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מיינו לפי המנה.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¹⁄₂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: 12‬, ‪1 : 2‬, ‪4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 : 4‬, ‪9 : 3‬, ‪15 :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כתבו &gt; , &lt; או =.</w:t>
      </w:r>
    </w:p>
    <w:p>
      <w:pPr>
        <w:bidi/>
        <w:spacing w:before="0" w:after="40"/>
        <w:jc w:val="both"/>
      </w:pPr>
      <w:r>
        <w:rPr>
          <w:rtl/>
        </w:rPr>
        <w:t>א. ‪3 : 4 &lt; 1‬</w:t>
      </w:r>
    </w:p>
    <w:p>
      <w:pPr>
        <w:bidi/>
        <w:spacing w:before="0" w:after="40"/>
        <w:jc w:val="both"/>
      </w:pPr>
      <w:r>
        <w:rPr>
          <w:rtl/>
        </w:rPr>
        <w:t>ב. ‪9 : 4 &gt; 2‬</w:t>
      </w:r>
    </w:p>
    <w:p>
      <w:pPr>
        <w:bidi/>
        <w:spacing w:before="0" w:after="40"/>
        <w:jc w:val="both"/>
      </w:pPr>
      <w:r>
        <w:rPr>
          <w:rtl/>
        </w:rPr>
        <w:t>ג. ‪5 : 5 = 1‬</w:t>
      </w:r>
    </w:p>
    <w:p>
      <w:pPr>
        <w:bidi/>
        <w:spacing w:before="0" w:after="40"/>
        <w:jc w:val="both"/>
      </w:pPr>
      <w:r>
        <w:rPr>
          <w:rtl/>
        </w:rPr>
        <w:t>ד. ‪2 : 3 &lt; 3 :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מתאים לשבר ⁷⁄₃?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 : 3‬</w:t>
      </w:r>
    </w:p>
    <w:p>
      <w:pPr>
        <w:bidi/>
        <w:spacing w:before="0" w:after="20"/>
        <w:jc w:val="both"/>
      </w:pPr>
      <w:r>
        <w:rPr>
          <w:rtl/>
        </w:rPr>
        <w:t>ב. כמה זה ‪41 : 10‬?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4.1</w:t>
      </w:r>
    </w:p>
    <w:p>
      <w:pPr>
        <w:bidi/>
        <w:spacing w:before="0" w:after="20"/>
        <w:jc w:val="both"/>
      </w:pPr>
      <w:r>
        <w:rPr>
          <w:rtl/>
        </w:rPr>
        <w:t>ג. 6 ליטרים מים נמזגו שווה בשווה ל-4 בקבוקים. בכל בקבוק: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1¹⁄₂ ליטרים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‪1 : 7‬ = ¹⁄₇ – נכון</w:t>
      </w:r>
    </w:p>
    <w:p>
      <w:pPr>
        <w:bidi/>
        <w:spacing w:before="0" w:after="40"/>
        <w:jc w:val="both"/>
      </w:pPr>
      <w:r>
        <w:rPr>
          <w:rtl/>
        </w:rPr>
        <w:t>ב. ‪10 : 4 = 2‬²⁄₄, וזה שווה ל-2¹⁄₂. – נכון</w:t>
      </w:r>
    </w:p>
    <w:p>
      <w:pPr>
        <w:bidi/>
        <w:spacing w:before="0" w:after="40"/>
        <w:jc w:val="both"/>
      </w:pPr>
      <w:r>
        <w:rPr>
          <w:rtl/>
        </w:rPr>
        <w:t>ג. המנה של ‪3 : 9‬ גדולה מ-1. – לא נכון – ‪3 : 9‬ = ³⁄₉, קטנה מ-1</w:t>
      </w:r>
    </w:p>
    <w:p>
      <w:pPr>
        <w:bidi/>
        <w:spacing w:before="0" w:after="40"/>
        <w:jc w:val="both"/>
      </w:pPr>
      <w:r>
        <w:rPr>
          <w:rtl/>
        </w:rPr>
        <w:t>ד. ‪27 : 100 = 2.7‬ – לא נכון – ‪27 : 100 = 0.27‬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מצאו את הטעות ותקנו: דניאל כתב ‪17 : 3 = 5‬³⁄₂.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השארית היא 2, והמחלק הוא ‪3: 17 : 3 = 5‬ (שארית ‪2) = 5‬²⁄₃. דניאל הפך את המונה והמכנה.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שרטטו 2 עיגולים שווים וחלקו אותם בין 3 ילדים. כתבו כמה מקבל כל ילד.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מחלקים כל עיגול ל-3 חלקים שווים. יש 6 שלישים, וכל ילד מקבל 2 שלישים: ²⁄₃ עיגול.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אריאל ו-3 חברים קנו 5 חפיסות שוקולד וחילקו אותן שווה בשווה ביניהם. כמה שוקולד קיבל כל אחד?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יש 4 ילדים. ‪5 : 4 = 1‬¹⁄₄. תשובה: כל אחד קיבל 1¹⁄₄ חפיסות.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בגינה הקהילתית 3 ערוגות שוות, ו-8 ילדים מטפלים בהן. כל ילד מטפל בחלק שווה. איזה חלק מהערוגות מטפל כל ילד? האם זה יותר או פחות מחצי ערוגה?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: 8‬ = ³⁄₈ ערוגה. חצי ערוגה הוא ⁴⁄₈, לכן ³⁄₈ פחות מחצי.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במרוץ שליחים של 10 קילומטרים חילקו את המסלול ל-4 קטעים שווים. כמה קילומטרים אורך כל קטע? כתבו כמספר מעורב וכשבר עשרוני.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‪10 : 4 = 2‬ (שארית ‪2) = 2‬²⁄₄ = 2¹⁄₂ = 2.5. תשובה: 2¹⁄₂ ק"מ, או 2.5 ק"מ.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אתגר: מצאו שני תרגילי חילוק שונים שהמנה של כל אחד מהם היא 2³⁄₅.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2³⁄₅ = ¹³⁄₅, לכן ‪13 : 5‬. אפשר גם להכפיל מחולק ומחלק פי ‪2: 26 : 10 = 2‬⁶⁄₁₀ = 2³⁄₅.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2 עוגות חולקו שווה בשווה בין 5 ילדים. איזה חלק מעוגה קיבל כל ילד?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: 5‬ = ²⁄₅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ילד קיבל ²⁄₅ עוגה.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נועם חילק 7 לחמניות שווה בשווה בינו לבין שני חבריו – 3 ילדים בסך הכול. כמה לחמניות קיבל כל ילד?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: 3‬ = ⁷⁄₃ ; ⁷⁄₃ = 2¹⁄₃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ילד קיבל 2¹⁄₃ לחמניות.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במכולת חילקו 10 ק"ג אורז ל-3 שקיות שוות. כמה קילוגרמים יש בכל שקית?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: 3‬ = ¹⁰⁄₃ ; ¹⁰⁄₃ = 3¹⁄₃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בכל שקית 3¹⁄₃ ק"ג אורז.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דוד הלך במסלול של 13 ק"מ במשך 4 ימים, ובכל יום הלך אותו מרחק. כמה קילומטרים הלך בכל יום?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 : 4‬ = ¹³⁄₄ ; ¹³⁄₄ = 3¹⁄₄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הלך 3¹⁄₄ ק"מ בכל 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בכיתה 6 קבוצות. המורה הביא 4 חבילות פלסטלינה, ואחר כך עוד 5 חבילות. את כל החבילות חילק שווה בשווה בין הקבוצות. כמה חבילות קיבלה כל קבוצה?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+ 5 = 9‬ ; ‪9 : 6‬ = ⁹⁄₆ ; ⁹⁄₆ = 1³⁄₆ = 1¹⁄₂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קבוצה קיבלה 1¹⁄₂ חבילות.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לסעודת השבת של התנועה הכינו 4 סירים של חמין, ואחר כך עוד 3 סירים. את כל החמין חילקו שווה בשווה בין 14 שולחנות. איזה חלק מסיר קיבל כל שולחן?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+ 3 = 7‬ ; ‪7 : 14‬ = ⁷⁄₁₄ ; ⁷⁄₁₄ = ¹⁄₂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שולחן קיבל ¹⁄₂ סיר.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פרק 7: בעיות רב-שלביות בכפל ובחילוק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40"/>
        <w:jc w:val="both"/>
      </w:pPr>
      <w:r>
        <w:rPr>
          <w:rtl/>
        </w:rPr>
        <w:t>א. ‪40 + 60 : 4 = 55‬</w:t>
      </w:r>
    </w:p>
    <w:p>
      <w:pPr>
        <w:bidi/>
        <w:spacing w:before="0" w:after="40"/>
        <w:jc w:val="both"/>
      </w:pPr>
      <w:r>
        <w:rPr>
          <w:rtl/>
        </w:rPr>
        <w:t>ב. ‪(40 + 60) : 4 = 25‬</w:t>
      </w:r>
    </w:p>
    <w:p>
      <w:pPr>
        <w:bidi/>
        <w:spacing w:before="0" w:after="40"/>
        <w:jc w:val="both"/>
      </w:pPr>
      <w:r>
        <w:rPr>
          <w:rtl/>
        </w:rPr>
        <w:t>ג. ‪7 × 20 − 40 = 100‬</w:t>
      </w:r>
    </w:p>
    <w:p>
      <w:pPr>
        <w:bidi/>
        <w:spacing w:before="0" w:after="40"/>
        <w:jc w:val="both"/>
      </w:pPr>
      <w:r>
        <w:rPr>
          <w:rtl/>
        </w:rPr>
        <w:t>ד. ‪7 × (20 − 4) = 112‬</w:t>
      </w:r>
    </w:p>
    <w:p>
      <w:pPr>
        <w:bidi/>
        <w:spacing w:before="0" w:after="40"/>
        <w:jc w:val="both"/>
      </w:pPr>
      <w:r>
        <w:rPr>
          <w:rtl/>
        </w:rPr>
        <w:t>ה. ‪500 − 400 : 8 = 450‬</w:t>
      </w:r>
    </w:p>
    <w:p>
      <w:pPr>
        <w:bidi/>
        <w:spacing w:before="0" w:after="40"/>
        <w:jc w:val="both"/>
      </w:pPr>
      <w:r>
        <w:rPr>
          <w:rtl/>
        </w:rPr>
        <w:t>ו. ‪(500 − 400) : 4 = 25‬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‪(12 × 25) : 6 = 50‬</w:t>
      </w:r>
    </w:p>
    <w:p>
      <w:pPr>
        <w:bidi/>
        <w:spacing w:before="0" w:after="40"/>
        <w:jc w:val="both"/>
      </w:pPr>
      <w:r>
        <w:rPr>
          <w:rtl/>
        </w:rPr>
        <w:t>ב. ‪(300 − 100) : 8 = 25‬</w:t>
      </w:r>
    </w:p>
    <w:p>
      <w:pPr>
        <w:bidi/>
        <w:spacing w:before="0" w:after="40"/>
        <w:jc w:val="both"/>
      </w:pPr>
      <w:r>
        <w:rPr>
          <w:rtl/>
        </w:rPr>
        <w:t>ג. ‪15 × 4 + 40 = 100‬</w:t>
      </w:r>
    </w:p>
    <w:p>
      <w:pPr>
        <w:bidi/>
        <w:spacing w:before="0" w:after="40"/>
        <w:jc w:val="both"/>
      </w:pPr>
      <w:r>
        <w:rPr>
          <w:rtl/>
        </w:rPr>
        <w:t>ד. ‪360 : 9 − 10 = 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הוסיפו סוגריים כך שהתרגיל יהיה נכון, והעתיקו אותו.</w:t>
      </w:r>
    </w:p>
    <w:p>
      <w:pPr>
        <w:bidi/>
        <w:spacing w:before="0" w:after="100"/>
        <w:jc w:val="both"/>
      </w:pPr>
      <w:r>
        <w:rPr>
          <w:rtl/>
        </w:rPr>
        <w:t>א. ‪8 + 12 × 5 = 100‬  ← ‪(8 + 12) × 5 = 100‬</w:t>
      </w:r>
    </w:p>
    <w:p>
      <w:pPr>
        <w:bidi/>
        <w:spacing w:before="0" w:after="100"/>
        <w:jc w:val="both"/>
      </w:pPr>
      <w:r>
        <w:rPr>
          <w:rtl/>
        </w:rPr>
        <w:t>ב. ‪72 : 4 + 4 = 9‬  ← ‪72 : (4 + 4) = 9‬</w:t>
      </w:r>
    </w:p>
    <w:p>
      <w:pPr>
        <w:bidi/>
        <w:spacing w:before="0" w:after="100"/>
        <w:jc w:val="both"/>
      </w:pPr>
      <w:r>
        <w:rPr>
          <w:rtl/>
        </w:rPr>
        <w:t>ג. ‪50 − 10 × 2 = 80‬  ← ‪(50 − 10) × 2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מיינו את השאלות לפי הפעולה שבה פותרים אותן.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חילוק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חיסור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 כמה 600 גדול מ-30?, מחלקים 600 שווה בשווה ל-30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 יותר יש ל-600 מ-30?, בכמה 30 קטן מ-600?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 שורות, 600 בכל שורה. כמה בסך הכול?, 25 קופסאות, 12 בכל קופסה. כמה בסך הכול?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התרגיל המתאים.</w:t>
      </w:r>
    </w:p>
    <w:p>
      <w:pPr>
        <w:bidi/>
        <w:spacing w:before="0" w:after="20"/>
        <w:jc w:val="both"/>
      </w:pPr>
      <w:r>
        <w:rPr>
          <w:rtl/>
        </w:rPr>
        <w:t>א. במאפייה אפו 450 לחמניות. 50 נמכרו, והשאר נארזו בשקיות של 8. כמה שקיות?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‪(450 − 50) : 8‬</w:t>
      </w:r>
    </w:p>
    <w:p>
      <w:pPr>
        <w:bidi/>
        <w:spacing w:before="0" w:after="20"/>
        <w:jc w:val="both"/>
      </w:pPr>
      <w:r>
        <w:rPr>
          <w:rtl/>
        </w:rPr>
        <w:t>ב. נועם קרא 25 עמודים בכל יום במשך 12 ימים, ונשארו לו 80 עמודים. כמה עמודים בספר?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‪25 × 12 + 80‬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‪60 − 20 : 4 = 10‬ – לא נכון – ‪60 − 20 : 4 = 60 − 5 = 55‬</w:t>
      </w:r>
    </w:p>
    <w:p>
      <w:pPr>
        <w:bidi/>
        <w:spacing w:before="0" w:after="40"/>
        <w:jc w:val="both"/>
      </w:pPr>
      <w:r>
        <w:rPr>
          <w:rtl/>
        </w:rPr>
        <w:t>ב. ‪3 × (10 + 5) = 3 × 10 + 3 × 5‬ – נכון</w:t>
      </w:r>
    </w:p>
    <w:p>
      <w:pPr>
        <w:bidi/>
        <w:spacing w:before="0" w:after="40"/>
        <w:jc w:val="both"/>
      </w:pPr>
      <w:r>
        <w:rPr>
          <w:rtl/>
        </w:rPr>
        <w:t>ג. ‪120 : (2 × 3) = 20‬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למשחק כדורסל נמכרו 1,850 כרטיסים ב-24 שקלים כל אחד. פתרו במאונך: כמה כסף התקבל?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‪1,850 × 24: 1,850 × 4 = 7,400‬; ‪1,850 × 20 = 37,000‬; יחד 44,400. תשובה: 44,400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מכונה ממלאת 35 בקבוקים בדקה. כמה בקבוקים היא ממלאת בשעה? כמה ארגזים של 24 בקבוקים אפשר למלא בבקבוקים של שעה אחת?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‪35 × 60 = 2,100‬ בקבוקים. ‪2,100 : 24 = 87‬ (שארית 12). תשובה: 2,100 בקבוקים; 87 ארגזים מלאים.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בבית הספר 14 כיתות, ובכל כיתה 32 תלמידים. לטיול שוכרים אוטובוסים של 50 מקומות. כמה אוטובוסים צריך?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‪14 × 32 = 448‬ תלמידים; ‪448 : 50 = 8‬ (שארית 48), לכן צריך 9 אוטובוסים. תשובה: 9 אוטובוסים.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מיכל חוסכת 45 שקלים בכל שבוע. אחיה עומר חוסך 15 שקלים בכל שבוע. פי כמה חוסכת מיכל יותר? כמה יותר תחסוך מיכל מעומר אחרי 12 שבועות?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‪45 : 15 = 3‬, פי 3. אחרי 12 שבועות: ‪45 × 12 = 540‬; ‪15 × 12 = 180‬; ‪540 − 180 = 360‬. תשובה: פי 3; 360 שקלים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מצאו את הטעות ותקנו: אריאל פתר את הבעיה «ב-6 שקיות 25 גולות. ילד אחד לקח 30 גולות, והשאר חולקו ל-5 ילדים. כמה קיבל כל אחד מה-5?» כך: ‪6 × 25 − 30 : 5 = 144‬.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חילק רק את 30 ב-5 כי חסרו סוגריים. נכון: ‪(6 × 25 − 30) : 5 = (150 − 30) : 5 = 120 : 5 = 24‬ 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בחווה 8 לולים, ובכל לול 125 תרנגולות. כל תרנגולת מטילה ביצה אחת ביום. הביצים נארזות בתבניות של 30. כמה תבניות מלאות אפשר לארוז ביום?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‪8 × 125 = 1,000‬ ביצים; ‪1,000 : 30 = 33‬ (שארית 10). תשובה: 33 תבניות מלאות.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אתגר: בקיוסק, 3 כריכים ו-2 בקבוקי שתייה עולים יחד 54 שקלים. בקבוק שתייה עולה 6 שקלים. כמה עולה כריך? כמה יעלו 12 כריכים ו-12 בקבוקי שתייה?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 שתייה: 12 שקלים; 3 כריכים: ‪54 − 12 = 42‬; כריך: ‪42 : 3 = 14‬. ‪12 × (14 + 6) = 12 × 20 = 240‬. תשובה: כריך 14 שקלים; 240 שקלים.</w:t>
      </w:r>
    </w:p>
    <w:p>
      <w:pPr>
        <w:bidi/>
        <w:spacing w:before="240" w:after="40"/>
        <w:jc w:val="both"/>
      </w:pPr>
      <w:r>
        <w:rPr>
          <w:rFonts w:ascii="Times New Roman" w:hAnsi="Times New Roman" w:cs="Times New Roman"/>
          <w:b/>
          <w:bCs/>
          <w:color w:val="047857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דוד קנה 2 חבילות של 12 בקבוקי מים, ועוד 6 בקבוקים בודדים. כמה בקבוקים קנה?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× 12 = 24‬ ; ‪24 + 6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קנה 30 בקבוקים.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באולם 15 שורות, ובכל שורה 20 כיסאות. להצגה הגיעו 280 צופים. כמה כיסאות נשארו פנויים?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 × 20 = 300‬ ; ‪300 − 280 = 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20 כיסאות פנויים.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המאפייה אפתה 640 לחמניות בבוקר ו-320 לחמניות בצהריים. את כל הלחמניות ארזו בשקיות של 8. כמה שקיות התקבלו?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‪640 + 320 = 960‬ ; ‪960 : 8 = 120‬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התקבלו 120 שקיות.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תמר קנתה 4 ספרים, כל ספר ב-38 ₪, ושילמה ב-200 ₪. כמה עודף קיבלה?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38 = 152‬ ; ‪200 − 152 = 48‬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תמר קיבלה 48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חקלאי בעמק יזרעאל קטף 2,400 ק"ג תפוחים. 1,350 ק"ג מכר לשוק, ואת השאר ארז בארגזים של 15 ק"ג ומכר כל ארגז ב-60 ₪. כמה ארגזים ארז, וכמה כסף קיבל עליהם?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‪2,400 − 1,350 = 1,050‬ ק"ג ; ‪1,050 : 15 = 70‬ ארגזים ; ‪70 × 60 = 4,200‬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החקלאי ארז 70 ארגזים וקיבל עליהם 4,200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לקייטנה נרשמו 8 קבוצות, ובכל קבוצה 24 ילדים. כל ילד מקבל 3 ארטיקים בשבוע. בכל קופסה 32 ארטיקים. כמה קופסאות צריך לשבוע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24 = 192‬ ילדים ; ‪192 × 3 = 576‬ ארטיקים ; ‪576 : 32 = 18‬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צריך 18 קופסאות.</w:t>
      </w:r>
    </w:p>
    <w:p>
      <w:pPr>
        <w:bidi/>
        <w:spacing w:before="160" w:after="80"/>
        <w:jc w:val="both"/>
      </w:pPr>
      <w:r>
        <w:rPr>
          <w:rFonts w:ascii="Times New Roman" w:hAnsi="Times New Roman" w:cs="Times New Roman"/>
          <w:b/>
          <w:bCs/>
          <w:color w:val="047857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(כפל במספרים גדולים).</w:t>
      </w:r>
    </w:p>
    <w:p>
      <w:pPr>
        <w:bidi/>
        <w:spacing w:before="0" w:after="40"/>
        <w:jc w:val="both"/>
      </w:pPr>
      <w:r>
        <w:rPr>
          <w:rtl/>
        </w:rPr>
        <w:t>א. ‪60 × 700 = 42,000‬</w:t>
      </w:r>
    </w:p>
    <w:p>
      <w:pPr>
        <w:bidi/>
        <w:spacing w:before="0" w:after="40"/>
        <w:jc w:val="both"/>
      </w:pPr>
      <w:r>
        <w:rPr>
          <w:rtl/>
        </w:rPr>
        <w:t>ב. ‪243 × 8 = 1,944‬</w:t>
      </w:r>
    </w:p>
    <w:p>
      <w:pPr>
        <w:bidi/>
        <w:spacing w:before="0" w:after="40"/>
        <w:jc w:val="both"/>
      </w:pPr>
      <w:r>
        <w:rPr>
          <w:rtl/>
        </w:rPr>
        <w:t>ג. ‪57 × 34 = 1,938‬</w:t>
      </w:r>
    </w:p>
    <w:p>
      <w:pPr>
        <w:bidi/>
        <w:spacing w:before="0" w:after="40"/>
        <w:jc w:val="both"/>
      </w:pPr>
      <w:r>
        <w:rPr>
          <w:rtl/>
        </w:rPr>
        <w:t>ד. ‪318 × 26 = 8,268‬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את המנה ואת השארית.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3326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‪912 : 24‬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‪1,000 : 45‬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‪2,050 : 34‬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עשו אומדן.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4989"/>
            <w:shd w:val="clear" w:color="auto" w:fill="047857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אומדן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‪497 × 21‬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‪6,120 : 29‬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‪78 × 52‬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4,000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חשבו בדרך נוחה.</w:t>
      </w:r>
    </w:p>
    <w:p>
      <w:pPr>
        <w:bidi/>
        <w:spacing w:before="0" w:after="40"/>
        <w:jc w:val="both"/>
      </w:pPr>
      <w:r>
        <w:rPr>
          <w:rtl/>
        </w:rPr>
        <w:t>א. ‪25 × 23 × 4 = 2,300‬</w:t>
      </w:r>
    </w:p>
    <w:p>
      <w:pPr>
        <w:bidi/>
        <w:spacing w:before="0" w:after="40"/>
        <w:jc w:val="both"/>
      </w:pPr>
      <w:r>
        <w:rPr>
          <w:rtl/>
        </w:rPr>
        <w:t>ב. ‪9 × 102 = 918‬</w:t>
      </w:r>
    </w:p>
    <w:p>
      <w:pPr>
        <w:bidi/>
        <w:spacing w:before="0" w:after="40"/>
        <w:jc w:val="both"/>
      </w:pPr>
      <w:r>
        <w:rPr>
          <w:rtl/>
        </w:rPr>
        <w:t>ג. ‪37 × 6 + 63 × 6 = 600‬</w:t>
      </w:r>
    </w:p>
    <w:p>
      <w:pPr>
        <w:bidi/>
        <w:spacing w:before="0" w:after="40"/>
        <w:jc w:val="both"/>
      </w:pPr>
      <w:r>
        <w:rPr>
          <w:rtl/>
        </w:rPr>
        <w:t>ד. ‪(800 + 48) : 8 = 106‬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כתבו את המנה כשבר או כמספר מעורב.</w:t>
      </w:r>
    </w:p>
    <w:p>
      <w:pPr>
        <w:bidi/>
        <w:spacing w:before="0" w:after="40"/>
        <w:jc w:val="both"/>
      </w:pPr>
      <w:r>
        <w:rPr>
          <w:rtl/>
        </w:rPr>
        <w:t>א. ‪4 : 9‬ = ⁴⁄₉</w:t>
      </w:r>
    </w:p>
    <w:p>
      <w:pPr>
        <w:bidi/>
        <w:spacing w:before="0" w:after="40"/>
        <w:jc w:val="both"/>
      </w:pPr>
      <w:r>
        <w:rPr>
          <w:rtl/>
        </w:rPr>
        <w:t>ב. ‪13 : 5 = 2‬³⁄₅</w:t>
      </w:r>
    </w:p>
    <w:p>
      <w:pPr>
        <w:bidi/>
        <w:spacing w:before="0" w:after="40"/>
        <w:jc w:val="both"/>
      </w:pPr>
      <w:r>
        <w:rPr>
          <w:rtl/>
        </w:rPr>
        <w:t>ג. ‪25 : 4 = 6‬¹⁄₄</w:t>
      </w:r>
    </w:p>
    <w:p>
      <w:pPr>
        <w:bidi/>
        <w:spacing w:before="0" w:after="40"/>
        <w:jc w:val="both"/>
      </w:pPr>
      <w:r>
        <w:rPr>
          <w:rtl/>
        </w:rPr>
        <w:t>ד. ‪7 : 10‬ = ⁷⁄₁₀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בחילוק ב-30 השארית יכולה להיות 30. – לא נכון – השארית קטנה מהמחלק, לכל היותר 29</w:t>
      </w:r>
    </w:p>
    <w:p>
      <w:pPr>
        <w:bidi/>
        <w:spacing w:before="0" w:after="40"/>
        <w:jc w:val="both"/>
      </w:pPr>
      <w:r>
        <w:rPr>
          <w:rtl/>
        </w:rPr>
        <w:t>ב. אם ‪720 : 24 = 30‬, אז ‪720 : 12 = 60‬. – נכון</w:t>
      </w:r>
    </w:p>
    <w:p>
      <w:pPr>
        <w:bidi/>
        <w:spacing w:before="0" w:after="40"/>
        <w:jc w:val="both"/>
      </w:pPr>
      <w:r>
        <w:rPr>
          <w:rtl/>
        </w:rPr>
        <w:t>ג. ‪12 + 8 × 5 = 100‬ – לא נכון – ‪12 + 8 × 5 = 52‬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בקייטנה 236 ילדים. לכל ילד קונים 3 ארטיקים, והארטיקים נמכרים בקופסאות של 24. כמה קופסאות צריך לקנות?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‪236 × 3 = 708‬ ארטיקים; ‪708 : 24 = 29‬ (שארית 12), לכן צריך 30 קופסאות. תשובה: 30 קופסאות.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