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שאלה. מותר להשתמש בדף טיוטה, בלי מחשבון.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 (12 נק')</w:t>
      </w:r>
    </w:p>
    <w:p>
      <w:pPr>
        <w:bidi/>
        <w:spacing w:before="0" w:after="60"/>
        <w:jc w:val="both"/>
      </w:pPr>
      <w:r>
        <w:rPr>
          <w:rtl/>
        </w:rPr>
        <w:t>א. ‪7 : 3 = __________‬</w:t>
      </w:r>
    </w:p>
    <w:p>
      <w:pPr>
        <w:bidi/>
        <w:spacing w:before="0" w:after="60"/>
        <w:jc w:val="both"/>
      </w:pPr>
      <w:r>
        <w:rPr>
          <w:rtl/>
        </w:rPr>
        <w:t>ב. 5 × ²⁄₉ = __________</w:t>
      </w:r>
    </w:p>
    <w:p>
      <w:pPr>
        <w:bidi/>
        <w:spacing w:before="0" w:after="60"/>
        <w:jc w:val="both"/>
      </w:pPr>
      <w:r>
        <w:rPr>
          <w:rtl/>
        </w:rPr>
        <w:t>ג. ³⁄₄ × ²⁄₅ = __________</w:t>
      </w:r>
    </w:p>
    <w:p>
      <w:pPr>
        <w:bidi/>
        <w:spacing w:before="0" w:after="60"/>
        <w:jc w:val="both"/>
      </w:pPr>
      <w:r>
        <w:rPr>
          <w:rtl/>
        </w:rPr>
        <w:t>ד. 1¹⁄₂ × 2²⁄₃ = __________</w:t>
      </w:r>
    </w:p>
    <w:p>
      <w:pPr>
        <w:bidi/>
        <w:spacing w:before="0" w:after="60"/>
        <w:jc w:val="both"/>
      </w:pPr>
      <w:r>
        <w:rPr>
          <w:rtl/>
        </w:rPr>
        <w:t>ה. ³⁄₅ : ‪3 = __________‬</w:t>
      </w:r>
    </w:p>
    <w:p>
      <w:pPr>
        <w:bidi/>
        <w:spacing w:before="0" w:after="60"/>
        <w:jc w:val="both"/>
      </w:pPr>
      <w:r>
        <w:rPr>
          <w:rtl/>
        </w:rPr>
        <w:t>ו. ²⁄₃ : ⁴⁄₉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(12 נק')</w:t>
      </w:r>
    </w:p>
    <w:p>
      <w:pPr>
        <w:bidi/>
        <w:spacing w:before="0" w:after="60"/>
        <w:jc w:val="both"/>
      </w:pPr>
      <w:r>
        <w:rPr>
          <w:rtl/>
        </w:rPr>
        <w:t>א. ‪0.56 × 100 = __________‬</w:t>
      </w:r>
    </w:p>
    <w:p>
      <w:pPr>
        <w:bidi/>
        <w:spacing w:before="0" w:after="60"/>
        <w:jc w:val="both"/>
      </w:pPr>
      <w:r>
        <w:rPr>
          <w:rtl/>
        </w:rPr>
        <w:t>ב. ‪4.3 : 10 = __________‬</w:t>
      </w:r>
    </w:p>
    <w:p>
      <w:pPr>
        <w:bidi/>
        <w:spacing w:before="0" w:after="60"/>
        <w:jc w:val="both"/>
      </w:pPr>
      <w:r>
        <w:rPr>
          <w:rtl/>
        </w:rPr>
        <w:t>ג. ‪6 × 0.35 = __________‬</w:t>
      </w:r>
    </w:p>
    <w:p>
      <w:pPr>
        <w:bidi/>
        <w:spacing w:before="0" w:after="60"/>
        <w:jc w:val="both"/>
      </w:pPr>
      <w:r>
        <w:rPr>
          <w:rtl/>
        </w:rPr>
        <w:t>ד. ‪0.4 × 0.8 = __________‬</w:t>
      </w:r>
    </w:p>
    <w:p>
      <w:pPr>
        <w:bidi/>
        <w:spacing w:before="0" w:after="60"/>
        <w:jc w:val="both"/>
      </w:pPr>
      <w:r>
        <w:rPr>
          <w:rtl/>
        </w:rPr>
        <w:t>ה. ‪7.2 : 8 = __________‬</w:t>
      </w:r>
    </w:p>
    <w:p>
      <w:pPr>
        <w:bidi/>
        <w:spacing w:before="0" w:after="60"/>
        <w:jc w:val="both"/>
      </w:pPr>
      <w:r>
        <w:rPr>
          <w:rtl/>
        </w:rPr>
        <w:t>ו. ‪2.4 : 0.3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‪4.25 × 3.6‬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ובדקו בכפל: ‪28.8 : 1.2‬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בכיתה 30 תלמידים. ²⁄₅ מהם מגיעים לבית הספר באופניים. כמה תלמידים מגיעים באופניים?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עוגה צריך ³⁄₄ כוס סוכר. כמה עוגות אפשר להכין מ-6 כוסות סוכר?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ק"ג ענבים עולה 14.80 ₪. אורי קנה 2.5 ק"ג ענבים ושילם בשטר של 50 ₪. כמה עודף קיבל?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נועה רכבה על אופניים 18.6 ק"מ ב-3 ימים, ובכל יום אותו מרחק. כמה ק"מ רכבה בכל יום?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אורכה של גינה מלבנית 6¹⁄₂ מטרים, ורוחבה 4 מטרים. ב-³⁄₄ מהשטח שתולים פרחים. כמה מ"ר שתולים בפרחים? (8 נק')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נכון או לא נכון? תקנו את המשפטים הלא נכונים והסבירו. (8 נק')</w:t>
      </w:r>
    </w:p>
    <w:p>
      <w:pPr>
        <w:bidi/>
        <w:spacing w:before="0" w:after="60"/>
        <w:jc w:val="both"/>
      </w:pPr>
      <w:r>
        <w:rPr>
          <w:rtl/>
        </w:rPr>
        <w:t>א. ‪5 : 0.5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ב. המכפלה ³⁄₄ × ¹⁄₂ גדולה מ-³⁄₄.      נכון / לא נכון</w:t>
      </w:r>
    </w:p>
    <w:p>
      <w:pPr>
        <w:bidi/>
        <w:spacing w:before="0" w:after="60"/>
        <w:jc w:val="both"/>
      </w:pPr>
      <w:r>
        <w:rPr>
          <w:rtl/>
        </w:rPr>
        <w:t>ג. ‪0.2 × 0.3 = 0.6‬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‪9 : 4 = 2‬¹⁄₄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תמר חישבה: 2¹⁄₂ × ‪4 = 8‬¹⁄₂. מצאו את הטעות ותקנו.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בלי לחשב: מה גדול יותר, ‪24 × 0.8‬ או ‪24 : 0.8‬? הסבירו, ואחר כך חשבו ובדקו.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